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66FBEB" w14:textId="02E7A1AF" w:rsidR="002D2659" w:rsidRPr="00B42AC6" w:rsidRDefault="003C6873" w:rsidP="003C6873">
      <w:pPr>
        <w:suppressLineNumbers/>
        <w:spacing w:after="0" w:line="240" w:lineRule="auto"/>
        <w:jc w:val="both"/>
        <w:rPr>
          <w:rFonts w:ascii="Book Antiqua" w:eastAsia="Calibri" w:hAnsi="Book Antiqua" w:cs="Times New Roman"/>
          <w:b/>
          <w:kern w:val="0"/>
          <w:lang w:val="es-PR"/>
          <w14:ligatures w14:val="none"/>
        </w:rPr>
      </w:pPr>
      <w:r w:rsidRPr="00B42AC6">
        <w:rPr>
          <w:rFonts w:ascii="Book Antiqua" w:eastAsia="Calibri" w:hAnsi="Book Antiqua" w:cs="Times New Roman"/>
          <w:b/>
          <w:kern w:val="0"/>
          <w:lang w:val="es-PR"/>
          <w14:ligatures w14:val="none"/>
        </w:rPr>
        <w:t>(</w:t>
      </w:r>
      <w:r w:rsidR="002D2659" w:rsidRPr="00B42AC6">
        <w:rPr>
          <w:rFonts w:ascii="Book Antiqua" w:eastAsia="Calibri" w:hAnsi="Book Antiqua" w:cs="Times New Roman"/>
          <w:b/>
          <w:kern w:val="0"/>
          <w:lang w:val="es-PR"/>
          <w14:ligatures w14:val="none"/>
        </w:rPr>
        <w:t xml:space="preserve">R. C. de la C. </w:t>
      </w:r>
      <w:r w:rsidR="001E60CF" w:rsidRPr="00B42AC6">
        <w:rPr>
          <w:rFonts w:ascii="Book Antiqua" w:eastAsia="Calibri" w:hAnsi="Book Antiqua" w:cs="Times New Roman"/>
          <w:b/>
          <w:kern w:val="0"/>
          <w:lang w:val="es-PR"/>
          <w14:ligatures w14:val="none"/>
        </w:rPr>
        <w:t>157</w:t>
      </w:r>
      <w:r w:rsidRPr="00B42AC6">
        <w:rPr>
          <w:rFonts w:ascii="Book Antiqua" w:eastAsia="Calibri" w:hAnsi="Book Antiqua" w:cs="Times New Roman"/>
          <w:b/>
          <w:kern w:val="0"/>
          <w:lang w:val="es-PR"/>
          <w14:ligatures w14:val="none"/>
        </w:rPr>
        <w:t>)</w:t>
      </w:r>
    </w:p>
    <w:p w14:paraId="4AEB19FA" w14:textId="477844E7" w:rsidR="00B42AC6" w:rsidRPr="00B42AC6" w:rsidRDefault="00026520" w:rsidP="003C6873">
      <w:pPr>
        <w:suppressLineNumbers/>
        <w:spacing w:after="0" w:line="240" w:lineRule="auto"/>
        <w:jc w:val="both"/>
        <w:rPr>
          <w:rFonts w:ascii="Book Antiqua" w:eastAsia="Calibri" w:hAnsi="Book Antiqua" w:cs="Times New Roman"/>
          <w:b/>
          <w:kern w:val="0"/>
          <w:lang w:val="es-PR"/>
          <w14:ligatures w14:val="none"/>
        </w:rPr>
      </w:pPr>
      <w:r>
        <w:rPr>
          <w:rFonts w:ascii="Book Antiqua" w:eastAsia="Calibri" w:hAnsi="Book Antiqua" w:cs="Times New Roman"/>
          <w:b/>
          <w:kern w:val="0"/>
          <w:lang w:val="es-PR"/>
          <w14:ligatures w14:val="none"/>
        </w:rPr>
        <w:t>(</w:t>
      </w:r>
      <w:r w:rsidR="00B42AC6" w:rsidRPr="00B42AC6">
        <w:rPr>
          <w:rFonts w:ascii="Book Antiqua" w:eastAsia="Calibri" w:hAnsi="Book Antiqua" w:cs="Times New Roman"/>
          <w:b/>
          <w:kern w:val="0"/>
          <w:lang w:val="es-PR"/>
          <w14:ligatures w14:val="none"/>
        </w:rPr>
        <w:t>Conferencia</w:t>
      </w:r>
      <w:r>
        <w:rPr>
          <w:rFonts w:ascii="Book Antiqua" w:eastAsia="Calibri" w:hAnsi="Book Antiqua" w:cs="Times New Roman"/>
          <w:b/>
          <w:kern w:val="0"/>
          <w:lang w:val="es-PR"/>
          <w14:ligatures w14:val="none"/>
        </w:rPr>
        <w:t>)</w:t>
      </w:r>
    </w:p>
    <w:p w14:paraId="26DB2C22" w14:textId="77777777" w:rsidR="002D2659" w:rsidRPr="00B42AC6" w:rsidRDefault="002D2659" w:rsidP="002D2659">
      <w:pPr>
        <w:suppressLineNumbers/>
        <w:spacing w:after="0" w:line="240" w:lineRule="auto"/>
        <w:jc w:val="center"/>
        <w:rPr>
          <w:rFonts w:ascii="Book Antiqua" w:eastAsia="Calibri" w:hAnsi="Book Antiqua" w:cs="Times New Roman"/>
          <w:kern w:val="0"/>
          <w:lang w:val="es-PR"/>
          <w14:ligatures w14:val="none"/>
        </w:rPr>
      </w:pPr>
    </w:p>
    <w:p w14:paraId="5F541471" w14:textId="77777777" w:rsidR="002D2659" w:rsidRPr="00B42AC6" w:rsidRDefault="002D2659" w:rsidP="002D2659">
      <w:pPr>
        <w:suppressLineNumbers/>
        <w:spacing w:after="0" w:line="240" w:lineRule="auto"/>
        <w:jc w:val="center"/>
        <w:rPr>
          <w:rFonts w:ascii="Book Antiqua" w:eastAsia="Calibri" w:hAnsi="Book Antiqua" w:cs="Times New Roman"/>
          <w:b/>
          <w:kern w:val="0"/>
          <w:lang w:val="es-PR"/>
          <w14:ligatures w14:val="none"/>
        </w:rPr>
      </w:pPr>
      <w:r w:rsidRPr="00B42AC6">
        <w:rPr>
          <w:rFonts w:ascii="Book Antiqua" w:eastAsia="Calibri" w:hAnsi="Book Antiqua" w:cs="Times New Roman"/>
          <w:b/>
          <w:kern w:val="0"/>
          <w:lang w:val="es-PR"/>
          <w14:ligatures w14:val="none"/>
        </w:rPr>
        <w:t>RESOLUCIÓN CONJUNTA</w:t>
      </w:r>
    </w:p>
    <w:p w14:paraId="37A12491" w14:textId="77777777" w:rsidR="002D2659" w:rsidRPr="00B42AC6" w:rsidRDefault="002D2659" w:rsidP="002D2659">
      <w:pPr>
        <w:suppressLineNumbers/>
        <w:spacing w:after="0" w:line="240" w:lineRule="auto"/>
        <w:jc w:val="center"/>
        <w:rPr>
          <w:rFonts w:ascii="Book Antiqua" w:eastAsia="Calibri" w:hAnsi="Book Antiqua" w:cs="Times New Roman"/>
          <w:b/>
          <w:kern w:val="0"/>
          <w:lang w:val="es-PR"/>
          <w14:ligatures w14:val="none"/>
        </w:rPr>
      </w:pPr>
    </w:p>
    <w:p w14:paraId="1AD2B557" w14:textId="08ADF5D4" w:rsidR="002D2659" w:rsidRPr="00E47C79" w:rsidRDefault="00272A2A" w:rsidP="00415075">
      <w:pPr>
        <w:suppressLineNumbers/>
        <w:spacing w:after="0" w:line="240" w:lineRule="auto"/>
        <w:ind w:left="720" w:hanging="720"/>
        <w:jc w:val="both"/>
        <w:rPr>
          <w:rFonts w:ascii="Book Antiqua" w:eastAsia="Times New Roman" w:hAnsi="Book Antiqua" w:cs="Times New Roman"/>
          <w:kern w:val="0"/>
          <w:lang w:val="es-PR"/>
          <w14:ligatures w14:val="none"/>
        </w:rPr>
      </w:pPr>
      <w:r w:rsidRPr="00E47C79">
        <w:rPr>
          <w:rFonts w:ascii="Book Antiqua" w:eastAsia="Times New Roman" w:hAnsi="Book Antiqua" w:cs="Times New Roman"/>
          <w:kern w:val="0"/>
          <w:lang w:val="es-PR"/>
          <w14:ligatures w14:val="none"/>
        </w:rPr>
        <w:t>Para asignar la cantidad de veinte millones ($20,000,000) de dólares, los cuales procederán de la Resolución Conjunta de Presupuesto para el Año Fiscal 2025-2026</w:t>
      </w:r>
      <w:r w:rsidR="002A38F4" w:rsidRPr="00E47C79">
        <w:rPr>
          <w:rFonts w:ascii="Book Antiqua" w:hAnsi="Book Antiqua"/>
          <w:lang w:val="es-PR"/>
        </w:rPr>
        <w:t xml:space="preserve"> y reasignar a la Comisión Especial Conjunta de Fondos Legislativos para Impacto Comunitario la cantidad de un </w:t>
      </w:r>
      <w:bookmarkStart w:id="0" w:name="_Hlk201727895"/>
      <w:r w:rsidR="002A38F4" w:rsidRPr="00E47C79">
        <w:rPr>
          <w:rFonts w:ascii="Book Antiqua" w:hAnsi="Book Antiqua"/>
          <w:lang w:val="es-PR"/>
        </w:rPr>
        <w:t xml:space="preserve">millón doscientos setenta mil setecientos cuarenta y cuatro dólares ($1,270,744.00) </w:t>
      </w:r>
      <w:bookmarkEnd w:id="0"/>
      <w:r w:rsidR="002A38F4" w:rsidRPr="00E47C79">
        <w:rPr>
          <w:rFonts w:ascii="Book Antiqua" w:hAnsi="Book Antiqua"/>
          <w:lang w:val="es-PR"/>
        </w:rPr>
        <w:t>provenientes de la Resolución Conjunta 52-2024</w:t>
      </w:r>
      <w:r w:rsidRPr="00E47C79">
        <w:rPr>
          <w:rFonts w:ascii="Book Antiqua" w:eastAsia="Times New Roman" w:hAnsi="Book Antiqua" w:cs="Times New Roman"/>
          <w:kern w:val="0"/>
          <w:lang w:val="es-PR"/>
          <w14:ligatures w14:val="none"/>
        </w:rPr>
        <w:t xml:space="preserve">, para proveer asignaciones a entidades e instituciones semipúblicas, públicas y privadas cuyas actividades o servicios propendan al desarrollo de programas y bienestar social, de la salud, educación, cultura, y a mejorar la calidad de vida de los puertorriqueños; los beneficiarios de los fondos aquí asignados deberán cumplir con los requisitos establecidos en la Ley 20-2015, de la </w:t>
      </w:r>
      <w:r w:rsidR="00792ABB" w:rsidRPr="00E47C79">
        <w:rPr>
          <w:rFonts w:ascii="Book Antiqua" w:eastAsia="Times New Roman" w:hAnsi="Book Antiqua" w:cs="Times New Roman"/>
          <w:kern w:val="0"/>
          <w:lang w:val="es-PR"/>
          <w14:ligatures w14:val="none"/>
        </w:rPr>
        <w:t>Comisión Especial Conjunta de Fondos Legislativos para Impacto Comunitario</w:t>
      </w:r>
      <w:r w:rsidRPr="00E47C79">
        <w:rPr>
          <w:rFonts w:ascii="Book Antiqua" w:eastAsia="Times New Roman" w:hAnsi="Book Antiqua" w:cs="Times New Roman"/>
          <w:kern w:val="0"/>
          <w:lang w:val="es-PR"/>
          <w14:ligatures w14:val="none"/>
        </w:rPr>
        <w:t xml:space="preserve">; autorizar el pareo de los fondos asignados; y para otros fines relacionados. </w:t>
      </w:r>
    </w:p>
    <w:p w14:paraId="73231B64" w14:textId="77777777" w:rsidR="00272A2A" w:rsidRPr="00B42AC6" w:rsidRDefault="00272A2A" w:rsidP="002D2659">
      <w:pPr>
        <w:suppressLineNumbers/>
        <w:spacing w:after="0" w:line="240" w:lineRule="auto"/>
        <w:ind w:left="600" w:hanging="600"/>
        <w:jc w:val="both"/>
        <w:rPr>
          <w:rFonts w:ascii="Book Antiqua" w:eastAsia="Times New Roman" w:hAnsi="Book Antiqua" w:cs="Times New Roman"/>
          <w:kern w:val="0"/>
          <w:lang w:val="es-PR"/>
          <w14:ligatures w14:val="none"/>
        </w:rPr>
      </w:pPr>
    </w:p>
    <w:p w14:paraId="20839C21" w14:textId="77777777" w:rsidR="002D2659" w:rsidRPr="00B42AC6" w:rsidRDefault="002D2659" w:rsidP="002D2659">
      <w:pPr>
        <w:suppressLineNumbers/>
        <w:spacing w:after="0" w:line="240" w:lineRule="auto"/>
        <w:jc w:val="center"/>
        <w:rPr>
          <w:rFonts w:ascii="Book Antiqua" w:eastAsia="Times New Roman" w:hAnsi="Book Antiqua" w:cs="Times New Roman"/>
          <w:kern w:val="0"/>
          <w:lang w:val="es-PR"/>
          <w14:ligatures w14:val="none"/>
        </w:rPr>
      </w:pPr>
      <w:r w:rsidRPr="00B42AC6">
        <w:rPr>
          <w:rFonts w:ascii="Book Antiqua" w:eastAsia="Times New Roman" w:hAnsi="Book Antiqua" w:cs="Times New Roman"/>
          <w:kern w:val="0"/>
          <w:lang w:val="es-PR"/>
          <w14:ligatures w14:val="none"/>
        </w:rPr>
        <w:t>EXPOSICIÓN DE MOTIVOS</w:t>
      </w:r>
    </w:p>
    <w:p w14:paraId="4FC9C6C7" w14:textId="77777777" w:rsidR="00764DCD" w:rsidRPr="00B42AC6" w:rsidRDefault="00764DCD" w:rsidP="00764DCD">
      <w:pPr>
        <w:suppressLineNumbers/>
        <w:spacing w:after="0" w:line="240" w:lineRule="auto"/>
        <w:rPr>
          <w:rFonts w:ascii="Book Antiqua" w:eastAsia="Times New Roman" w:hAnsi="Book Antiqua" w:cs="Times New Roman"/>
          <w:kern w:val="0"/>
          <w:lang w:val="es-PR"/>
          <w14:ligatures w14:val="none"/>
        </w:rPr>
      </w:pPr>
    </w:p>
    <w:p w14:paraId="54217E71" w14:textId="1E6D1A50" w:rsidR="00764DCD" w:rsidRPr="00B42AC6" w:rsidRDefault="00764DCD" w:rsidP="00764DCD">
      <w:pPr>
        <w:suppressLineNumbers/>
        <w:spacing w:after="0" w:line="240" w:lineRule="auto"/>
        <w:jc w:val="both"/>
        <w:rPr>
          <w:rFonts w:ascii="Book Antiqua" w:eastAsia="Times New Roman" w:hAnsi="Book Antiqua" w:cs="Times New Roman"/>
          <w:kern w:val="0"/>
          <w:lang w:val="es-PR"/>
          <w14:ligatures w14:val="none"/>
        </w:rPr>
      </w:pPr>
      <w:r w:rsidRPr="00B42AC6">
        <w:rPr>
          <w:rFonts w:ascii="Book Antiqua" w:eastAsia="Times New Roman" w:hAnsi="Book Antiqua" w:cs="Times New Roman"/>
          <w:kern w:val="0"/>
          <w:lang w:val="es-PR"/>
          <w14:ligatures w14:val="none"/>
        </w:rPr>
        <w:t xml:space="preserve">La Comisión Especial Conjunta de Fondos Legislativos para Impacto Comunitario (CECFL) es un organismo creado por la </w:t>
      </w:r>
      <w:r w:rsidR="00601415" w:rsidRPr="00B42AC6">
        <w:rPr>
          <w:rFonts w:ascii="Book Antiqua" w:eastAsia="Times New Roman" w:hAnsi="Book Antiqua" w:cs="Times New Roman"/>
          <w:kern w:val="0"/>
          <w:lang w:val="es-PR"/>
          <w14:ligatures w14:val="none"/>
        </w:rPr>
        <w:t>Ley Núm. 113-1996</w:t>
      </w:r>
      <w:r w:rsidR="00F234CF" w:rsidRPr="00B42AC6">
        <w:rPr>
          <w:rFonts w:ascii="Book Antiqua" w:eastAsia="Times New Roman" w:hAnsi="Book Antiqua" w:cs="Times New Roman"/>
          <w:kern w:val="0"/>
          <w:lang w:val="es-PR"/>
          <w14:ligatures w14:val="none"/>
        </w:rPr>
        <w:t xml:space="preserve"> y complementado por</w:t>
      </w:r>
      <w:r w:rsidR="00601415" w:rsidRPr="00B42AC6">
        <w:rPr>
          <w:rFonts w:ascii="Book Antiqua" w:eastAsia="Times New Roman" w:hAnsi="Book Antiqua" w:cs="Times New Roman"/>
          <w:kern w:val="0"/>
          <w:lang w:val="es-PR"/>
          <w14:ligatures w14:val="none"/>
        </w:rPr>
        <w:t xml:space="preserve"> </w:t>
      </w:r>
      <w:r w:rsidR="00F234CF" w:rsidRPr="00B42AC6">
        <w:rPr>
          <w:rFonts w:ascii="Book Antiqua" w:eastAsia="Times New Roman" w:hAnsi="Book Antiqua" w:cs="Times New Roman"/>
          <w:kern w:val="0"/>
          <w:lang w:val="es-PR"/>
          <w14:ligatures w14:val="none"/>
        </w:rPr>
        <w:t xml:space="preserve">la </w:t>
      </w:r>
      <w:r w:rsidRPr="00B42AC6">
        <w:rPr>
          <w:rFonts w:ascii="Book Antiqua" w:eastAsia="Times New Roman" w:hAnsi="Book Antiqua" w:cs="Times New Roman"/>
          <w:kern w:val="0"/>
          <w:lang w:val="es-PR"/>
          <w14:ligatures w14:val="none"/>
        </w:rPr>
        <w:t>Ley Núm. 20-2015. Su misión principal es administrar, supervisar y fiscalizar los fondos públicos asignados a organizaciones sin fines de lucro (OSFL) para el desarrollo de proyectos que promuevan el bienestar social, económico y comunitario en la isla.</w:t>
      </w:r>
    </w:p>
    <w:p w14:paraId="370D4F84" w14:textId="77777777" w:rsidR="00764DCD" w:rsidRPr="00B42AC6" w:rsidRDefault="00764DCD" w:rsidP="00764DCD">
      <w:pPr>
        <w:suppressLineNumbers/>
        <w:spacing w:after="0" w:line="240" w:lineRule="auto"/>
        <w:jc w:val="both"/>
        <w:rPr>
          <w:rFonts w:ascii="Book Antiqua" w:eastAsia="Times New Roman" w:hAnsi="Book Antiqua" w:cs="Times New Roman"/>
          <w:kern w:val="0"/>
          <w:lang w:val="es-PR"/>
          <w14:ligatures w14:val="none"/>
        </w:rPr>
      </w:pPr>
    </w:p>
    <w:p w14:paraId="6B669563" w14:textId="6AC0E84F" w:rsidR="00764DCD" w:rsidRPr="00B42AC6" w:rsidRDefault="00764DCD" w:rsidP="00764DCD">
      <w:pPr>
        <w:suppressLineNumbers/>
        <w:spacing w:after="0" w:line="240" w:lineRule="auto"/>
        <w:jc w:val="both"/>
        <w:rPr>
          <w:rFonts w:ascii="Book Antiqua" w:eastAsia="Times New Roman" w:hAnsi="Book Antiqua" w:cs="Times New Roman"/>
          <w:kern w:val="0"/>
          <w:lang w:val="es-PR"/>
          <w14:ligatures w14:val="none"/>
        </w:rPr>
      </w:pPr>
      <w:r w:rsidRPr="00B42AC6">
        <w:rPr>
          <w:rFonts w:ascii="Book Antiqua" w:eastAsia="Times New Roman" w:hAnsi="Book Antiqua" w:cs="Times New Roman"/>
          <w:kern w:val="0"/>
          <w:lang w:val="es-PR"/>
          <w14:ligatures w14:val="none"/>
        </w:rPr>
        <w:t>Las organizaciones sin fines de lucro interesadas en recibir fondos deben someter propuestas detalladas que incluyan objetivos, actividades, presupuesto y resultados esperados. La CECFL evalúa estas propuestas según criterios de impacto comunitario, viabilidad y alineación con las áreas de enfoque establecidas.</w:t>
      </w:r>
    </w:p>
    <w:p w14:paraId="67B5FBCC" w14:textId="77777777" w:rsidR="00764DCD" w:rsidRPr="00B42AC6" w:rsidRDefault="00764DCD" w:rsidP="00764DCD">
      <w:pPr>
        <w:suppressLineNumbers/>
        <w:spacing w:after="0" w:line="240" w:lineRule="auto"/>
        <w:jc w:val="both"/>
        <w:rPr>
          <w:rFonts w:ascii="Book Antiqua" w:eastAsia="Times New Roman" w:hAnsi="Book Antiqua" w:cs="Times New Roman"/>
          <w:kern w:val="0"/>
          <w:lang w:val="es-PR"/>
          <w14:ligatures w14:val="none"/>
        </w:rPr>
      </w:pPr>
    </w:p>
    <w:p w14:paraId="404DC7F6" w14:textId="00B8FF29" w:rsidR="00764DCD" w:rsidRPr="00B42AC6" w:rsidRDefault="00764DCD" w:rsidP="00764DCD">
      <w:pPr>
        <w:suppressLineNumbers/>
        <w:spacing w:after="0" w:line="240" w:lineRule="auto"/>
        <w:jc w:val="both"/>
        <w:rPr>
          <w:rFonts w:ascii="Book Antiqua" w:eastAsia="Times New Roman" w:hAnsi="Book Antiqua" w:cs="Times New Roman"/>
          <w:kern w:val="0"/>
          <w:lang w:val="es-PR"/>
          <w14:ligatures w14:val="none"/>
        </w:rPr>
      </w:pPr>
      <w:r w:rsidRPr="00B42AC6">
        <w:rPr>
          <w:rFonts w:ascii="Book Antiqua" w:eastAsia="Times New Roman" w:hAnsi="Book Antiqua" w:cs="Times New Roman"/>
          <w:kern w:val="0"/>
          <w:lang w:val="es-PR"/>
          <w14:ligatures w14:val="none"/>
        </w:rPr>
        <w:t>En Puerto Rico, las entidades sin fines de lucro desempeñan un papel fundamental en el desarrollo social, económico y comunitario del país. Estas organizaciones trabajan en áreas esenciales como la salud, la educación, la cultura, la vivienda, la protección ambiental, el desarrollo económico y la asistencia a poblaciones vulnerables, entre muchas otras. Su labor complementa y, en ocasiones, suple las funciones del Estado, especialmente en contextos de crisis fiscal, desastres naturales y cambios demográficos.</w:t>
      </w:r>
    </w:p>
    <w:p w14:paraId="02FD0EA6" w14:textId="77777777" w:rsidR="00764DCD" w:rsidRPr="00B42AC6" w:rsidRDefault="00764DCD" w:rsidP="00764DCD">
      <w:pPr>
        <w:suppressLineNumbers/>
        <w:spacing w:after="0" w:line="240" w:lineRule="auto"/>
        <w:jc w:val="both"/>
        <w:rPr>
          <w:rFonts w:ascii="Book Antiqua" w:eastAsia="Times New Roman" w:hAnsi="Book Antiqua" w:cs="Times New Roman"/>
          <w:kern w:val="0"/>
          <w:lang w:val="es-PR"/>
          <w14:ligatures w14:val="none"/>
        </w:rPr>
      </w:pPr>
    </w:p>
    <w:p w14:paraId="4127A775" w14:textId="6CBEC6A0" w:rsidR="00764DCD" w:rsidRPr="00B42AC6" w:rsidRDefault="00764DCD" w:rsidP="00764DCD">
      <w:pPr>
        <w:suppressLineNumbers/>
        <w:spacing w:after="0" w:line="240" w:lineRule="auto"/>
        <w:jc w:val="both"/>
        <w:rPr>
          <w:rFonts w:ascii="Book Antiqua" w:eastAsia="Times New Roman" w:hAnsi="Book Antiqua" w:cs="Times New Roman"/>
          <w:kern w:val="0"/>
          <w:lang w:val="es-PR"/>
          <w14:ligatures w14:val="none"/>
        </w:rPr>
      </w:pPr>
      <w:r w:rsidRPr="00B42AC6">
        <w:rPr>
          <w:rFonts w:ascii="Book Antiqua" w:eastAsia="Times New Roman" w:hAnsi="Book Antiqua" w:cs="Times New Roman"/>
          <w:kern w:val="0"/>
          <w:lang w:val="es-PR"/>
          <w14:ligatures w14:val="none"/>
        </w:rPr>
        <w:t>A pesar de sus aportaciones, las organizaciones sin fines de lucro enfrentan múltiples desafíos que limitan su capacidad operativa y de sostenibilidad. Entre estos retos se encuentran la falta de acceso a financiamiento</w:t>
      </w:r>
      <w:r w:rsidR="00F234CF" w:rsidRPr="00B42AC6">
        <w:rPr>
          <w:rFonts w:ascii="Book Antiqua" w:eastAsia="Times New Roman" w:hAnsi="Book Antiqua" w:cs="Times New Roman"/>
          <w:kern w:val="0"/>
          <w:lang w:val="es-PR"/>
          <w14:ligatures w14:val="none"/>
        </w:rPr>
        <w:t xml:space="preserve">, que juega un rol fundamental. </w:t>
      </w:r>
      <w:r w:rsidRPr="00B42AC6">
        <w:rPr>
          <w:rFonts w:ascii="Book Antiqua" w:eastAsia="Times New Roman" w:hAnsi="Book Antiqua" w:cs="Times New Roman"/>
          <w:kern w:val="0"/>
          <w:lang w:val="es-PR"/>
          <w14:ligatures w14:val="none"/>
        </w:rPr>
        <w:t xml:space="preserve">Además, existe la necesidad de fortalecer la transparencia, la rendición de cuentas y la </w:t>
      </w:r>
      <w:r w:rsidRPr="00B42AC6">
        <w:rPr>
          <w:rFonts w:ascii="Book Antiqua" w:eastAsia="Times New Roman" w:hAnsi="Book Antiqua" w:cs="Times New Roman"/>
          <w:kern w:val="0"/>
          <w:lang w:val="es-PR"/>
          <w14:ligatures w14:val="none"/>
        </w:rPr>
        <w:lastRenderedPageBreak/>
        <w:t>profesionalización del tercer sector, elementos clave para asegurar la confianza pública y la efectividad de su misión.</w:t>
      </w:r>
    </w:p>
    <w:p w14:paraId="29501357" w14:textId="77777777" w:rsidR="00764DCD" w:rsidRPr="00B42AC6" w:rsidRDefault="00764DCD" w:rsidP="00764DCD">
      <w:pPr>
        <w:suppressLineNumbers/>
        <w:spacing w:after="0" w:line="240" w:lineRule="auto"/>
        <w:jc w:val="both"/>
        <w:rPr>
          <w:rFonts w:ascii="Book Antiqua" w:eastAsia="Times New Roman" w:hAnsi="Book Antiqua" w:cs="Times New Roman"/>
          <w:kern w:val="0"/>
          <w:lang w:val="es-PR"/>
          <w14:ligatures w14:val="none"/>
        </w:rPr>
      </w:pPr>
    </w:p>
    <w:p w14:paraId="0002C74D" w14:textId="71B1949B" w:rsidR="00764DCD" w:rsidRPr="00B42AC6" w:rsidRDefault="00764DCD" w:rsidP="00764DCD">
      <w:pPr>
        <w:suppressLineNumbers/>
        <w:spacing w:after="0" w:line="240" w:lineRule="auto"/>
        <w:jc w:val="both"/>
        <w:rPr>
          <w:rFonts w:ascii="Book Antiqua" w:eastAsia="Times New Roman" w:hAnsi="Book Antiqua" w:cs="Times New Roman"/>
          <w:kern w:val="0"/>
          <w:lang w:val="es-PR"/>
          <w14:ligatures w14:val="none"/>
        </w:rPr>
      </w:pPr>
      <w:r w:rsidRPr="00B42AC6">
        <w:rPr>
          <w:rFonts w:ascii="Book Antiqua" w:eastAsia="Times New Roman" w:hAnsi="Book Antiqua" w:cs="Times New Roman"/>
          <w:kern w:val="0"/>
          <w:lang w:val="es-PR"/>
          <w14:ligatures w14:val="none"/>
        </w:rPr>
        <w:t xml:space="preserve">Reconociendo la importancia estratégica de estas entidades para el bienestar colectivo, es </w:t>
      </w:r>
      <w:r w:rsidR="00F234CF" w:rsidRPr="00B42AC6">
        <w:rPr>
          <w:rFonts w:ascii="Book Antiqua" w:eastAsia="Times New Roman" w:hAnsi="Book Antiqua" w:cs="Times New Roman"/>
          <w:kern w:val="0"/>
          <w:lang w:val="es-PR"/>
          <w14:ligatures w14:val="none"/>
        </w:rPr>
        <w:t>necesario</w:t>
      </w:r>
      <w:r w:rsidRPr="00B42AC6">
        <w:rPr>
          <w:rFonts w:ascii="Book Antiqua" w:eastAsia="Times New Roman" w:hAnsi="Book Antiqua" w:cs="Times New Roman"/>
          <w:kern w:val="0"/>
          <w:lang w:val="es-PR"/>
          <w14:ligatures w14:val="none"/>
        </w:rPr>
        <w:t xml:space="preserve"> promover reformas legislativas y políticas públicas que fomenten un entorno más favorable para su desarrollo. </w:t>
      </w:r>
    </w:p>
    <w:p w14:paraId="05A48E85" w14:textId="77777777" w:rsidR="00764DCD" w:rsidRPr="00B42AC6" w:rsidRDefault="00764DCD" w:rsidP="00764DCD">
      <w:pPr>
        <w:suppressLineNumbers/>
        <w:spacing w:after="0" w:line="240" w:lineRule="auto"/>
        <w:jc w:val="both"/>
        <w:rPr>
          <w:rFonts w:ascii="Book Antiqua" w:eastAsia="Times New Roman" w:hAnsi="Book Antiqua" w:cs="Times New Roman"/>
          <w:kern w:val="0"/>
          <w:lang w:val="es-PR"/>
          <w14:ligatures w14:val="none"/>
        </w:rPr>
      </w:pPr>
    </w:p>
    <w:p w14:paraId="25BA9BC4" w14:textId="71CEE0CB" w:rsidR="00764DCD" w:rsidRPr="00B42AC6" w:rsidRDefault="00764DCD" w:rsidP="00764DCD">
      <w:pPr>
        <w:suppressLineNumbers/>
        <w:spacing w:after="0" w:line="240" w:lineRule="auto"/>
        <w:jc w:val="both"/>
        <w:rPr>
          <w:rFonts w:ascii="Book Antiqua" w:eastAsia="Times New Roman" w:hAnsi="Book Antiqua" w:cs="Times New Roman"/>
          <w:kern w:val="0"/>
          <w:lang w:val="es-PR"/>
          <w14:ligatures w14:val="none"/>
        </w:rPr>
      </w:pPr>
      <w:r w:rsidRPr="00B42AC6">
        <w:rPr>
          <w:rFonts w:ascii="Book Antiqua" w:eastAsia="Times New Roman" w:hAnsi="Book Antiqua" w:cs="Times New Roman"/>
          <w:kern w:val="0"/>
          <w:lang w:val="es-PR"/>
          <w14:ligatures w14:val="none"/>
        </w:rPr>
        <w:t>Este esfuerzo</w:t>
      </w:r>
      <w:r w:rsidR="00F234CF" w:rsidRPr="00B42AC6">
        <w:rPr>
          <w:rFonts w:ascii="Book Antiqua" w:eastAsia="Times New Roman" w:hAnsi="Book Antiqua" w:cs="Times New Roman"/>
          <w:kern w:val="0"/>
          <w:lang w:val="es-PR"/>
          <w14:ligatures w14:val="none"/>
        </w:rPr>
        <w:t xml:space="preserve"> de otorgar la cantidad de veinte millones ($20,000,000) de dólares, </w:t>
      </w:r>
      <w:r w:rsidRPr="00B42AC6">
        <w:rPr>
          <w:rFonts w:ascii="Book Antiqua" w:eastAsia="Times New Roman" w:hAnsi="Book Antiqua" w:cs="Times New Roman"/>
          <w:kern w:val="0"/>
          <w:lang w:val="es-PR"/>
          <w14:ligatures w14:val="none"/>
        </w:rPr>
        <w:t>busca no solo fortalecer a las entidades sin fines de lucro existentes, sino también fomentar la creación de nuevas iniciativas comunitarias capaces de responder de forma innovadora y sostenible a los desafíos sociales que enfrenta Puerto Rico.</w:t>
      </w:r>
    </w:p>
    <w:p w14:paraId="74096970" w14:textId="77777777" w:rsidR="002D2659" w:rsidRPr="00B42AC6" w:rsidRDefault="002D2659" w:rsidP="002D2659">
      <w:pPr>
        <w:suppressLineNumbers/>
        <w:spacing w:after="0" w:line="240" w:lineRule="auto"/>
        <w:jc w:val="center"/>
        <w:rPr>
          <w:rFonts w:ascii="Book Antiqua" w:eastAsia="Times New Roman" w:hAnsi="Book Antiqua" w:cs="Times New Roman"/>
          <w:kern w:val="0"/>
          <w:lang w:val="es-PR"/>
          <w14:ligatures w14:val="none"/>
        </w:rPr>
      </w:pPr>
    </w:p>
    <w:p w14:paraId="3A79A6EB" w14:textId="77777777" w:rsidR="002D2659" w:rsidRPr="00B42AC6" w:rsidRDefault="002D2659" w:rsidP="003C6873">
      <w:pPr>
        <w:suppressLineNumbers/>
        <w:spacing w:after="360" w:line="240" w:lineRule="auto"/>
        <w:jc w:val="both"/>
        <w:rPr>
          <w:rFonts w:ascii="Book Antiqua" w:eastAsia="Times New Roman" w:hAnsi="Book Antiqua" w:cs="Times New Roman"/>
          <w:i/>
          <w:kern w:val="0"/>
          <w:lang w:val="es-PR"/>
          <w14:ligatures w14:val="none"/>
        </w:rPr>
      </w:pPr>
      <w:r w:rsidRPr="00B42AC6">
        <w:rPr>
          <w:rFonts w:ascii="Book Antiqua" w:eastAsia="Times New Roman" w:hAnsi="Book Antiqua" w:cs="Times New Roman"/>
          <w:i/>
          <w:kern w:val="0"/>
          <w:lang w:val="es-PR"/>
          <w14:ligatures w14:val="none"/>
        </w:rPr>
        <w:t>RESUÉLVESE POR LA ASAMBLEA LEGISLATIVA DE PUERTO RICO:</w:t>
      </w:r>
    </w:p>
    <w:p w14:paraId="41916936" w14:textId="1D7235C5" w:rsidR="0068022C" w:rsidRPr="00E47C79" w:rsidRDefault="0068022C" w:rsidP="003C6873">
      <w:pPr>
        <w:spacing w:after="360" w:line="240" w:lineRule="auto"/>
        <w:ind w:firstLine="720"/>
        <w:jc w:val="both"/>
        <w:rPr>
          <w:rFonts w:ascii="Book Antiqua" w:eastAsia="Times New Roman" w:hAnsi="Book Antiqua" w:cs="Times New Roman"/>
          <w:kern w:val="0"/>
          <w:lang w:val="es-PR"/>
          <w14:ligatures w14:val="none"/>
        </w:rPr>
      </w:pPr>
      <w:r w:rsidRPr="00E47C79">
        <w:rPr>
          <w:rFonts w:ascii="Book Antiqua" w:eastAsia="Times New Roman" w:hAnsi="Book Antiqua" w:cs="Times New Roman"/>
          <w:kern w:val="0"/>
          <w:lang w:val="es-PR"/>
          <w14:ligatures w14:val="none"/>
        </w:rPr>
        <w:t>Sección 1.- Se asigna la cantidad de veinte millones ($20,000,000) de dólares, los cuales procederán de la Resolución Conjunta de Presupuesto para el Año Fiscal 202</w:t>
      </w:r>
      <w:r w:rsidR="00601415" w:rsidRPr="00E47C79">
        <w:rPr>
          <w:rFonts w:ascii="Book Antiqua" w:eastAsia="Times New Roman" w:hAnsi="Book Antiqua" w:cs="Times New Roman"/>
          <w:kern w:val="0"/>
          <w:lang w:val="es-PR"/>
          <w14:ligatures w14:val="none"/>
        </w:rPr>
        <w:t>5</w:t>
      </w:r>
      <w:r w:rsidRPr="00E47C79">
        <w:rPr>
          <w:rFonts w:ascii="Book Antiqua" w:eastAsia="Times New Roman" w:hAnsi="Book Antiqua" w:cs="Times New Roman"/>
          <w:kern w:val="0"/>
          <w:lang w:val="es-PR"/>
          <w14:ligatures w14:val="none"/>
        </w:rPr>
        <w:t>-202</w:t>
      </w:r>
      <w:r w:rsidR="00601415" w:rsidRPr="00E47C79">
        <w:rPr>
          <w:rFonts w:ascii="Book Antiqua" w:eastAsia="Times New Roman" w:hAnsi="Book Antiqua" w:cs="Times New Roman"/>
          <w:kern w:val="0"/>
          <w:lang w:val="es-PR"/>
          <w14:ligatures w14:val="none"/>
        </w:rPr>
        <w:t>6</w:t>
      </w:r>
      <w:r w:rsidRPr="00E47C79">
        <w:rPr>
          <w:rFonts w:ascii="Book Antiqua" w:eastAsia="Times New Roman" w:hAnsi="Book Antiqua" w:cs="Times New Roman"/>
          <w:kern w:val="0"/>
          <w:lang w:val="es-PR"/>
          <w14:ligatures w14:val="none"/>
        </w:rPr>
        <w:t>, para proveer asignaciones a entidades e instituciones semipúblicas, públicas y privadas cuyas actividades o servicios propendan al desarrollo de programas y bienestar social, de la salud, educación, cultura, y a mejorar la calidad de vida de los puertorriqueños; los beneficiarios de los fondos aquí asignados deberán cumplir con los requisitos establecidos en la Ley 20-2015</w:t>
      </w:r>
      <w:r w:rsidR="00C83F45" w:rsidRPr="00E47C79">
        <w:rPr>
          <w:rFonts w:ascii="Book Antiqua" w:eastAsia="Times New Roman" w:hAnsi="Book Antiqua" w:cs="Times New Roman"/>
          <w:kern w:val="0"/>
          <w:lang w:val="es-PR"/>
          <w14:ligatures w14:val="none"/>
        </w:rPr>
        <w:t xml:space="preserve"> </w:t>
      </w:r>
      <w:r w:rsidR="003C2E89" w:rsidRPr="00E47C79">
        <w:rPr>
          <w:rFonts w:ascii="Book Antiqua" w:eastAsia="Times New Roman" w:hAnsi="Book Antiqua" w:cs="Times New Roman"/>
          <w:kern w:val="0"/>
          <w:lang w:val="es-PR"/>
          <w14:ligatures w14:val="none"/>
        </w:rPr>
        <w:t>d</w:t>
      </w:r>
      <w:r w:rsidRPr="00E47C79">
        <w:rPr>
          <w:rFonts w:ascii="Book Antiqua" w:eastAsia="Times New Roman" w:hAnsi="Book Antiqua" w:cs="Times New Roman"/>
          <w:kern w:val="0"/>
          <w:lang w:val="es-PR"/>
          <w14:ligatures w14:val="none"/>
        </w:rPr>
        <w:t xml:space="preserve">e la </w:t>
      </w:r>
      <w:r w:rsidR="00601415" w:rsidRPr="00E47C79">
        <w:rPr>
          <w:rFonts w:ascii="Book Antiqua" w:eastAsia="Times New Roman" w:hAnsi="Book Antiqua" w:cs="Times New Roman"/>
          <w:kern w:val="0"/>
          <w:lang w:val="es-PR"/>
          <w14:ligatures w14:val="none"/>
        </w:rPr>
        <w:t>Comisión Especial Conjunta de Fondos Legislativos para Impacto Comunitario</w:t>
      </w:r>
      <w:r w:rsidRPr="00E47C79">
        <w:rPr>
          <w:rFonts w:ascii="Book Antiqua" w:eastAsia="Times New Roman" w:hAnsi="Book Antiqua" w:cs="Times New Roman"/>
          <w:kern w:val="0"/>
          <w:lang w:val="es-PR"/>
          <w14:ligatures w14:val="none"/>
        </w:rPr>
        <w:t>; según se detalla a continuación:</w:t>
      </w:r>
    </w:p>
    <w:p w14:paraId="35E4A000" w14:textId="173E12C3" w:rsidR="00B42AC6" w:rsidRPr="00026520" w:rsidRDefault="00B42AC6" w:rsidP="003659B9">
      <w:pPr>
        <w:tabs>
          <w:tab w:val="decimal" w:pos="8280"/>
        </w:tabs>
        <w:rPr>
          <w:rFonts w:ascii="Book Antiqua" w:hAnsi="Book Antiqua"/>
          <w:lang w:val="pt-PT"/>
        </w:rPr>
      </w:pPr>
      <w:r w:rsidRPr="00026520">
        <w:rPr>
          <w:rFonts w:ascii="Book Antiqua" w:hAnsi="Book Antiqua"/>
          <w:lang w:val="pt-PT"/>
        </w:rPr>
        <w:t>1. 5 Sentidos PR, Corp.</w:t>
      </w:r>
      <w:r w:rsidR="003659B9" w:rsidRPr="00026520">
        <w:rPr>
          <w:rFonts w:ascii="Book Antiqua" w:hAnsi="Book Antiqua"/>
          <w:lang w:val="pt-PT"/>
        </w:rPr>
        <w:tab/>
      </w:r>
      <w:r w:rsidRPr="00026520">
        <w:rPr>
          <w:rFonts w:ascii="Book Antiqua" w:hAnsi="Book Antiqua"/>
          <w:lang w:val="pt-PT"/>
        </w:rPr>
        <w:t>$35,000.00</w:t>
      </w:r>
    </w:p>
    <w:p w14:paraId="1EDAE1F0" w14:textId="677D6934" w:rsidR="00B42AC6" w:rsidRPr="00026520" w:rsidRDefault="00B42AC6" w:rsidP="003659B9">
      <w:pPr>
        <w:tabs>
          <w:tab w:val="decimal" w:pos="8280"/>
        </w:tabs>
        <w:rPr>
          <w:rFonts w:ascii="Book Antiqua" w:hAnsi="Book Antiqua"/>
          <w:lang w:val="pt-PT"/>
        </w:rPr>
      </w:pPr>
      <w:r w:rsidRPr="00026520">
        <w:rPr>
          <w:rFonts w:ascii="Book Antiqua" w:hAnsi="Book Antiqua"/>
          <w:lang w:val="pt-PT"/>
        </w:rPr>
        <w:t xml:space="preserve">2. A Ti Mujer Imparable Inc. </w:t>
      </w:r>
      <w:r w:rsidR="003659B9" w:rsidRPr="00026520">
        <w:rPr>
          <w:rFonts w:ascii="Book Antiqua" w:hAnsi="Book Antiqua"/>
          <w:lang w:val="pt-PT"/>
        </w:rPr>
        <w:tab/>
      </w:r>
      <w:r w:rsidRPr="00026520">
        <w:rPr>
          <w:rFonts w:ascii="Book Antiqua" w:hAnsi="Book Antiqua"/>
          <w:lang w:val="pt-PT"/>
        </w:rPr>
        <w:t>$</w:t>
      </w:r>
      <w:r w:rsidR="007E2DF6" w:rsidRPr="00026520">
        <w:rPr>
          <w:rFonts w:ascii="Book Antiqua" w:hAnsi="Book Antiqua"/>
          <w:lang w:val="pt-PT"/>
        </w:rPr>
        <w:t>1</w:t>
      </w:r>
      <w:r w:rsidRPr="00026520">
        <w:rPr>
          <w:rFonts w:ascii="Book Antiqua" w:hAnsi="Book Antiqua"/>
          <w:lang w:val="pt-PT"/>
        </w:rPr>
        <w:t>0,000.00</w:t>
      </w:r>
    </w:p>
    <w:p w14:paraId="4E1A8808" w14:textId="36693E24" w:rsidR="00B42AC6" w:rsidRPr="00E47C79" w:rsidRDefault="00B42AC6" w:rsidP="003659B9">
      <w:pPr>
        <w:tabs>
          <w:tab w:val="decimal" w:pos="8280"/>
        </w:tabs>
        <w:rPr>
          <w:rFonts w:ascii="Book Antiqua" w:hAnsi="Book Antiqua"/>
          <w:lang w:val="es-PR"/>
        </w:rPr>
      </w:pPr>
      <w:r w:rsidRPr="00E47C79">
        <w:rPr>
          <w:rFonts w:ascii="Book Antiqua" w:hAnsi="Book Antiqua"/>
          <w:lang w:val="pt-PT"/>
        </w:rPr>
        <w:t xml:space="preserve">3. Academia de Directores Médicos de PR Inc. </w:t>
      </w:r>
      <w:r w:rsidR="003659B9" w:rsidRPr="00E47C79">
        <w:rPr>
          <w:rFonts w:ascii="Book Antiqua" w:hAnsi="Book Antiqua"/>
          <w:lang w:val="pt-PT"/>
        </w:rPr>
        <w:tab/>
      </w:r>
      <w:r w:rsidRPr="00E47C79">
        <w:rPr>
          <w:rFonts w:ascii="Book Antiqua" w:hAnsi="Book Antiqua"/>
          <w:lang w:val="es-PR"/>
        </w:rPr>
        <w:t>$</w:t>
      </w:r>
      <w:r w:rsidR="007E2DF6" w:rsidRPr="00E47C79">
        <w:rPr>
          <w:rFonts w:ascii="Book Antiqua" w:hAnsi="Book Antiqua"/>
          <w:lang w:val="es-PR"/>
        </w:rPr>
        <w:t>3</w:t>
      </w:r>
      <w:r w:rsidRPr="00E47C79">
        <w:rPr>
          <w:rFonts w:ascii="Book Antiqua" w:hAnsi="Book Antiqua"/>
          <w:lang w:val="es-PR"/>
        </w:rPr>
        <w:t>,000.00</w:t>
      </w:r>
    </w:p>
    <w:p w14:paraId="6AE17E8F" w14:textId="7E81C8E3"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 xml:space="preserve">4. Academia Puertorriqueña de Jurisprudencia y Legislación </w:t>
      </w:r>
      <w:r w:rsidR="003659B9" w:rsidRPr="00E47C79">
        <w:rPr>
          <w:rFonts w:ascii="Book Antiqua" w:hAnsi="Book Antiqua"/>
          <w:lang w:val="es-PR"/>
        </w:rPr>
        <w:tab/>
      </w:r>
      <w:r w:rsidRPr="00E47C79">
        <w:rPr>
          <w:rFonts w:ascii="Book Antiqua" w:hAnsi="Book Antiqua"/>
          <w:lang w:val="es-PR"/>
        </w:rPr>
        <w:t>$2</w:t>
      </w:r>
      <w:r w:rsidR="007E2DF6" w:rsidRPr="00E47C79">
        <w:rPr>
          <w:rFonts w:ascii="Book Antiqua" w:hAnsi="Book Antiqua"/>
          <w:lang w:val="es-PR"/>
        </w:rPr>
        <w:t>5</w:t>
      </w:r>
      <w:r w:rsidRPr="00E47C79">
        <w:rPr>
          <w:rFonts w:ascii="Book Antiqua" w:hAnsi="Book Antiqua"/>
          <w:lang w:val="es-PR"/>
        </w:rPr>
        <w:t>0,000.00</w:t>
      </w:r>
    </w:p>
    <w:p w14:paraId="67C1241D" w14:textId="4F0294AA"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 xml:space="preserve">5. Academia Puertorriqueña de la Historia </w:t>
      </w:r>
      <w:r w:rsidR="003659B9" w:rsidRPr="00E47C79">
        <w:rPr>
          <w:rFonts w:ascii="Book Antiqua" w:hAnsi="Book Antiqua"/>
          <w:lang w:val="es-PR"/>
        </w:rPr>
        <w:tab/>
      </w:r>
      <w:r w:rsidRPr="00E47C79">
        <w:rPr>
          <w:rFonts w:ascii="Book Antiqua" w:hAnsi="Book Antiqua"/>
          <w:lang w:val="es-PR"/>
        </w:rPr>
        <w:t>$</w:t>
      </w:r>
      <w:r w:rsidR="007E2DF6" w:rsidRPr="00E47C79">
        <w:rPr>
          <w:rFonts w:ascii="Book Antiqua" w:hAnsi="Book Antiqua"/>
          <w:lang w:val="es-PR"/>
        </w:rPr>
        <w:t>3</w:t>
      </w:r>
      <w:r w:rsidRPr="00E47C79">
        <w:rPr>
          <w:rFonts w:ascii="Book Antiqua" w:hAnsi="Book Antiqua"/>
          <w:lang w:val="es-PR"/>
        </w:rPr>
        <w:t>,000.00</w:t>
      </w:r>
    </w:p>
    <w:p w14:paraId="77936996" w14:textId="42DF42DF"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 xml:space="preserve">6. Acción Social de Puerto Rico </w:t>
      </w:r>
      <w:r w:rsidR="003659B9" w:rsidRPr="00E47C79">
        <w:rPr>
          <w:rFonts w:ascii="Book Antiqua" w:hAnsi="Book Antiqua"/>
          <w:lang w:val="es-PR"/>
        </w:rPr>
        <w:tab/>
      </w:r>
      <w:r w:rsidRPr="00E47C79">
        <w:rPr>
          <w:rFonts w:ascii="Book Antiqua" w:hAnsi="Book Antiqua"/>
          <w:lang w:val="es-PR"/>
        </w:rPr>
        <w:t>$1</w:t>
      </w:r>
      <w:r w:rsidR="007E2DF6" w:rsidRPr="00E47C79">
        <w:rPr>
          <w:rFonts w:ascii="Book Antiqua" w:hAnsi="Book Antiqua"/>
          <w:lang w:val="es-PR"/>
        </w:rPr>
        <w:t>4,750</w:t>
      </w:r>
      <w:r w:rsidRPr="00E47C79">
        <w:rPr>
          <w:rFonts w:ascii="Book Antiqua" w:hAnsi="Book Antiqua"/>
          <w:lang w:val="es-PR"/>
        </w:rPr>
        <w:t>.00</w:t>
      </w:r>
    </w:p>
    <w:p w14:paraId="6D46A5C3" w14:textId="5139F9A9"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 xml:space="preserve">7. Acción Social Luterana Sin Fronteras </w:t>
      </w:r>
      <w:r w:rsidR="003659B9" w:rsidRPr="00E47C79">
        <w:rPr>
          <w:rFonts w:ascii="Book Antiqua" w:hAnsi="Book Antiqua"/>
          <w:lang w:val="es-PR"/>
        </w:rPr>
        <w:tab/>
      </w:r>
      <w:r w:rsidRPr="00E47C79">
        <w:rPr>
          <w:rFonts w:ascii="Book Antiqua" w:hAnsi="Book Antiqua"/>
          <w:lang w:val="es-PR"/>
        </w:rPr>
        <w:t>$9,500.00</w:t>
      </w:r>
    </w:p>
    <w:p w14:paraId="4A5216DC" w14:textId="69A93EEE" w:rsidR="00B42AC6" w:rsidRPr="00E47C79" w:rsidRDefault="00B42AC6" w:rsidP="003659B9">
      <w:pPr>
        <w:tabs>
          <w:tab w:val="decimal" w:pos="8280"/>
        </w:tabs>
        <w:rPr>
          <w:rFonts w:ascii="Book Antiqua" w:hAnsi="Book Antiqua"/>
          <w:lang w:val="es-ES"/>
        </w:rPr>
      </w:pPr>
      <w:r w:rsidRPr="00E47C79">
        <w:rPr>
          <w:rFonts w:ascii="Book Antiqua" w:hAnsi="Book Antiqua"/>
          <w:lang w:val="es-ES"/>
        </w:rPr>
        <w:t xml:space="preserve">8. Acueducto Pellejas, Inc. </w:t>
      </w:r>
      <w:r w:rsidR="003659B9" w:rsidRPr="00E47C79">
        <w:rPr>
          <w:rFonts w:ascii="Book Antiqua" w:hAnsi="Book Antiqua"/>
          <w:lang w:val="es-ES"/>
        </w:rPr>
        <w:tab/>
      </w:r>
      <w:r w:rsidRPr="00E47C79">
        <w:rPr>
          <w:rFonts w:ascii="Book Antiqua" w:hAnsi="Book Antiqua"/>
          <w:lang w:val="es-ES"/>
        </w:rPr>
        <w:t>$1</w:t>
      </w:r>
      <w:r w:rsidR="007E2DF6" w:rsidRPr="00E47C79">
        <w:rPr>
          <w:rFonts w:ascii="Book Antiqua" w:hAnsi="Book Antiqua"/>
          <w:lang w:val="es-ES"/>
        </w:rPr>
        <w:t>0</w:t>
      </w:r>
      <w:r w:rsidRPr="00E47C79">
        <w:rPr>
          <w:rFonts w:ascii="Book Antiqua" w:hAnsi="Book Antiqua"/>
          <w:lang w:val="es-ES"/>
        </w:rPr>
        <w:t>,000.00</w:t>
      </w:r>
    </w:p>
    <w:p w14:paraId="4A43DADA" w14:textId="7C0A3454" w:rsidR="00B42AC6" w:rsidRPr="00E47C79" w:rsidRDefault="00B42AC6" w:rsidP="003659B9">
      <w:pPr>
        <w:tabs>
          <w:tab w:val="decimal" w:pos="8280"/>
        </w:tabs>
        <w:rPr>
          <w:rFonts w:ascii="Book Antiqua" w:hAnsi="Book Antiqua"/>
        </w:rPr>
      </w:pPr>
      <w:r w:rsidRPr="00E47C79">
        <w:rPr>
          <w:rFonts w:ascii="Book Antiqua" w:hAnsi="Book Antiqua"/>
          <w:lang w:val="es-ES"/>
        </w:rPr>
        <w:t xml:space="preserve">9. Adoptando en PR Inc. </w:t>
      </w:r>
      <w:r w:rsidR="003659B9" w:rsidRPr="00E47C79">
        <w:rPr>
          <w:rFonts w:ascii="Book Antiqua" w:hAnsi="Book Antiqua"/>
          <w:lang w:val="es-ES"/>
        </w:rPr>
        <w:tab/>
      </w:r>
      <w:r w:rsidRPr="00E47C79">
        <w:rPr>
          <w:rFonts w:ascii="Book Antiqua" w:hAnsi="Book Antiqua"/>
        </w:rPr>
        <w:t>$24,000.00</w:t>
      </w:r>
    </w:p>
    <w:p w14:paraId="282FAA60" w14:textId="2E867B2B" w:rsidR="00B42AC6" w:rsidRPr="00E47C79" w:rsidRDefault="00B42AC6" w:rsidP="003659B9">
      <w:pPr>
        <w:tabs>
          <w:tab w:val="decimal" w:pos="8280"/>
        </w:tabs>
        <w:rPr>
          <w:rFonts w:ascii="Book Antiqua" w:hAnsi="Book Antiqua"/>
          <w:lang w:val="es-ES"/>
        </w:rPr>
      </w:pPr>
      <w:r w:rsidRPr="00E47C79">
        <w:rPr>
          <w:rFonts w:ascii="Book Antiqua" w:hAnsi="Book Antiqua"/>
        </w:rPr>
        <w:t xml:space="preserve">10. Affordable Housing Fund for Puerto Rico Inc. </w:t>
      </w:r>
      <w:r w:rsidR="003659B9" w:rsidRPr="00E47C79">
        <w:rPr>
          <w:rFonts w:ascii="Book Antiqua" w:hAnsi="Book Antiqua"/>
        </w:rPr>
        <w:tab/>
      </w:r>
      <w:r w:rsidRPr="00E47C79">
        <w:rPr>
          <w:rFonts w:ascii="Book Antiqua" w:hAnsi="Book Antiqua"/>
          <w:lang w:val="es-ES"/>
        </w:rPr>
        <w:t>$15,000.00</w:t>
      </w:r>
    </w:p>
    <w:p w14:paraId="47A7DBCC" w14:textId="3E6636DC" w:rsidR="00B42AC6" w:rsidRPr="00E47C79" w:rsidRDefault="00B42AC6" w:rsidP="003659B9">
      <w:pPr>
        <w:tabs>
          <w:tab w:val="decimal" w:pos="8280"/>
        </w:tabs>
        <w:rPr>
          <w:rFonts w:ascii="Book Antiqua" w:hAnsi="Book Antiqua"/>
          <w:lang w:val="es-ES"/>
        </w:rPr>
      </w:pPr>
      <w:r w:rsidRPr="00E47C79">
        <w:rPr>
          <w:rFonts w:ascii="Book Antiqua" w:hAnsi="Book Antiqua"/>
          <w:lang w:val="es-ES"/>
        </w:rPr>
        <w:t>11. Aguirre Coquí Béisbol Inc.</w:t>
      </w:r>
      <w:r w:rsidR="003659B9" w:rsidRPr="00E47C79">
        <w:rPr>
          <w:rFonts w:ascii="Book Antiqua" w:hAnsi="Book Antiqua"/>
          <w:lang w:val="es-ES"/>
        </w:rPr>
        <w:tab/>
      </w:r>
      <w:r w:rsidRPr="00E47C79">
        <w:rPr>
          <w:rFonts w:ascii="Book Antiqua" w:hAnsi="Book Antiqua"/>
          <w:lang w:val="es-ES"/>
        </w:rPr>
        <w:t xml:space="preserve"> $</w:t>
      </w:r>
      <w:r w:rsidR="0010027C" w:rsidRPr="00E47C79">
        <w:rPr>
          <w:rFonts w:ascii="Book Antiqua" w:hAnsi="Book Antiqua"/>
          <w:lang w:val="es-ES"/>
        </w:rPr>
        <w:t>8</w:t>
      </w:r>
      <w:r w:rsidR="007E2DF6" w:rsidRPr="00E47C79">
        <w:rPr>
          <w:rFonts w:ascii="Book Antiqua" w:hAnsi="Book Antiqua"/>
          <w:lang w:val="es-ES"/>
        </w:rPr>
        <w:t>,</w:t>
      </w:r>
      <w:r w:rsidR="0010027C" w:rsidRPr="00E47C79">
        <w:rPr>
          <w:rFonts w:ascii="Book Antiqua" w:hAnsi="Book Antiqua"/>
          <w:lang w:val="es-ES"/>
        </w:rPr>
        <w:t>50</w:t>
      </w:r>
      <w:r w:rsidR="007E2DF6" w:rsidRPr="00E47C79">
        <w:rPr>
          <w:rFonts w:ascii="Book Antiqua" w:hAnsi="Book Antiqua"/>
          <w:lang w:val="es-ES"/>
        </w:rPr>
        <w:t>0</w:t>
      </w:r>
      <w:r w:rsidRPr="00E47C79">
        <w:rPr>
          <w:rFonts w:ascii="Book Antiqua" w:hAnsi="Book Antiqua"/>
          <w:lang w:val="es-ES"/>
        </w:rPr>
        <w:t>.00</w:t>
      </w:r>
    </w:p>
    <w:p w14:paraId="0DA8006C" w14:textId="1665AC4E" w:rsidR="00B42AC6" w:rsidRPr="00E47C79" w:rsidRDefault="00B42AC6" w:rsidP="003659B9">
      <w:pPr>
        <w:tabs>
          <w:tab w:val="decimal" w:pos="8280"/>
        </w:tabs>
        <w:rPr>
          <w:rFonts w:ascii="Book Antiqua" w:hAnsi="Book Antiqua"/>
          <w:lang w:val="es-ES"/>
        </w:rPr>
      </w:pPr>
      <w:r w:rsidRPr="00E47C79">
        <w:rPr>
          <w:rFonts w:ascii="Book Antiqua" w:hAnsi="Book Antiqua"/>
          <w:lang w:val="es-ES"/>
        </w:rPr>
        <w:t>12. Albergue El Paraíso Corp.</w:t>
      </w:r>
      <w:r w:rsidR="003659B9" w:rsidRPr="00E47C79">
        <w:rPr>
          <w:rFonts w:ascii="Book Antiqua" w:hAnsi="Book Antiqua"/>
          <w:lang w:val="es-ES"/>
        </w:rPr>
        <w:tab/>
      </w:r>
      <w:r w:rsidRPr="00E47C79">
        <w:rPr>
          <w:rFonts w:ascii="Book Antiqua" w:hAnsi="Book Antiqua"/>
          <w:lang w:val="es-ES"/>
        </w:rPr>
        <w:t>$10,000.00</w:t>
      </w:r>
    </w:p>
    <w:p w14:paraId="0124E483" w14:textId="558FE355"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lastRenderedPageBreak/>
        <w:t xml:space="preserve">13. Alianza de Autismo de PR </w:t>
      </w:r>
      <w:r w:rsidR="003659B9" w:rsidRPr="00E47C79">
        <w:rPr>
          <w:rFonts w:ascii="Book Antiqua" w:hAnsi="Book Antiqua"/>
          <w:lang w:val="es-PR"/>
        </w:rPr>
        <w:tab/>
      </w:r>
      <w:r w:rsidRPr="00E47C79">
        <w:rPr>
          <w:rFonts w:ascii="Book Antiqua" w:hAnsi="Book Antiqua"/>
          <w:lang w:val="es-PR"/>
        </w:rPr>
        <w:t>$15,000.00</w:t>
      </w:r>
    </w:p>
    <w:p w14:paraId="7F5F2EAF" w14:textId="0C111A29" w:rsidR="00B42AC6" w:rsidRPr="00E47C79" w:rsidRDefault="00B42AC6" w:rsidP="003659B9">
      <w:pPr>
        <w:tabs>
          <w:tab w:val="decimal" w:pos="8280"/>
        </w:tabs>
        <w:rPr>
          <w:rFonts w:ascii="Book Antiqua" w:hAnsi="Book Antiqua"/>
          <w:lang w:val="es-ES"/>
        </w:rPr>
      </w:pPr>
      <w:r w:rsidRPr="00E47C79">
        <w:rPr>
          <w:rFonts w:ascii="Book Antiqua" w:hAnsi="Book Antiqua"/>
          <w:lang w:val="es-PR"/>
        </w:rPr>
        <w:t xml:space="preserve">14. Alianza Municipal de Servicios Integrados Inc. </w:t>
      </w:r>
      <w:r w:rsidR="003659B9" w:rsidRPr="00E47C79">
        <w:rPr>
          <w:rFonts w:ascii="Book Antiqua" w:hAnsi="Book Antiqua"/>
          <w:lang w:val="es-PR"/>
        </w:rPr>
        <w:tab/>
      </w:r>
      <w:r w:rsidRPr="00E47C79">
        <w:rPr>
          <w:rFonts w:ascii="Book Antiqua" w:hAnsi="Book Antiqua"/>
          <w:lang w:val="es-ES"/>
        </w:rPr>
        <w:t>$20,000.00</w:t>
      </w:r>
    </w:p>
    <w:p w14:paraId="018ED927" w14:textId="0788AB48"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 xml:space="preserve">15. Alianza para la Paz Social </w:t>
      </w:r>
      <w:r w:rsidR="003659B9" w:rsidRPr="00E47C79">
        <w:rPr>
          <w:rFonts w:ascii="Book Antiqua" w:hAnsi="Book Antiqua"/>
          <w:lang w:val="es-PR"/>
        </w:rPr>
        <w:tab/>
      </w:r>
      <w:r w:rsidRPr="00E47C79">
        <w:rPr>
          <w:rFonts w:ascii="Book Antiqua" w:hAnsi="Book Antiqua"/>
          <w:lang w:val="es-PR"/>
        </w:rPr>
        <w:t>$2</w:t>
      </w:r>
      <w:r w:rsidR="0010027C" w:rsidRPr="00E47C79">
        <w:rPr>
          <w:rFonts w:ascii="Book Antiqua" w:hAnsi="Book Antiqua"/>
          <w:lang w:val="es-PR"/>
        </w:rPr>
        <w:t>5</w:t>
      </w:r>
      <w:r w:rsidRPr="00E47C79">
        <w:rPr>
          <w:rFonts w:ascii="Book Antiqua" w:hAnsi="Book Antiqua"/>
          <w:lang w:val="es-PR"/>
        </w:rPr>
        <w:t>,000.00</w:t>
      </w:r>
    </w:p>
    <w:p w14:paraId="602D69A2" w14:textId="53E2CEDE" w:rsidR="00B42AC6" w:rsidRPr="00E47C79" w:rsidRDefault="00B42AC6" w:rsidP="003659B9">
      <w:pPr>
        <w:tabs>
          <w:tab w:val="decimal" w:pos="8280"/>
        </w:tabs>
        <w:rPr>
          <w:rFonts w:ascii="Book Antiqua" w:hAnsi="Book Antiqua"/>
          <w:lang w:val="es-ES"/>
        </w:rPr>
      </w:pPr>
      <w:r w:rsidRPr="00E47C79">
        <w:rPr>
          <w:rFonts w:ascii="Book Antiqua" w:hAnsi="Book Antiqua"/>
          <w:lang w:val="es-PR"/>
        </w:rPr>
        <w:t xml:space="preserve">16. Alianza para un Puerto Rico sin Drogas Inc. </w:t>
      </w:r>
      <w:r w:rsidR="003659B9" w:rsidRPr="00E47C79">
        <w:rPr>
          <w:rFonts w:ascii="Book Antiqua" w:hAnsi="Book Antiqua"/>
          <w:lang w:val="es-PR"/>
        </w:rPr>
        <w:tab/>
      </w:r>
      <w:r w:rsidRPr="00E47C79">
        <w:rPr>
          <w:rFonts w:ascii="Book Antiqua" w:hAnsi="Book Antiqua"/>
          <w:lang w:val="es-ES"/>
        </w:rPr>
        <w:t>$</w:t>
      </w:r>
      <w:r w:rsidR="0010027C" w:rsidRPr="00E47C79">
        <w:rPr>
          <w:rFonts w:ascii="Book Antiqua" w:hAnsi="Book Antiqua"/>
          <w:lang w:val="es-ES"/>
        </w:rPr>
        <w:t>1</w:t>
      </w:r>
      <w:r w:rsidRPr="00E47C79">
        <w:rPr>
          <w:rFonts w:ascii="Book Antiqua" w:hAnsi="Book Antiqua"/>
          <w:lang w:val="es-ES"/>
        </w:rPr>
        <w:t>0,000.00</w:t>
      </w:r>
    </w:p>
    <w:p w14:paraId="493A5C18" w14:textId="775E41DA"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 xml:space="preserve">17. Alliance </w:t>
      </w:r>
      <w:proofErr w:type="spellStart"/>
      <w:r w:rsidRPr="00E47C79">
        <w:rPr>
          <w:rFonts w:ascii="Book Antiqua" w:hAnsi="Book Antiqua"/>
          <w:lang w:val="es-PR"/>
        </w:rPr>
        <w:t>Française</w:t>
      </w:r>
      <w:proofErr w:type="spellEnd"/>
      <w:r w:rsidRPr="00E47C79">
        <w:rPr>
          <w:rFonts w:ascii="Book Antiqua" w:hAnsi="Book Antiqua"/>
          <w:lang w:val="es-PR"/>
        </w:rPr>
        <w:t xml:space="preserve"> de Puerto Rico </w:t>
      </w:r>
      <w:r w:rsidR="003659B9" w:rsidRPr="00E47C79">
        <w:rPr>
          <w:rFonts w:ascii="Book Antiqua" w:hAnsi="Book Antiqua"/>
          <w:lang w:val="es-PR"/>
        </w:rPr>
        <w:tab/>
      </w:r>
      <w:r w:rsidRPr="00E47C79">
        <w:rPr>
          <w:rFonts w:ascii="Book Antiqua" w:hAnsi="Book Antiqua"/>
          <w:lang w:val="es-PR"/>
        </w:rPr>
        <w:t>$3,000.00</w:t>
      </w:r>
    </w:p>
    <w:p w14:paraId="5EEBEDC4" w14:textId="20F7FAD9" w:rsidR="00B42AC6" w:rsidRPr="00E47C79" w:rsidRDefault="00B42AC6" w:rsidP="003659B9">
      <w:pPr>
        <w:tabs>
          <w:tab w:val="decimal" w:pos="8280"/>
        </w:tabs>
        <w:rPr>
          <w:rFonts w:ascii="Book Antiqua" w:hAnsi="Book Antiqua"/>
          <w:lang w:val="es-ES"/>
        </w:rPr>
      </w:pPr>
      <w:r w:rsidRPr="00E47C79">
        <w:rPr>
          <w:rFonts w:ascii="Book Antiqua" w:hAnsi="Book Antiqua"/>
          <w:lang w:val="es-ES"/>
        </w:rPr>
        <w:t xml:space="preserve">18. </w:t>
      </w:r>
      <w:proofErr w:type="spellStart"/>
      <w:r w:rsidRPr="00E47C79">
        <w:rPr>
          <w:rFonts w:ascii="Book Antiqua" w:hAnsi="Book Antiqua"/>
          <w:lang w:val="es-ES"/>
        </w:rPr>
        <w:t>Alquimía</w:t>
      </w:r>
      <w:proofErr w:type="spellEnd"/>
      <w:r w:rsidRPr="00E47C79">
        <w:rPr>
          <w:rFonts w:ascii="Book Antiqua" w:hAnsi="Book Antiqua"/>
          <w:lang w:val="es-ES"/>
        </w:rPr>
        <w:t xml:space="preserve"> Corp.</w:t>
      </w:r>
      <w:r w:rsidR="003659B9" w:rsidRPr="00E47C79">
        <w:rPr>
          <w:rFonts w:ascii="Book Antiqua" w:hAnsi="Book Antiqua"/>
          <w:lang w:val="es-ES"/>
        </w:rPr>
        <w:tab/>
      </w:r>
      <w:r w:rsidRPr="00E47C79">
        <w:rPr>
          <w:rFonts w:ascii="Book Antiqua" w:hAnsi="Book Antiqua"/>
          <w:lang w:val="es-ES"/>
        </w:rPr>
        <w:t xml:space="preserve"> $</w:t>
      </w:r>
      <w:r w:rsidR="0010027C" w:rsidRPr="00E47C79">
        <w:rPr>
          <w:rFonts w:ascii="Book Antiqua" w:hAnsi="Book Antiqua"/>
          <w:lang w:val="es-ES"/>
        </w:rPr>
        <w:t>39</w:t>
      </w:r>
      <w:r w:rsidRPr="00E47C79">
        <w:rPr>
          <w:rFonts w:ascii="Book Antiqua" w:hAnsi="Book Antiqua"/>
          <w:lang w:val="es-ES"/>
        </w:rPr>
        <w:t>,</w:t>
      </w:r>
      <w:r w:rsidR="0010027C" w:rsidRPr="00E47C79">
        <w:rPr>
          <w:rFonts w:ascii="Book Antiqua" w:hAnsi="Book Antiqua"/>
          <w:lang w:val="es-ES"/>
        </w:rPr>
        <w:t>5</w:t>
      </w:r>
      <w:r w:rsidRPr="00E47C79">
        <w:rPr>
          <w:rFonts w:ascii="Book Antiqua" w:hAnsi="Book Antiqua"/>
          <w:lang w:val="es-ES"/>
        </w:rPr>
        <w:t>00.00</w:t>
      </w:r>
    </w:p>
    <w:p w14:paraId="1C0D6B5F" w14:textId="645F267B" w:rsidR="00B42AC6" w:rsidRPr="00E47C79" w:rsidRDefault="00B42AC6" w:rsidP="003659B9">
      <w:pPr>
        <w:tabs>
          <w:tab w:val="decimal" w:pos="8280"/>
        </w:tabs>
        <w:rPr>
          <w:rFonts w:ascii="Book Antiqua" w:hAnsi="Book Antiqua"/>
          <w:lang w:val="es-ES"/>
        </w:rPr>
      </w:pPr>
      <w:r w:rsidRPr="00E47C79">
        <w:rPr>
          <w:rFonts w:ascii="Book Antiqua" w:hAnsi="Book Antiqua"/>
          <w:lang w:val="es-ES"/>
        </w:rPr>
        <w:t xml:space="preserve">19. </w:t>
      </w:r>
      <w:proofErr w:type="spellStart"/>
      <w:r w:rsidRPr="00E47C79">
        <w:rPr>
          <w:rFonts w:ascii="Book Antiqua" w:hAnsi="Book Antiqua"/>
          <w:lang w:val="es-ES"/>
        </w:rPr>
        <w:t>Altrusa</w:t>
      </w:r>
      <w:proofErr w:type="spellEnd"/>
      <w:r w:rsidRPr="00E47C79">
        <w:rPr>
          <w:rFonts w:ascii="Book Antiqua" w:hAnsi="Book Antiqua"/>
          <w:lang w:val="es-ES"/>
        </w:rPr>
        <w:t xml:space="preserve"> Internacional de San Sebastián, PR Inc. </w:t>
      </w:r>
      <w:r w:rsidR="003659B9" w:rsidRPr="00E47C79">
        <w:rPr>
          <w:rFonts w:ascii="Book Antiqua" w:hAnsi="Book Antiqua"/>
          <w:lang w:val="es-ES"/>
        </w:rPr>
        <w:tab/>
      </w:r>
      <w:r w:rsidRPr="00E47C79">
        <w:rPr>
          <w:rFonts w:ascii="Book Antiqua" w:hAnsi="Book Antiqua"/>
          <w:lang w:val="es-ES"/>
        </w:rPr>
        <w:t>$5,000.00</w:t>
      </w:r>
    </w:p>
    <w:p w14:paraId="49DCD5F5" w14:textId="1F2DDAA2" w:rsidR="00B42AC6" w:rsidRPr="00E47C79" w:rsidRDefault="00B42AC6" w:rsidP="003659B9">
      <w:pPr>
        <w:tabs>
          <w:tab w:val="decimal" w:pos="8280"/>
        </w:tabs>
        <w:rPr>
          <w:rFonts w:ascii="Book Antiqua" w:hAnsi="Book Antiqua"/>
          <w:lang w:val="es-ES"/>
        </w:rPr>
      </w:pPr>
      <w:r w:rsidRPr="00E47C79">
        <w:rPr>
          <w:rFonts w:ascii="Book Antiqua" w:hAnsi="Book Antiqua"/>
          <w:lang w:val="es-ES"/>
        </w:rPr>
        <w:t xml:space="preserve">20. </w:t>
      </w:r>
      <w:proofErr w:type="spellStart"/>
      <w:r w:rsidRPr="00E47C79">
        <w:rPr>
          <w:rFonts w:ascii="Book Antiqua" w:hAnsi="Book Antiqua"/>
          <w:lang w:val="es-ES"/>
        </w:rPr>
        <w:t>AmarAjavaDar</w:t>
      </w:r>
      <w:proofErr w:type="spellEnd"/>
      <w:r w:rsidRPr="00E47C79">
        <w:rPr>
          <w:rFonts w:ascii="Book Antiqua" w:hAnsi="Book Antiqua"/>
          <w:lang w:val="es-ES"/>
        </w:rPr>
        <w:t xml:space="preserve"> </w:t>
      </w:r>
      <w:proofErr w:type="spellStart"/>
      <w:r w:rsidRPr="00E47C79">
        <w:rPr>
          <w:rFonts w:ascii="Book Antiqua" w:hAnsi="Book Antiqua"/>
          <w:lang w:val="es-ES"/>
        </w:rPr>
        <w:t>Corporation</w:t>
      </w:r>
      <w:proofErr w:type="spellEnd"/>
      <w:r w:rsidRPr="00E47C79">
        <w:rPr>
          <w:rFonts w:ascii="Book Antiqua" w:hAnsi="Book Antiqua"/>
          <w:lang w:val="es-ES"/>
        </w:rPr>
        <w:t xml:space="preserve"> - AAD Corp. </w:t>
      </w:r>
      <w:r w:rsidR="003659B9" w:rsidRPr="00E47C79">
        <w:rPr>
          <w:rFonts w:ascii="Book Antiqua" w:hAnsi="Book Antiqua"/>
          <w:lang w:val="es-ES"/>
        </w:rPr>
        <w:tab/>
      </w:r>
      <w:r w:rsidRPr="00E47C79">
        <w:rPr>
          <w:rFonts w:ascii="Book Antiqua" w:hAnsi="Book Antiqua"/>
          <w:lang w:val="es-ES"/>
        </w:rPr>
        <w:t>$3,000.00</w:t>
      </w:r>
    </w:p>
    <w:p w14:paraId="3808E58E" w14:textId="3D29347F" w:rsidR="00B42AC6" w:rsidRPr="00E47C79" w:rsidRDefault="00B42AC6" w:rsidP="003659B9">
      <w:pPr>
        <w:tabs>
          <w:tab w:val="decimal" w:pos="8280"/>
        </w:tabs>
        <w:rPr>
          <w:rFonts w:ascii="Book Antiqua" w:hAnsi="Book Antiqua"/>
          <w:lang w:val="es-ES"/>
        </w:rPr>
      </w:pPr>
      <w:r w:rsidRPr="00E47C79">
        <w:rPr>
          <w:rFonts w:ascii="Book Antiqua" w:hAnsi="Book Antiqua"/>
          <w:lang w:val="es-ES"/>
        </w:rPr>
        <w:t xml:space="preserve">21. American Cello </w:t>
      </w:r>
      <w:proofErr w:type="spellStart"/>
      <w:r w:rsidRPr="00E47C79">
        <w:rPr>
          <w:rFonts w:ascii="Book Antiqua" w:hAnsi="Book Antiqua"/>
          <w:lang w:val="es-ES"/>
        </w:rPr>
        <w:t>Institute</w:t>
      </w:r>
      <w:proofErr w:type="spellEnd"/>
      <w:r w:rsidRPr="00E47C79">
        <w:rPr>
          <w:rFonts w:ascii="Book Antiqua" w:hAnsi="Book Antiqua"/>
          <w:lang w:val="es-ES"/>
        </w:rPr>
        <w:t xml:space="preserve">, Inc. </w:t>
      </w:r>
      <w:r w:rsidR="003659B9" w:rsidRPr="00E47C79">
        <w:rPr>
          <w:rFonts w:ascii="Book Antiqua" w:hAnsi="Book Antiqua"/>
          <w:lang w:val="es-ES"/>
        </w:rPr>
        <w:tab/>
      </w:r>
      <w:r w:rsidRPr="00E47C79">
        <w:rPr>
          <w:rFonts w:ascii="Book Antiqua" w:hAnsi="Book Antiqua"/>
          <w:lang w:val="es-ES"/>
        </w:rPr>
        <w:t>$3,000.00</w:t>
      </w:r>
    </w:p>
    <w:p w14:paraId="485B525A" w14:textId="026C7ECB" w:rsidR="00B42AC6" w:rsidRPr="00E47C79" w:rsidRDefault="00B42AC6" w:rsidP="003659B9">
      <w:pPr>
        <w:tabs>
          <w:tab w:val="decimal" w:pos="8280"/>
        </w:tabs>
        <w:rPr>
          <w:rFonts w:ascii="Book Antiqua" w:hAnsi="Book Antiqua"/>
          <w:lang w:val="es-ES"/>
        </w:rPr>
      </w:pPr>
      <w:r w:rsidRPr="00E47C79">
        <w:rPr>
          <w:rFonts w:ascii="Book Antiqua" w:hAnsi="Book Antiqua"/>
          <w:lang w:val="es-ES"/>
        </w:rPr>
        <w:t>22. Andanza Inc</w:t>
      </w:r>
      <w:r w:rsidR="003659B9" w:rsidRPr="00E47C79">
        <w:rPr>
          <w:rFonts w:ascii="Book Antiqua" w:hAnsi="Book Antiqua"/>
          <w:lang w:val="es-ES"/>
        </w:rPr>
        <w:t>.</w:t>
      </w:r>
      <w:r w:rsidRPr="00E47C79">
        <w:rPr>
          <w:rFonts w:ascii="Book Antiqua" w:hAnsi="Book Antiqua"/>
          <w:lang w:val="es-ES"/>
        </w:rPr>
        <w:t xml:space="preserve"> </w:t>
      </w:r>
      <w:r w:rsidR="003659B9" w:rsidRPr="00E47C79">
        <w:rPr>
          <w:rFonts w:ascii="Book Antiqua" w:hAnsi="Book Antiqua"/>
          <w:lang w:val="es-ES"/>
        </w:rPr>
        <w:tab/>
      </w:r>
      <w:r w:rsidRPr="00E47C79">
        <w:rPr>
          <w:rFonts w:ascii="Book Antiqua" w:hAnsi="Book Antiqua"/>
          <w:lang w:val="es-ES"/>
        </w:rPr>
        <w:t>$1</w:t>
      </w:r>
      <w:r w:rsidR="0010027C" w:rsidRPr="00E47C79">
        <w:rPr>
          <w:rFonts w:ascii="Book Antiqua" w:hAnsi="Book Antiqua"/>
          <w:lang w:val="es-ES"/>
        </w:rPr>
        <w:t>0</w:t>
      </w:r>
      <w:r w:rsidRPr="00E47C79">
        <w:rPr>
          <w:rFonts w:ascii="Book Antiqua" w:hAnsi="Book Antiqua"/>
          <w:lang w:val="es-ES"/>
        </w:rPr>
        <w:t>,000.00</w:t>
      </w:r>
    </w:p>
    <w:p w14:paraId="72731165" w14:textId="7BCEDFF6" w:rsidR="00B42AC6" w:rsidRPr="00E47C79" w:rsidRDefault="00B42AC6" w:rsidP="003659B9">
      <w:pPr>
        <w:tabs>
          <w:tab w:val="decimal" w:pos="8280"/>
        </w:tabs>
        <w:rPr>
          <w:rFonts w:ascii="Book Antiqua" w:hAnsi="Book Antiqua"/>
        </w:rPr>
      </w:pPr>
      <w:r w:rsidRPr="00E47C79">
        <w:rPr>
          <w:rFonts w:ascii="Book Antiqua" w:hAnsi="Book Antiqua"/>
          <w:lang w:val="es-PR"/>
        </w:rPr>
        <w:t xml:space="preserve">23. Ángel de la Guarda Inc. </w:t>
      </w:r>
      <w:r w:rsidR="003659B9" w:rsidRPr="00E47C79">
        <w:rPr>
          <w:rFonts w:ascii="Book Antiqua" w:hAnsi="Book Antiqua"/>
          <w:lang w:val="es-PR"/>
        </w:rPr>
        <w:tab/>
      </w:r>
      <w:r w:rsidRPr="00E47C79">
        <w:rPr>
          <w:rFonts w:ascii="Book Antiqua" w:hAnsi="Book Antiqua"/>
        </w:rPr>
        <w:t>$</w:t>
      </w:r>
      <w:r w:rsidR="0010027C" w:rsidRPr="00E47C79">
        <w:rPr>
          <w:rFonts w:ascii="Book Antiqua" w:hAnsi="Book Antiqua"/>
        </w:rPr>
        <w:t>3</w:t>
      </w:r>
      <w:r w:rsidRPr="00E47C79">
        <w:rPr>
          <w:rFonts w:ascii="Book Antiqua" w:hAnsi="Book Antiqua"/>
        </w:rPr>
        <w:t>,000.00</w:t>
      </w:r>
    </w:p>
    <w:p w14:paraId="436F5391" w14:textId="096DE282" w:rsidR="00B42AC6" w:rsidRPr="00E47C79" w:rsidRDefault="00B42AC6" w:rsidP="003659B9">
      <w:pPr>
        <w:tabs>
          <w:tab w:val="decimal" w:pos="8280"/>
        </w:tabs>
        <w:rPr>
          <w:rFonts w:ascii="Book Antiqua" w:hAnsi="Book Antiqua"/>
          <w:lang w:val="es-ES"/>
        </w:rPr>
      </w:pPr>
      <w:r w:rsidRPr="00E47C79">
        <w:rPr>
          <w:rFonts w:ascii="Book Antiqua" w:hAnsi="Book Antiqua"/>
        </w:rPr>
        <w:t>24. Angels King House Assistance Inc.</w:t>
      </w:r>
      <w:r w:rsidR="003659B9" w:rsidRPr="00E47C79">
        <w:rPr>
          <w:rFonts w:ascii="Book Antiqua" w:hAnsi="Book Antiqua"/>
        </w:rPr>
        <w:tab/>
      </w:r>
      <w:r w:rsidRPr="00E47C79">
        <w:rPr>
          <w:rFonts w:ascii="Book Antiqua" w:hAnsi="Book Antiqua"/>
          <w:lang w:val="es-ES"/>
        </w:rPr>
        <w:t>$3,000.00</w:t>
      </w:r>
    </w:p>
    <w:p w14:paraId="20E5AF87" w14:textId="35E15E68" w:rsidR="00B42AC6" w:rsidRPr="00E47C79" w:rsidRDefault="00B42AC6" w:rsidP="003659B9">
      <w:pPr>
        <w:tabs>
          <w:tab w:val="decimal" w:pos="8280"/>
        </w:tabs>
        <w:rPr>
          <w:rFonts w:ascii="Book Antiqua" w:hAnsi="Book Antiqua"/>
          <w:lang w:val="es-ES"/>
        </w:rPr>
      </w:pPr>
      <w:r w:rsidRPr="00E47C79">
        <w:rPr>
          <w:rFonts w:ascii="Book Antiqua" w:hAnsi="Book Antiqua"/>
          <w:lang w:val="es-ES"/>
        </w:rPr>
        <w:t>25. APNI Inc.</w:t>
      </w:r>
      <w:r w:rsidR="003659B9" w:rsidRPr="00E47C79">
        <w:rPr>
          <w:rFonts w:ascii="Book Antiqua" w:hAnsi="Book Antiqua"/>
          <w:lang w:val="es-ES"/>
        </w:rPr>
        <w:tab/>
      </w:r>
      <w:r w:rsidRPr="00E47C79">
        <w:rPr>
          <w:rFonts w:ascii="Book Antiqua" w:hAnsi="Book Antiqua"/>
          <w:lang w:val="es-ES"/>
        </w:rPr>
        <w:t>$</w:t>
      </w:r>
      <w:r w:rsidR="0010027C" w:rsidRPr="00E47C79">
        <w:rPr>
          <w:rFonts w:ascii="Book Antiqua" w:hAnsi="Book Antiqua"/>
          <w:lang w:val="es-ES"/>
        </w:rPr>
        <w:t>7</w:t>
      </w:r>
      <w:r w:rsidRPr="00E47C79">
        <w:rPr>
          <w:rFonts w:ascii="Book Antiqua" w:hAnsi="Book Antiqua"/>
          <w:lang w:val="es-ES"/>
        </w:rPr>
        <w:t>0,000.00</w:t>
      </w:r>
    </w:p>
    <w:p w14:paraId="268B9D52" w14:textId="7D531C5A" w:rsidR="00B42AC6" w:rsidRPr="00E47C79" w:rsidRDefault="00B42AC6" w:rsidP="003659B9">
      <w:pPr>
        <w:tabs>
          <w:tab w:val="decimal" w:pos="8280"/>
        </w:tabs>
        <w:rPr>
          <w:rFonts w:ascii="Book Antiqua" w:hAnsi="Book Antiqua"/>
          <w:lang w:val="es-ES"/>
        </w:rPr>
      </w:pPr>
      <w:r w:rsidRPr="00E47C79">
        <w:rPr>
          <w:rFonts w:ascii="Book Antiqua" w:hAnsi="Book Antiqua"/>
          <w:lang w:val="es-PR"/>
        </w:rPr>
        <w:t xml:space="preserve">26. </w:t>
      </w:r>
      <w:proofErr w:type="spellStart"/>
      <w:r w:rsidRPr="00E47C79">
        <w:rPr>
          <w:rFonts w:ascii="Book Antiqua" w:hAnsi="Book Antiqua"/>
          <w:lang w:val="es-PR"/>
        </w:rPr>
        <w:t>Areyto</w:t>
      </w:r>
      <w:proofErr w:type="spellEnd"/>
      <w:r w:rsidRPr="00E47C79">
        <w:rPr>
          <w:rFonts w:ascii="Book Antiqua" w:hAnsi="Book Antiqua"/>
          <w:lang w:val="es-PR"/>
        </w:rPr>
        <w:t xml:space="preserve"> Ballet Folklórico Nacional de Puerto Rico, Inc.</w:t>
      </w:r>
      <w:r w:rsidR="007B793F" w:rsidRPr="00E47C79">
        <w:rPr>
          <w:rFonts w:ascii="Book Antiqua" w:hAnsi="Book Antiqua"/>
          <w:lang w:val="es-PR"/>
        </w:rPr>
        <w:tab/>
      </w:r>
      <w:r w:rsidRPr="00E47C79">
        <w:rPr>
          <w:rFonts w:ascii="Book Antiqua" w:hAnsi="Book Antiqua"/>
          <w:lang w:val="es-PR"/>
        </w:rPr>
        <w:t xml:space="preserve"> </w:t>
      </w:r>
      <w:r w:rsidRPr="00E47C79">
        <w:rPr>
          <w:rFonts w:ascii="Book Antiqua" w:hAnsi="Book Antiqua"/>
          <w:lang w:val="es-ES"/>
        </w:rPr>
        <w:t>$10,000.00</w:t>
      </w:r>
    </w:p>
    <w:p w14:paraId="551F0D02" w14:textId="1FB4C1B2" w:rsidR="00B42AC6" w:rsidRPr="00E47C79" w:rsidRDefault="00B42AC6" w:rsidP="003659B9">
      <w:pPr>
        <w:tabs>
          <w:tab w:val="decimal" w:pos="8280"/>
        </w:tabs>
        <w:rPr>
          <w:rFonts w:ascii="Book Antiqua" w:hAnsi="Book Antiqua"/>
          <w:lang w:val="es-ES"/>
        </w:rPr>
      </w:pPr>
      <w:r w:rsidRPr="00E47C79">
        <w:rPr>
          <w:rFonts w:ascii="Book Antiqua" w:hAnsi="Book Antiqua"/>
          <w:lang w:val="es-ES"/>
        </w:rPr>
        <w:t xml:space="preserve">27. </w:t>
      </w:r>
      <w:proofErr w:type="spellStart"/>
      <w:r w:rsidRPr="00E47C79">
        <w:rPr>
          <w:rFonts w:ascii="Book Antiqua" w:hAnsi="Book Antiqua"/>
          <w:lang w:val="es-ES"/>
        </w:rPr>
        <w:t>Ars</w:t>
      </w:r>
      <w:proofErr w:type="spellEnd"/>
      <w:r w:rsidRPr="00E47C79">
        <w:rPr>
          <w:rFonts w:ascii="Book Antiqua" w:hAnsi="Book Antiqua"/>
          <w:lang w:val="es-ES"/>
        </w:rPr>
        <w:t xml:space="preserve"> </w:t>
      </w:r>
      <w:proofErr w:type="spellStart"/>
      <w:r w:rsidRPr="00E47C79">
        <w:rPr>
          <w:rFonts w:ascii="Book Antiqua" w:hAnsi="Book Antiqua"/>
          <w:lang w:val="es-ES"/>
        </w:rPr>
        <w:t>Vocalis</w:t>
      </w:r>
      <w:proofErr w:type="spellEnd"/>
      <w:r w:rsidRPr="00E47C79">
        <w:rPr>
          <w:rFonts w:ascii="Book Antiqua" w:hAnsi="Book Antiqua"/>
          <w:lang w:val="es-ES"/>
        </w:rPr>
        <w:t xml:space="preserve"> Inc. </w:t>
      </w:r>
      <w:r w:rsidR="007B793F" w:rsidRPr="00E47C79">
        <w:rPr>
          <w:rFonts w:ascii="Book Antiqua" w:hAnsi="Book Antiqua"/>
          <w:lang w:val="es-ES"/>
        </w:rPr>
        <w:tab/>
      </w:r>
      <w:r w:rsidRPr="00E47C79">
        <w:rPr>
          <w:rFonts w:ascii="Book Antiqua" w:hAnsi="Book Antiqua"/>
          <w:lang w:val="es-ES"/>
        </w:rPr>
        <w:t>$3,000.00</w:t>
      </w:r>
    </w:p>
    <w:p w14:paraId="2342E4BD" w14:textId="3902138C"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 xml:space="preserve">28. ARSFC Inc. / Bayamón Fútbol Club </w:t>
      </w:r>
      <w:r w:rsidR="007B793F" w:rsidRPr="00E47C79">
        <w:rPr>
          <w:rFonts w:ascii="Book Antiqua" w:hAnsi="Book Antiqua"/>
          <w:lang w:val="es-PR"/>
        </w:rPr>
        <w:tab/>
      </w:r>
      <w:r w:rsidRPr="00E47C79">
        <w:rPr>
          <w:rFonts w:ascii="Book Antiqua" w:hAnsi="Book Antiqua"/>
          <w:lang w:val="es-PR"/>
        </w:rPr>
        <w:t>$10,000.00</w:t>
      </w:r>
    </w:p>
    <w:p w14:paraId="584DE66C" w14:textId="1D8612D6" w:rsidR="00B42AC6" w:rsidRPr="00E47C79" w:rsidRDefault="00B42AC6" w:rsidP="003659B9">
      <w:pPr>
        <w:tabs>
          <w:tab w:val="decimal" w:pos="8280"/>
        </w:tabs>
        <w:rPr>
          <w:rFonts w:ascii="Book Antiqua" w:hAnsi="Book Antiqua"/>
          <w:lang w:val="es-ES"/>
        </w:rPr>
      </w:pPr>
      <w:r w:rsidRPr="00E47C79">
        <w:rPr>
          <w:rFonts w:ascii="Book Antiqua" w:hAnsi="Book Antiqua"/>
          <w:lang w:val="es-ES"/>
        </w:rPr>
        <w:t>29. Asamblea Familiar Virgilio Dávila, Inc.</w:t>
      </w:r>
      <w:r w:rsidR="007B793F" w:rsidRPr="00E47C79">
        <w:rPr>
          <w:rFonts w:ascii="Book Antiqua" w:hAnsi="Book Antiqua"/>
          <w:lang w:val="es-ES"/>
        </w:rPr>
        <w:tab/>
      </w:r>
      <w:r w:rsidRPr="00E47C79">
        <w:rPr>
          <w:rFonts w:ascii="Book Antiqua" w:hAnsi="Book Antiqua"/>
          <w:lang w:val="es-ES"/>
        </w:rPr>
        <w:t>$20,000.00</w:t>
      </w:r>
    </w:p>
    <w:p w14:paraId="3F8DAD2D" w14:textId="3B8D5BA8" w:rsidR="00B42AC6" w:rsidRPr="00E47C79" w:rsidRDefault="00B42AC6" w:rsidP="003659B9">
      <w:pPr>
        <w:tabs>
          <w:tab w:val="decimal" w:pos="8280"/>
        </w:tabs>
        <w:rPr>
          <w:rFonts w:ascii="Book Antiqua" w:hAnsi="Book Antiqua"/>
          <w:lang w:val="es-ES"/>
        </w:rPr>
      </w:pPr>
      <w:r w:rsidRPr="00E47C79">
        <w:rPr>
          <w:rFonts w:ascii="Book Antiqua" w:hAnsi="Book Antiqua"/>
          <w:lang w:val="es-ES"/>
        </w:rPr>
        <w:t xml:space="preserve">30. Asesores Financieros Comunitarios Inc. </w:t>
      </w:r>
      <w:r w:rsidR="007B793F" w:rsidRPr="00E47C79">
        <w:rPr>
          <w:rFonts w:ascii="Book Antiqua" w:hAnsi="Book Antiqua"/>
          <w:lang w:val="es-ES"/>
        </w:rPr>
        <w:tab/>
      </w:r>
      <w:r w:rsidRPr="00E47C79">
        <w:rPr>
          <w:rFonts w:ascii="Book Antiqua" w:hAnsi="Book Antiqua"/>
          <w:lang w:val="es-ES"/>
        </w:rPr>
        <w:t>$15,000.00</w:t>
      </w:r>
    </w:p>
    <w:p w14:paraId="39397F6C" w14:textId="2D1C8E0F" w:rsidR="00B42AC6" w:rsidRPr="00E47C79" w:rsidRDefault="00B42AC6" w:rsidP="003659B9">
      <w:pPr>
        <w:tabs>
          <w:tab w:val="decimal" w:pos="8280"/>
        </w:tabs>
        <w:rPr>
          <w:rFonts w:ascii="Book Antiqua" w:hAnsi="Book Antiqua"/>
          <w:lang w:val="es-ES"/>
        </w:rPr>
      </w:pPr>
      <w:r w:rsidRPr="00E47C79">
        <w:rPr>
          <w:rFonts w:ascii="Book Antiqua" w:hAnsi="Book Antiqua"/>
          <w:lang w:val="es-ES"/>
        </w:rPr>
        <w:t xml:space="preserve">31. Asociación ACIRC, </w:t>
      </w:r>
      <w:proofErr w:type="spellStart"/>
      <w:r w:rsidRPr="00E47C79">
        <w:rPr>
          <w:rFonts w:ascii="Book Antiqua" w:hAnsi="Book Antiqua"/>
          <w:lang w:val="es-ES"/>
        </w:rPr>
        <w:t>Inc</w:t>
      </w:r>
      <w:proofErr w:type="spellEnd"/>
      <w:r w:rsidRPr="00E47C79">
        <w:rPr>
          <w:rFonts w:ascii="Book Antiqua" w:hAnsi="Book Antiqua"/>
          <w:lang w:val="es-ES"/>
        </w:rPr>
        <w:t>:</w:t>
      </w:r>
      <w:r w:rsidR="007B793F" w:rsidRPr="00E47C79">
        <w:rPr>
          <w:rFonts w:ascii="Book Antiqua" w:hAnsi="Book Antiqua"/>
          <w:lang w:val="es-ES"/>
        </w:rPr>
        <w:tab/>
      </w:r>
      <w:r w:rsidRPr="00E47C79">
        <w:rPr>
          <w:rFonts w:ascii="Book Antiqua" w:hAnsi="Book Antiqua"/>
          <w:lang w:val="es-ES"/>
        </w:rPr>
        <w:t xml:space="preserve"> $12,500.00</w:t>
      </w:r>
    </w:p>
    <w:p w14:paraId="6DDA3789" w14:textId="2431FF51" w:rsidR="00B42AC6" w:rsidRPr="00E47C79" w:rsidRDefault="00B42AC6" w:rsidP="003659B9">
      <w:pPr>
        <w:tabs>
          <w:tab w:val="decimal" w:pos="8280"/>
        </w:tabs>
        <w:rPr>
          <w:rFonts w:ascii="Book Antiqua" w:hAnsi="Book Antiqua"/>
          <w:lang w:val="es-ES"/>
        </w:rPr>
      </w:pPr>
      <w:r w:rsidRPr="00E47C79">
        <w:rPr>
          <w:rFonts w:ascii="Book Antiqua" w:hAnsi="Book Antiqua"/>
          <w:lang w:val="es-ES"/>
        </w:rPr>
        <w:t xml:space="preserve">32. Asociación Agricultores </w:t>
      </w:r>
      <w:proofErr w:type="spellStart"/>
      <w:r w:rsidRPr="00E47C79">
        <w:rPr>
          <w:rFonts w:ascii="Book Antiqua" w:hAnsi="Book Antiqua"/>
          <w:lang w:val="es-ES"/>
        </w:rPr>
        <w:t>Camuyanos</w:t>
      </w:r>
      <w:proofErr w:type="spellEnd"/>
      <w:r w:rsidRPr="00E47C79">
        <w:rPr>
          <w:rFonts w:ascii="Book Antiqua" w:hAnsi="Book Antiqua"/>
          <w:lang w:val="es-ES"/>
        </w:rPr>
        <w:t xml:space="preserve"> </w:t>
      </w:r>
      <w:proofErr w:type="spellStart"/>
      <w:r w:rsidRPr="00E47C79">
        <w:rPr>
          <w:rFonts w:ascii="Book Antiqua" w:hAnsi="Book Antiqua"/>
          <w:lang w:val="es-ES"/>
        </w:rPr>
        <w:t>Inc</w:t>
      </w:r>
      <w:proofErr w:type="spellEnd"/>
      <w:r w:rsidRPr="00E47C79">
        <w:rPr>
          <w:rFonts w:ascii="Book Antiqua" w:hAnsi="Book Antiqua"/>
          <w:lang w:val="es-ES"/>
        </w:rPr>
        <w:t xml:space="preserve"> </w:t>
      </w:r>
      <w:r w:rsidR="007B793F" w:rsidRPr="00E47C79">
        <w:rPr>
          <w:rFonts w:ascii="Book Antiqua" w:hAnsi="Book Antiqua"/>
          <w:lang w:val="es-ES"/>
        </w:rPr>
        <w:tab/>
      </w:r>
      <w:r w:rsidRPr="00E47C79">
        <w:rPr>
          <w:rFonts w:ascii="Book Antiqua" w:hAnsi="Book Antiqua"/>
          <w:lang w:val="es-ES"/>
        </w:rPr>
        <w:t>$55,000.00</w:t>
      </w:r>
    </w:p>
    <w:p w14:paraId="679172C9" w14:textId="682D12AA"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 xml:space="preserve">33. Asociación de Comerciantes del Viejo San Juan </w:t>
      </w:r>
      <w:r w:rsidR="007B793F" w:rsidRPr="00E47C79">
        <w:rPr>
          <w:rFonts w:ascii="Book Antiqua" w:hAnsi="Book Antiqua"/>
          <w:lang w:val="es-PR"/>
        </w:rPr>
        <w:tab/>
      </w:r>
      <w:r w:rsidRPr="00E47C79">
        <w:rPr>
          <w:rFonts w:ascii="Book Antiqua" w:hAnsi="Book Antiqua"/>
          <w:lang w:val="es-PR"/>
        </w:rPr>
        <w:t>$3,000.00</w:t>
      </w:r>
    </w:p>
    <w:p w14:paraId="51ED7823" w14:textId="43ECA2C4" w:rsidR="00B42AC6" w:rsidRPr="00E47C79" w:rsidRDefault="00B42AC6" w:rsidP="003659B9">
      <w:pPr>
        <w:tabs>
          <w:tab w:val="decimal" w:pos="8280"/>
        </w:tabs>
        <w:rPr>
          <w:rFonts w:ascii="Book Antiqua" w:hAnsi="Book Antiqua"/>
          <w:lang w:val="es-ES"/>
        </w:rPr>
      </w:pPr>
      <w:r w:rsidRPr="00E47C79">
        <w:rPr>
          <w:rFonts w:ascii="Book Antiqua" w:hAnsi="Book Antiqua"/>
          <w:lang w:val="es-ES"/>
        </w:rPr>
        <w:t>34. Asociación de Espina Bífida e Hidrocefalia de PR, Inc.</w:t>
      </w:r>
      <w:r w:rsidR="007B793F" w:rsidRPr="00E47C79">
        <w:rPr>
          <w:rFonts w:ascii="Book Antiqua" w:hAnsi="Book Antiqua"/>
          <w:lang w:val="es-ES"/>
        </w:rPr>
        <w:tab/>
      </w:r>
      <w:r w:rsidRPr="00E47C79">
        <w:rPr>
          <w:rFonts w:ascii="Book Antiqua" w:hAnsi="Book Antiqua"/>
          <w:lang w:val="es-ES"/>
        </w:rPr>
        <w:t>$90,000.00</w:t>
      </w:r>
    </w:p>
    <w:p w14:paraId="1E26BEDE" w14:textId="3C254679" w:rsidR="00B42AC6" w:rsidRPr="00E47C79" w:rsidRDefault="00B42AC6" w:rsidP="003659B9">
      <w:pPr>
        <w:tabs>
          <w:tab w:val="decimal" w:pos="8280"/>
        </w:tabs>
        <w:rPr>
          <w:rFonts w:ascii="Book Antiqua" w:hAnsi="Book Antiqua"/>
          <w:lang w:val="es-ES"/>
        </w:rPr>
      </w:pPr>
      <w:r w:rsidRPr="00E47C79">
        <w:rPr>
          <w:rFonts w:ascii="Book Antiqua" w:hAnsi="Book Antiqua"/>
          <w:lang w:val="es-ES"/>
        </w:rPr>
        <w:t>35. Asociación de Fomento Educativo, Inc.</w:t>
      </w:r>
      <w:r w:rsidR="007B793F" w:rsidRPr="00E47C79">
        <w:rPr>
          <w:rFonts w:ascii="Book Antiqua" w:hAnsi="Book Antiqua"/>
          <w:lang w:val="es-ES"/>
        </w:rPr>
        <w:tab/>
      </w:r>
      <w:r w:rsidRPr="00E47C79">
        <w:rPr>
          <w:rFonts w:ascii="Book Antiqua" w:hAnsi="Book Antiqua"/>
          <w:lang w:val="es-ES"/>
        </w:rPr>
        <w:t>$4,000.00</w:t>
      </w:r>
    </w:p>
    <w:p w14:paraId="4F75108E" w14:textId="7D0D6C0A"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 xml:space="preserve">36. Asociación de No Videntes Luz de Amor </w:t>
      </w:r>
      <w:proofErr w:type="spellStart"/>
      <w:r w:rsidRPr="00E47C79">
        <w:rPr>
          <w:rFonts w:ascii="Book Antiqua" w:hAnsi="Book Antiqua"/>
          <w:lang w:val="es-PR"/>
        </w:rPr>
        <w:t>Inc</w:t>
      </w:r>
      <w:proofErr w:type="spellEnd"/>
      <w:r w:rsidRPr="00E47C79">
        <w:rPr>
          <w:rFonts w:ascii="Book Antiqua" w:hAnsi="Book Antiqua"/>
          <w:lang w:val="es-PR"/>
        </w:rPr>
        <w:t xml:space="preserve"> </w:t>
      </w:r>
      <w:r w:rsidR="007B793F" w:rsidRPr="00E47C79">
        <w:rPr>
          <w:rFonts w:ascii="Book Antiqua" w:hAnsi="Book Antiqua"/>
          <w:lang w:val="es-PR"/>
        </w:rPr>
        <w:tab/>
      </w:r>
      <w:r w:rsidRPr="00E47C79">
        <w:rPr>
          <w:rFonts w:ascii="Book Antiqua" w:hAnsi="Book Antiqua"/>
          <w:lang w:val="es-PR"/>
        </w:rPr>
        <w:t>$35,000.00</w:t>
      </w:r>
    </w:p>
    <w:p w14:paraId="5909037B" w14:textId="25AD5C68" w:rsidR="00B42AC6" w:rsidRDefault="00B42AC6" w:rsidP="003659B9">
      <w:pPr>
        <w:tabs>
          <w:tab w:val="decimal" w:pos="8280"/>
        </w:tabs>
        <w:rPr>
          <w:rFonts w:ascii="Book Antiqua" w:hAnsi="Book Antiqua"/>
          <w:lang w:val="es-ES"/>
        </w:rPr>
      </w:pPr>
      <w:r w:rsidRPr="00E47C79">
        <w:rPr>
          <w:rFonts w:ascii="Book Antiqua" w:hAnsi="Book Antiqua"/>
          <w:lang w:val="es-ES"/>
        </w:rPr>
        <w:t>37. Asociación de Padres del CAAM</w:t>
      </w:r>
      <w:r w:rsidR="007B793F" w:rsidRPr="00E47C79">
        <w:rPr>
          <w:rFonts w:ascii="Book Antiqua" w:hAnsi="Book Antiqua"/>
          <w:lang w:val="es-ES"/>
        </w:rPr>
        <w:tab/>
      </w:r>
      <w:r w:rsidRPr="00E47C79">
        <w:rPr>
          <w:rFonts w:ascii="Book Antiqua" w:hAnsi="Book Antiqua"/>
          <w:lang w:val="es-ES"/>
        </w:rPr>
        <w:t xml:space="preserve"> $3,000.00</w:t>
      </w:r>
    </w:p>
    <w:p w14:paraId="16266449" w14:textId="77777777" w:rsidR="00E47C79" w:rsidRPr="00E47C79" w:rsidRDefault="00E47C79" w:rsidP="003659B9">
      <w:pPr>
        <w:tabs>
          <w:tab w:val="decimal" w:pos="8280"/>
        </w:tabs>
        <w:rPr>
          <w:rFonts w:ascii="Book Antiqua" w:hAnsi="Book Antiqua"/>
          <w:lang w:val="es-ES"/>
        </w:rPr>
      </w:pPr>
    </w:p>
    <w:p w14:paraId="623B9D19" w14:textId="77777777" w:rsidR="00CF159C" w:rsidRPr="00E47C79" w:rsidRDefault="00B42AC6" w:rsidP="003659B9">
      <w:pPr>
        <w:tabs>
          <w:tab w:val="decimal" w:pos="8280"/>
        </w:tabs>
        <w:rPr>
          <w:rFonts w:ascii="Book Antiqua" w:hAnsi="Book Antiqua"/>
          <w:lang w:val="es-PR"/>
        </w:rPr>
      </w:pPr>
      <w:r w:rsidRPr="00E47C79">
        <w:rPr>
          <w:rFonts w:ascii="Book Antiqua" w:hAnsi="Book Antiqua"/>
          <w:lang w:val="es-PR"/>
        </w:rPr>
        <w:lastRenderedPageBreak/>
        <w:t xml:space="preserve">38. Asociación de Padres y Amigos Orquestas Secundarias y </w:t>
      </w:r>
    </w:p>
    <w:p w14:paraId="49D7751A" w14:textId="2406A90B"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 xml:space="preserve">Superiores </w:t>
      </w:r>
      <w:r w:rsidR="00CF159C" w:rsidRPr="00E47C79">
        <w:rPr>
          <w:rFonts w:ascii="Book Antiqua" w:hAnsi="Book Antiqua"/>
          <w:lang w:val="es-PR"/>
        </w:rPr>
        <w:tab/>
      </w:r>
      <w:r w:rsidRPr="00E47C79">
        <w:rPr>
          <w:rFonts w:ascii="Book Antiqua" w:hAnsi="Book Antiqua"/>
          <w:lang w:val="es-PR"/>
        </w:rPr>
        <w:t>$8,000.00</w:t>
      </w:r>
    </w:p>
    <w:p w14:paraId="69B4441A" w14:textId="3EC22949"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 xml:space="preserve">39. Asociación de Servicios a </w:t>
      </w:r>
      <w:proofErr w:type="gramStart"/>
      <w:r w:rsidRPr="00E47C79">
        <w:rPr>
          <w:rFonts w:ascii="Book Antiqua" w:hAnsi="Book Antiqua"/>
          <w:lang w:val="es-PR"/>
        </w:rPr>
        <w:t>Ex Adictos</w:t>
      </w:r>
      <w:proofErr w:type="gramEnd"/>
      <w:r w:rsidRPr="00E47C79">
        <w:rPr>
          <w:rFonts w:ascii="Book Antiqua" w:hAnsi="Book Antiqua"/>
          <w:lang w:val="es-PR"/>
        </w:rPr>
        <w:t xml:space="preserve"> y </w:t>
      </w:r>
      <w:proofErr w:type="gramStart"/>
      <w:r w:rsidRPr="00E47C79">
        <w:rPr>
          <w:rFonts w:ascii="Book Antiqua" w:hAnsi="Book Antiqua"/>
          <w:lang w:val="es-PR"/>
        </w:rPr>
        <w:t>Ex Convictos</w:t>
      </w:r>
      <w:proofErr w:type="gramEnd"/>
      <w:r w:rsidRPr="00E47C79">
        <w:rPr>
          <w:rFonts w:ascii="Book Antiqua" w:hAnsi="Book Antiqua"/>
          <w:lang w:val="es-PR"/>
        </w:rPr>
        <w:t xml:space="preserve"> Rehabilitados </w:t>
      </w:r>
      <w:r w:rsidR="007B793F" w:rsidRPr="00E47C79">
        <w:rPr>
          <w:rFonts w:ascii="Book Antiqua" w:hAnsi="Book Antiqua"/>
          <w:lang w:val="es-PR"/>
        </w:rPr>
        <w:tab/>
      </w:r>
      <w:r w:rsidRPr="00E47C79">
        <w:rPr>
          <w:rFonts w:ascii="Book Antiqua" w:hAnsi="Book Antiqua"/>
          <w:lang w:val="es-PR"/>
        </w:rPr>
        <w:t>$50,000.00</w:t>
      </w:r>
    </w:p>
    <w:p w14:paraId="43A59B99" w14:textId="30BCEABC" w:rsidR="00B42AC6" w:rsidRPr="00E47C79" w:rsidRDefault="00B42AC6" w:rsidP="003659B9">
      <w:pPr>
        <w:tabs>
          <w:tab w:val="decimal" w:pos="8280"/>
        </w:tabs>
        <w:rPr>
          <w:rFonts w:ascii="Book Antiqua" w:hAnsi="Book Antiqua"/>
          <w:lang w:val="es-ES"/>
        </w:rPr>
      </w:pPr>
      <w:r w:rsidRPr="00E47C79">
        <w:rPr>
          <w:rFonts w:ascii="Book Antiqua" w:hAnsi="Book Antiqua"/>
          <w:lang w:val="es-PR"/>
        </w:rPr>
        <w:t xml:space="preserve">40. Asociación de Softball </w:t>
      </w:r>
      <w:proofErr w:type="spellStart"/>
      <w:r w:rsidRPr="00E47C79">
        <w:rPr>
          <w:rFonts w:ascii="Book Antiqua" w:hAnsi="Book Antiqua"/>
          <w:lang w:val="es-PR"/>
        </w:rPr>
        <w:t>Boomers</w:t>
      </w:r>
      <w:proofErr w:type="spellEnd"/>
      <w:r w:rsidRPr="00E47C79">
        <w:rPr>
          <w:rFonts w:ascii="Book Antiqua" w:hAnsi="Book Antiqua"/>
          <w:lang w:val="es-PR"/>
        </w:rPr>
        <w:t xml:space="preserve"> de Puerto Rico, Inc. </w:t>
      </w:r>
      <w:r w:rsidR="007B793F" w:rsidRPr="00E47C79">
        <w:rPr>
          <w:rFonts w:ascii="Book Antiqua" w:hAnsi="Book Antiqua"/>
          <w:lang w:val="es-PR"/>
        </w:rPr>
        <w:tab/>
      </w:r>
      <w:r w:rsidRPr="00E47C79">
        <w:rPr>
          <w:rFonts w:ascii="Book Antiqua" w:hAnsi="Book Antiqua"/>
          <w:lang w:val="es-ES"/>
        </w:rPr>
        <w:t>$15,000.00</w:t>
      </w:r>
    </w:p>
    <w:p w14:paraId="434F039D" w14:textId="5E52ADAB" w:rsidR="00B42AC6" w:rsidRPr="00E47C79" w:rsidRDefault="00B42AC6" w:rsidP="003659B9">
      <w:pPr>
        <w:tabs>
          <w:tab w:val="decimal" w:pos="8280"/>
        </w:tabs>
        <w:rPr>
          <w:rFonts w:ascii="Book Antiqua" w:hAnsi="Book Antiqua"/>
          <w:lang w:val="es-ES"/>
        </w:rPr>
      </w:pPr>
      <w:r w:rsidRPr="00E47C79">
        <w:rPr>
          <w:rFonts w:ascii="Book Antiqua" w:hAnsi="Book Antiqua"/>
          <w:lang w:val="es-PR"/>
        </w:rPr>
        <w:t>41. Asociación de Softball Femenino de Maunabo, Inc.</w:t>
      </w:r>
      <w:r w:rsidR="007B793F" w:rsidRPr="00E47C79">
        <w:rPr>
          <w:rFonts w:ascii="Book Antiqua" w:hAnsi="Book Antiqua"/>
          <w:lang w:val="es-PR"/>
        </w:rPr>
        <w:tab/>
      </w:r>
      <w:r w:rsidRPr="00E47C79">
        <w:rPr>
          <w:rFonts w:ascii="Book Antiqua" w:hAnsi="Book Antiqua"/>
          <w:lang w:val="es-PR"/>
        </w:rPr>
        <w:t xml:space="preserve"> </w:t>
      </w:r>
      <w:r w:rsidRPr="00E47C79">
        <w:rPr>
          <w:rFonts w:ascii="Book Antiqua" w:hAnsi="Book Antiqua"/>
          <w:lang w:val="es-ES"/>
        </w:rPr>
        <w:t>$15,000.00</w:t>
      </w:r>
    </w:p>
    <w:p w14:paraId="494A7F5E" w14:textId="5B2EA8BE" w:rsidR="00B42AC6" w:rsidRPr="00E47C79" w:rsidRDefault="00B42AC6" w:rsidP="003659B9">
      <w:pPr>
        <w:tabs>
          <w:tab w:val="decimal" w:pos="8280"/>
        </w:tabs>
        <w:rPr>
          <w:rFonts w:ascii="Book Antiqua" w:hAnsi="Book Antiqua"/>
          <w:lang w:val="es-ES"/>
        </w:rPr>
      </w:pPr>
      <w:r w:rsidRPr="00E47C79">
        <w:rPr>
          <w:rFonts w:ascii="Book Antiqua" w:hAnsi="Book Antiqua"/>
          <w:lang w:val="es-ES"/>
        </w:rPr>
        <w:t>42. Asociación Intercambio Cultural</w:t>
      </w:r>
      <w:r w:rsidR="007B793F" w:rsidRPr="00E47C79">
        <w:rPr>
          <w:rFonts w:ascii="Book Antiqua" w:hAnsi="Book Antiqua"/>
          <w:lang w:val="es-ES"/>
        </w:rPr>
        <w:tab/>
      </w:r>
      <w:r w:rsidRPr="00E47C79">
        <w:rPr>
          <w:rFonts w:ascii="Book Antiqua" w:hAnsi="Book Antiqua"/>
          <w:lang w:val="es-ES"/>
        </w:rPr>
        <w:t xml:space="preserve"> $3,000.00</w:t>
      </w:r>
    </w:p>
    <w:p w14:paraId="4A05111D" w14:textId="5BCA36C8" w:rsidR="00B42AC6" w:rsidRPr="00E47C79" w:rsidRDefault="00B42AC6" w:rsidP="003659B9">
      <w:pPr>
        <w:tabs>
          <w:tab w:val="decimal" w:pos="8280"/>
        </w:tabs>
        <w:rPr>
          <w:rFonts w:ascii="Book Antiqua" w:hAnsi="Book Antiqua"/>
          <w:lang w:val="es-ES"/>
        </w:rPr>
      </w:pPr>
      <w:r w:rsidRPr="00E47C79">
        <w:rPr>
          <w:rFonts w:ascii="Book Antiqua" w:hAnsi="Book Antiqua"/>
          <w:lang w:val="es-ES"/>
        </w:rPr>
        <w:t>43. Asociación Mayagüezana de Personas con Impedimentos, Inc.</w:t>
      </w:r>
      <w:r w:rsidR="007B793F" w:rsidRPr="00E47C79">
        <w:rPr>
          <w:rFonts w:ascii="Book Antiqua" w:hAnsi="Book Antiqua"/>
          <w:lang w:val="es-ES"/>
        </w:rPr>
        <w:tab/>
      </w:r>
      <w:r w:rsidRPr="00E47C79">
        <w:rPr>
          <w:rFonts w:ascii="Book Antiqua" w:hAnsi="Book Antiqua"/>
          <w:lang w:val="es-ES"/>
        </w:rPr>
        <w:t>$20,000.00</w:t>
      </w:r>
    </w:p>
    <w:p w14:paraId="3F6E68D1" w14:textId="77A48878"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 xml:space="preserve">44. Asociación para la Superación del Niño con Síndrome Down </w:t>
      </w:r>
      <w:r w:rsidR="007B793F" w:rsidRPr="00E47C79">
        <w:rPr>
          <w:rFonts w:ascii="Book Antiqua" w:hAnsi="Book Antiqua"/>
          <w:lang w:val="es-PR"/>
        </w:rPr>
        <w:tab/>
      </w:r>
      <w:r w:rsidRPr="00E47C79">
        <w:rPr>
          <w:rFonts w:ascii="Book Antiqua" w:hAnsi="Book Antiqua"/>
          <w:lang w:val="es-PR"/>
        </w:rPr>
        <w:t>$110,000.00</w:t>
      </w:r>
    </w:p>
    <w:p w14:paraId="09B7E741" w14:textId="6EC400C0" w:rsidR="00B42AC6" w:rsidRPr="00E47C79" w:rsidRDefault="00B42AC6" w:rsidP="003659B9">
      <w:pPr>
        <w:tabs>
          <w:tab w:val="decimal" w:pos="8280"/>
        </w:tabs>
        <w:rPr>
          <w:rFonts w:ascii="Book Antiqua" w:hAnsi="Book Antiqua"/>
          <w:lang w:val="es-ES"/>
        </w:rPr>
      </w:pPr>
      <w:r w:rsidRPr="00E47C79">
        <w:rPr>
          <w:rFonts w:ascii="Book Antiqua" w:hAnsi="Book Antiqua"/>
          <w:lang w:val="es-ES"/>
        </w:rPr>
        <w:t>45. Asociación PKU de P.R., Inc.</w:t>
      </w:r>
      <w:r w:rsidR="007B793F" w:rsidRPr="00E47C79">
        <w:rPr>
          <w:rFonts w:ascii="Book Antiqua" w:hAnsi="Book Antiqua"/>
          <w:lang w:val="es-ES"/>
        </w:rPr>
        <w:tab/>
      </w:r>
      <w:r w:rsidRPr="00E47C79">
        <w:rPr>
          <w:rFonts w:ascii="Book Antiqua" w:hAnsi="Book Antiqua"/>
          <w:lang w:val="es-ES"/>
        </w:rPr>
        <w:t>$30,000.00</w:t>
      </w:r>
    </w:p>
    <w:p w14:paraId="6F2F6D78" w14:textId="705DA6C8" w:rsidR="00B42AC6" w:rsidRPr="00E47C79" w:rsidRDefault="00B42AC6" w:rsidP="003659B9">
      <w:pPr>
        <w:tabs>
          <w:tab w:val="decimal" w:pos="8280"/>
        </w:tabs>
        <w:rPr>
          <w:rFonts w:ascii="Book Antiqua" w:hAnsi="Book Antiqua"/>
          <w:lang w:val="es-ES"/>
        </w:rPr>
      </w:pPr>
      <w:r w:rsidRPr="00E47C79">
        <w:rPr>
          <w:rFonts w:ascii="Book Antiqua" w:hAnsi="Book Antiqua"/>
          <w:lang w:val="es-PR"/>
        </w:rPr>
        <w:t xml:space="preserve">46. Asociación por un Mundo Mejor para el Impedido, Inc. </w:t>
      </w:r>
      <w:r w:rsidR="007B793F" w:rsidRPr="00E47C79">
        <w:rPr>
          <w:rFonts w:ascii="Book Antiqua" w:hAnsi="Book Antiqua"/>
          <w:lang w:val="es-PR"/>
        </w:rPr>
        <w:tab/>
      </w:r>
      <w:r w:rsidRPr="00E47C79">
        <w:rPr>
          <w:rFonts w:ascii="Book Antiqua" w:hAnsi="Book Antiqua"/>
          <w:lang w:val="es-ES"/>
        </w:rPr>
        <w:t>$25,000.00</w:t>
      </w:r>
    </w:p>
    <w:p w14:paraId="09879207" w14:textId="0D3CEAE3" w:rsidR="00B42AC6" w:rsidRPr="00026520" w:rsidRDefault="00B42AC6" w:rsidP="003659B9">
      <w:pPr>
        <w:tabs>
          <w:tab w:val="decimal" w:pos="8280"/>
        </w:tabs>
        <w:rPr>
          <w:rFonts w:ascii="Book Antiqua" w:hAnsi="Book Antiqua"/>
          <w:lang w:val="es-ES"/>
        </w:rPr>
      </w:pPr>
      <w:r w:rsidRPr="00E47C79">
        <w:rPr>
          <w:rFonts w:ascii="Book Antiqua" w:hAnsi="Book Antiqua"/>
          <w:lang w:val="es-ES"/>
        </w:rPr>
        <w:t>47. Asociación Pro-Bienestar Barrio Marías de Aguada, Inc.</w:t>
      </w:r>
      <w:r w:rsidR="007B793F" w:rsidRPr="00E47C79">
        <w:rPr>
          <w:rFonts w:ascii="Book Antiqua" w:hAnsi="Book Antiqua"/>
          <w:lang w:val="es-ES"/>
        </w:rPr>
        <w:tab/>
      </w:r>
      <w:r w:rsidRPr="00026520">
        <w:rPr>
          <w:rFonts w:ascii="Book Antiqua" w:hAnsi="Book Antiqua"/>
          <w:lang w:val="es-ES"/>
        </w:rPr>
        <w:t>$15,000.00</w:t>
      </w:r>
    </w:p>
    <w:p w14:paraId="68191DD7" w14:textId="77777777" w:rsidR="007B793F" w:rsidRPr="00E47C79" w:rsidRDefault="00B42AC6" w:rsidP="003659B9">
      <w:pPr>
        <w:tabs>
          <w:tab w:val="decimal" w:pos="8280"/>
        </w:tabs>
        <w:rPr>
          <w:rFonts w:ascii="Book Antiqua" w:hAnsi="Book Antiqua"/>
          <w:lang w:val="es-PR"/>
        </w:rPr>
      </w:pPr>
      <w:r w:rsidRPr="00E47C79">
        <w:rPr>
          <w:rFonts w:ascii="Book Antiqua" w:hAnsi="Book Antiqua"/>
          <w:lang w:val="es-PR"/>
        </w:rPr>
        <w:t xml:space="preserve">48. Asociación </w:t>
      </w:r>
      <w:proofErr w:type="gramStart"/>
      <w:r w:rsidRPr="00E47C79">
        <w:rPr>
          <w:rFonts w:ascii="Book Antiqua" w:hAnsi="Book Antiqua"/>
          <w:lang w:val="es-PR"/>
        </w:rPr>
        <w:t>Pro Ciudadanos</w:t>
      </w:r>
      <w:proofErr w:type="gramEnd"/>
      <w:r w:rsidRPr="00E47C79">
        <w:rPr>
          <w:rFonts w:ascii="Book Antiqua" w:hAnsi="Book Antiqua"/>
          <w:lang w:val="es-PR"/>
        </w:rPr>
        <w:t xml:space="preserve"> con Impedimentos de Sabana </w:t>
      </w:r>
    </w:p>
    <w:p w14:paraId="30F9CCB8" w14:textId="19670BD7"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 xml:space="preserve">Grande </w:t>
      </w:r>
      <w:proofErr w:type="spellStart"/>
      <w:r w:rsidRPr="00E47C79">
        <w:rPr>
          <w:rFonts w:ascii="Book Antiqua" w:hAnsi="Book Antiqua"/>
          <w:lang w:val="es-PR"/>
        </w:rPr>
        <w:t>Inc</w:t>
      </w:r>
      <w:proofErr w:type="spellEnd"/>
      <w:r w:rsidRPr="00E47C79">
        <w:rPr>
          <w:rFonts w:ascii="Book Antiqua" w:hAnsi="Book Antiqua"/>
          <w:lang w:val="es-PR"/>
        </w:rPr>
        <w:t xml:space="preserve"> </w:t>
      </w:r>
      <w:r w:rsidR="007B793F" w:rsidRPr="00E47C79">
        <w:rPr>
          <w:rFonts w:ascii="Book Antiqua" w:hAnsi="Book Antiqua"/>
          <w:lang w:val="es-PR"/>
        </w:rPr>
        <w:tab/>
      </w:r>
      <w:r w:rsidRPr="00E47C79">
        <w:rPr>
          <w:rFonts w:ascii="Book Antiqua" w:hAnsi="Book Antiqua"/>
          <w:lang w:val="es-PR"/>
        </w:rPr>
        <w:t>$10,000.00</w:t>
      </w:r>
    </w:p>
    <w:p w14:paraId="7A2F6ED4" w14:textId="616E1001"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 xml:space="preserve">49. Asociación </w:t>
      </w:r>
      <w:proofErr w:type="gramStart"/>
      <w:r w:rsidRPr="00E47C79">
        <w:rPr>
          <w:rFonts w:ascii="Book Antiqua" w:hAnsi="Book Antiqua"/>
          <w:lang w:val="es-PR"/>
        </w:rPr>
        <w:t>Pro Juventud</w:t>
      </w:r>
      <w:proofErr w:type="gramEnd"/>
      <w:r w:rsidRPr="00E47C79">
        <w:rPr>
          <w:rFonts w:ascii="Book Antiqua" w:hAnsi="Book Antiqua"/>
          <w:lang w:val="es-PR"/>
        </w:rPr>
        <w:t xml:space="preserve"> y Comunidad de Barrio Palmas</w:t>
      </w:r>
      <w:r w:rsidR="007B793F" w:rsidRPr="00E47C79">
        <w:rPr>
          <w:rFonts w:ascii="Book Antiqua" w:hAnsi="Book Antiqua"/>
          <w:lang w:val="es-PR"/>
        </w:rPr>
        <w:tab/>
      </w:r>
      <w:r w:rsidRPr="00E47C79">
        <w:rPr>
          <w:rFonts w:ascii="Book Antiqua" w:hAnsi="Book Antiqua"/>
          <w:lang w:val="es-PR"/>
        </w:rPr>
        <w:t xml:space="preserve"> $40,000.00</w:t>
      </w:r>
    </w:p>
    <w:p w14:paraId="08BBBFDE" w14:textId="0F4FDDD3"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50. Asociación Profesionales de Danza de PR, Inc.</w:t>
      </w:r>
      <w:r w:rsidR="007B793F" w:rsidRPr="00E47C79">
        <w:rPr>
          <w:rFonts w:ascii="Book Antiqua" w:hAnsi="Book Antiqua"/>
          <w:lang w:val="es-PR"/>
        </w:rPr>
        <w:tab/>
      </w:r>
      <w:r w:rsidRPr="00E47C79">
        <w:rPr>
          <w:rFonts w:ascii="Book Antiqua" w:hAnsi="Book Antiqua"/>
          <w:lang w:val="es-PR"/>
        </w:rPr>
        <w:t xml:space="preserve"> $5,000.00</w:t>
      </w:r>
    </w:p>
    <w:p w14:paraId="25BC5D13" w14:textId="1E579C84" w:rsidR="00B42AC6" w:rsidRPr="00E47C79" w:rsidRDefault="00B42AC6" w:rsidP="003659B9">
      <w:pPr>
        <w:tabs>
          <w:tab w:val="decimal" w:pos="8280"/>
        </w:tabs>
        <w:rPr>
          <w:rFonts w:ascii="Book Antiqua" w:hAnsi="Book Antiqua"/>
          <w:lang w:val="es-ES"/>
        </w:rPr>
      </w:pPr>
      <w:r w:rsidRPr="00E47C79">
        <w:rPr>
          <w:rFonts w:ascii="Book Antiqua" w:hAnsi="Book Antiqua"/>
          <w:lang w:val="es-PR"/>
        </w:rPr>
        <w:t xml:space="preserve">51. Asociación Puertorriqueña de Ciegos, Inc. </w:t>
      </w:r>
      <w:r w:rsidR="007B793F" w:rsidRPr="00E47C79">
        <w:rPr>
          <w:rFonts w:ascii="Book Antiqua" w:hAnsi="Book Antiqua"/>
          <w:lang w:val="es-PR"/>
        </w:rPr>
        <w:tab/>
      </w:r>
      <w:r w:rsidRPr="00E47C79">
        <w:rPr>
          <w:rFonts w:ascii="Book Antiqua" w:hAnsi="Book Antiqua"/>
          <w:lang w:val="es-ES"/>
        </w:rPr>
        <w:t>$16,</w:t>
      </w:r>
      <w:r w:rsidR="0010027C" w:rsidRPr="00E47C79">
        <w:rPr>
          <w:rFonts w:ascii="Book Antiqua" w:hAnsi="Book Antiqua"/>
          <w:lang w:val="es-ES"/>
        </w:rPr>
        <w:t>25</w:t>
      </w:r>
      <w:r w:rsidRPr="00E47C79">
        <w:rPr>
          <w:rFonts w:ascii="Book Antiqua" w:hAnsi="Book Antiqua"/>
          <w:lang w:val="es-ES"/>
        </w:rPr>
        <w:t>0.00</w:t>
      </w:r>
    </w:p>
    <w:p w14:paraId="464B68EF" w14:textId="2523D677" w:rsidR="00B42AC6" w:rsidRPr="00E47C79" w:rsidRDefault="00B42AC6" w:rsidP="003659B9">
      <w:pPr>
        <w:tabs>
          <w:tab w:val="decimal" w:pos="8280"/>
        </w:tabs>
        <w:rPr>
          <w:rFonts w:ascii="Book Antiqua" w:hAnsi="Book Antiqua"/>
          <w:lang w:val="es-ES"/>
        </w:rPr>
      </w:pPr>
      <w:r w:rsidRPr="00E47C79">
        <w:rPr>
          <w:rFonts w:ascii="Book Antiqua" w:hAnsi="Book Antiqua"/>
          <w:lang w:val="es-ES"/>
        </w:rPr>
        <w:t>52. Asociación Puertorriqueña de Diabetes, Inc.</w:t>
      </w:r>
      <w:r w:rsidR="007B793F" w:rsidRPr="00E47C79">
        <w:rPr>
          <w:rFonts w:ascii="Book Antiqua" w:hAnsi="Book Antiqua"/>
          <w:lang w:val="es-ES"/>
        </w:rPr>
        <w:tab/>
      </w:r>
      <w:r w:rsidRPr="00E47C79">
        <w:rPr>
          <w:rFonts w:ascii="Book Antiqua" w:hAnsi="Book Antiqua"/>
          <w:lang w:val="es-ES"/>
        </w:rPr>
        <w:t>$16,250.00</w:t>
      </w:r>
    </w:p>
    <w:p w14:paraId="56057A28" w14:textId="4BCB1D37" w:rsidR="00B42AC6" w:rsidRPr="00E47C79" w:rsidRDefault="00B42AC6" w:rsidP="003659B9">
      <w:pPr>
        <w:tabs>
          <w:tab w:val="decimal" w:pos="8280"/>
        </w:tabs>
        <w:rPr>
          <w:rFonts w:ascii="Book Antiqua" w:hAnsi="Book Antiqua"/>
          <w:lang w:val="es-ES"/>
        </w:rPr>
      </w:pPr>
      <w:r w:rsidRPr="00E47C79">
        <w:rPr>
          <w:rFonts w:ascii="Book Antiqua" w:hAnsi="Book Antiqua"/>
          <w:lang w:val="es-ES"/>
        </w:rPr>
        <w:t xml:space="preserve">53. Asociación Puertorriqueña de Parkinson: </w:t>
      </w:r>
      <w:r w:rsidR="007B793F" w:rsidRPr="00E47C79">
        <w:rPr>
          <w:rFonts w:ascii="Book Antiqua" w:hAnsi="Book Antiqua"/>
          <w:lang w:val="es-ES"/>
        </w:rPr>
        <w:tab/>
      </w:r>
      <w:r w:rsidRPr="00E47C79">
        <w:rPr>
          <w:rFonts w:ascii="Book Antiqua" w:hAnsi="Book Antiqua"/>
          <w:lang w:val="es-ES"/>
        </w:rPr>
        <w:t>$20,000.00</w:t>
      </w:r>
    </w:p>
    <w:p w14:paraId="2B2C2880" w14:textId="6AE756F7"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 xml:space="preserve">54. Asociación Puertorriqueña de Servicios y Ayuda Paciente SIDA </w:t>
      </w:r>
      <w:r w:rsidR="007B793F" w:rsidRPr="00E47C79">
        <w:rPr>
          <w:rFonts w:ascii="Book Antiqua" w:hAnsi="Book Antiqua"/>
          <w:lang w:val="es-PR"/>
        </w:rPr>
        <w:tab/>
      </w:r>
      <w:r w:rsidRPr="00E47C79">
        <w:rPr>
          <w:rFonts w:ascii="Book Antiqua" w:hAnsi="Book Antiqua"/>
          <w:lang w:val="es-PR"/>
        </w:rPr>
        <w:t>$30,000.00</w:t>
      </w:r>
    </w:p>
    <w:p w14:paraId="120AB8CD" w14:textId="77777777" w:rsidR="007B793F" w:rsidRPr="00E47C79" w:rsidRDefault="00B42AC6" w:rsidP="003659B9">
      <w:pPr>
        <w:tabs>
          <w:tab w:val="decimal" w:pos="8280"/>
        </w:tabs>
        <w:rPr>
          <w:rFonts w:ascii="Book Antiqua" w:hAnsi="Book Antiqua"/>
          <w:lang w:val="es-ES"/>
        </w:rPr>
      </w:pPr>
      <w:r w:rsidRPr="00E47C79">
        <w:rPr>
          <w:rFonts w:ascii="Book Antiqua" w:hAnsi="Book Antiqua"/>
          <w:lang w:val="es-ES"/>
        </w:rPr>
        <w:t xml:space="preserve">55. Asociación Puertorriqueña para la Educación de la Niñez en </w:t>
      </w:r>
    </w:p>
    <w:p w14:paraId="581A736A" w14:textId="4800235D" w:rsidR="00B42AC6" w:rsidRPr="00E47C79" w:rsidRDefault="00B42AC6" w:rsidP="003659B9">
      <w:pPr>
        <w:tabs>
          <w:tab w:val="decimal" w:pos="8280"/>
        </w:tabs>
        <w:rPr>
          <w:rFonts w:ascii="Book Antiqua" w:hAnsi="Book Antiqua"/>
          <w:lang w:val="es-PR"/>
        </w:rPr>
      </w:pPr>
      <w:r w:rsidRPr="00026520">
        <w:rPr>
          <w:rFonts w:ascii="Book Antiqua" w:hAnsi="Book Antiqua"/>
          <w:lang w:val="es-ES"/>
        </w:rPr>
        <w:t xml:space="preserve">Edad Temprana </w:t>
      </w:r>
      <w:r w:rsidR="007B793F" w:rsidRPr="00026520">
        <w:rPr>
          <w:rFonts w:ascii="Book Antiqua" w:hAnsi="Book Antiqua"/>
          <w:lang w:val="es-ES"/>
        </w:rPr>
        <w:tab/>
      </w:r>
      <w:r w:rsidRPr="00E47C79">
        <w:rPr>
          <w:rFonts w:ascii="Book Antiqua" w:hAnsi="Book Antiqua"/>
          <w:lang w:val="es-PR"/>
        </w:rPr>
        <w:t>$4,000.00</w:t>
      </w:r>
    </w:p>
    <w:p w14:paraId="09CA9D33" w14:textId="08F8FD31"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 xml:space="preserve">56. Asociación Puertorriqueña </w:t>
      </w:r>
      <w:proofErr w:type="gramStart"/>
      <w:r w:rsidRPr="00E47C79">
        <w:rPr>
          <w:rFonts w:ascii="Book Antiqua" w:hAnsi="Book Antiqua"/>
          <w:lang w:val="es-PR"/>
        </w:rPr>
        <w:t>Pro Bienestar</w:t>
      </w:r>
      <w:proofErr w:type="gramEnd"/>
      <w:r w:rsidRPr="00E47C79">
        <w:rPr>
          <w:rFonts w:ascii="Book Antiqua" w:hAnsi="Book Antiqua"/>
          <w:lang w:val="es-PR"/>
        </w:rPr>
        <w:t xml:space="preserve"> de las Familias</w:t>
      </w:r>
      <w:r w:rsidR="007B793F" w:rsidRPr="00E47C79">
        <w:rPr>
          <w:rFonts w:ascii="Book Antiqua" w:hAnsi="Book Antiqua"/>
          <w:lang w:val="es-PR"/>
        </w:rPr>
        <w:tab/>
      </w:r>
      <w:r w:rsidRPr="00E47C79">
        <w:rPr>
          <w:rFonts w:ascii="Book Antiqua" w:hAnsi="Book Antiqua"/>
          <w:lang w:val="es-PR"/>
        </w:rPr>
        <w:t>$20,000.00</w:t>
      </w:r>
    </w:p>
    <w:p w14:paraId="3CFD7263" w14:textId="19979AE4"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 xml:space="preserve">57. Asociación Recreativa de Park </w:t>
      </w:r>
      <w:proofErr w:type="spellStart"/>
      <w:r w:rsidRPr="00E47C79">
        <w:rPr>
          <w:rFonts w:ascii="Book Antiqua" w:hAnsi="Book Antiqua"/>
          <w:lang w:val="es-PR"/>
        </w:rPr>
        <w:t>Gardens</w:t>
      </w:r>
      <w:proofErr w:type="spellEnd"/>
      <w:r w:rsidRPr="00E47C79">
        <w:rPr>
          <w:rFonts w:ascii="Book Antiqua" w:hAnsi="Book Antiqua"/>
          <w:lang w:val="es-PR"/>
        </w:rPr>
        <w:t xml:space="preserve"> </w:t>
      </w:r>
      <w:r w:rsidR="007B793F" w:rsidRPr="00E47C79">
        <w:rPr>
          <w:rFonts w:ascii="Book Antiqua" w:hAnsi="Book Antiqua"/>
          <w:lang w:val="es-PR"/>
        </w:rPr>
        <w:tab/>
      </w:r>
      <w:r w:rsidRPr="00E47C79">
        <w:rPr>
          <w:rFonts w:ascii="Book Antiqua" w:hAnsi="Book Antiqua"/>
          <w:lang w:val="es-PR"/>
        </w:rPr>
        <w:t>$5,500.00</w:t>
      </w:r>
    </w:p>
    <w:p w14:paraId="621A1708" w14:textId="3D1CEC07" w:rsidR="00B42AC6" w:rsidRPr="00E47C79" w:rsidRDefault="00B42AC6" w:rsidP="003659B9">
      <w:pPr>
        <w:tabs>
          <w:tab w:val="decimal" w:pos="8280"/>
        </w:tabs>
        <w:rPr>
          <w:rFonts w:ascii="Book Antiqua" w:hAnsi="Book Antiqua"/>
          <w:lang w:val="es-ES"/>
        </w:rPr>
      </w:pPr>
      <w:r w:rsidRPr="00E47C79">
        <w:rPr>
          <w:rFonts w:ascii="Book Antiqua" w:hAnsi="Book Antiqua"/>
          <w:lang w:val="es-PR"/>
        </w:rPr>
        <w:t xml:space="preserve">58. Asociación Recreativa y Cultural de Villa Criollos, Inc. </w:t>
      </w:r>
      <w:r w:rsidR="007B793F" w:rsidRPr="00E47C79">
        <w:rPr>
          <w:rFonts w:ascii="Book Antiqua" w:hAnsi="Book Antiqua"/>
          <w:lang w:val="es-PR"/>
        </w:rPr>
        <w:tab/>
      </w:r>
      <w:r w:rsidRPr="00E47C79">
        <w:rPr>
          <w:rFonts w:ascii="Book Antiqua" w:hAnsi="Book Antiqua"/>
          <w:lang w:val="es-ES"/>
        </w:rPr>
        <w:t>$10,000.00</w:t>
      </w:r>
    </w:p>
    <w:p w14:paraId="68679A42" w14:textId="77777777" w:rsidR="007B793F" w:rsidRPr="00E47C79" w:rsidRDefault="00B42AC6" w:rsidP="003659B9">
      <w:pPr>
        <w:tabs>
          <w:tab w:val="decimal" w:pos="8280"/>
        </w:tabs>
        <w:rPr>
          <w:rFonts w:ascii="Book Antiqua" w:hAnsi="Book Antiqua"/>
          <w:lang w:val="es-ES"/>
        </w:rPr>
      </w:pPr>
      <w:r w:rsidRPr="00E47C79">
        <w:rPr>
          <w:rFonts w:ascii="Book Antiqua" w:hAnsi="Book Antiqua"/>
          <w:lang w:val="es-ES"/>
        </w:rPr>
        <w:t xml:space="preserve">59. Asociación Recreativa y Educativa Comunal del Barrio </w:t>
      </w:r>
    </w:p>
    <w:p w14:paraId="1DF26A4C" w14:textId="3066C100"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Mariana de Humacao</w:t>
      </w:r>
      <w:r w:rsidR="007B793F" w:rsidRPr="00E47C79">
        <w:rPr>
          <w:rFonts w:ascii="Book Antiqua" w:hAnsi="Book Antiqua"/>
          <w:lang w:val="es-PR"/>
        </w:rPr>
        <w:tab/>
      </w:r>
      <w:r w:rsidRPr="00E47C79">
        <w:rPr>
          <w:rFonts w:ascii="Book Antiqua" w:hAnsi="Book Antiqua"/>
          <w:lang w:val="es-PR"/>
        </w:rPr>
        <w:t xml:space="preserve"> $3,000.00</w:t>
      </w:r>
    </w:p>
    <w:p w14:paraId="77E497A9" w14:textId="7B6A6E78"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lastRenderedPageBreak/>
        <w:t xml:space="preserve">60. Asociación Suzuki de Violín de Puerto Rico </w:t>
      </w:r>
      <w:r w:rsidR="007B793F" w:rsidRPr="00E47C79">
        <w:rPr>
          <w:rFonts w:ascii="Book Antiqua" w:hAnsi="Book Antiqua"/>
          <w:lang w:val="es-PR"/>
        </w:rPr>
        <w:tab/>
      </w:r>
      <w:r w:rsidRPr="00E47C79">
        <w:rPr>
          <w:rFonts w:ascii="Book Antiqua" w:hAnsi="Book Antiqua"/>
          <w:lang w:val="es-PR"/>
        </w:rPr>
        <w:t>$3,000.00</w:t>
      </w:r>
    </w:p>
    <w:p w14:paraId="179B1520" w14:textId="107F36EA"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 xml:space="preserve">61. Asociación Vaqueras Máster de Puerto Rico </w:t>
      </w:r>
      <w:r w:rsidR="007B793F" w:rsidRPr="00E47C79">
        <w:rPr>
          <w:rFonts w:ascii="Book Antiqua" w:hAnsi="Book Antiqua"/>
          <w:lang w:val="es-PR"/>
        </w:rPr>
        <w:tab/>
      </w:r>
      <w:r w:rsidRPr="00E47C79">
        <w:rPr>
          <w:rFonts w:ascii="Book Antiqua" w:hAnsi="Book Antiqua"/>
          <w:lang w:val="es-PR"/>
        </w:rPr>
        <w:t>$3,000.00</w:t>
      </w:r>
    </w:p>
    <w:p w14:paraId="3386214D" w14:textId="36AFC757" w:rsidR="00B42AC6" w:rsidRPr="00E47C79" w:rsidRDefault="00B42AC6" w:rsidP="003659B9">
      <w:pPr>
        <w:tabs>
          <w:tab w:val="decimal" w:pos="8280"/>
        </w:tabs>
        <w:rPr>
          <w:rFonts w:ascii="Book Antiqua" w:hAnsi="Book Antiqua"/>
          <w:lang w:val="es-ES"/>
        </w:rPr>
      </w:pPr>
      <w:r w:rsidRPr="00E47C79">
        <w:rPr>
          <w:rFonts w:ascii="Book Antiqua" w:hAnsi="Book Antiqua"/>
          <w:lang w:val="es-ES"/>
        </w:rPr>
        <w:t xml:space="preserve">62. Ayuda al Necesitado, Inc. </w:t>
      </w:r>
      <w:r w:rsidR="007B793F" w:rsidRPr="00E47C79">
        <w:rPr>
          <w:rFonts w:ascii="Book Antiqua" w:hAnsi="Book Antiqua"/>
          <w:lang w:val="es-ES"/>
        </w:rPr>
        <w:tab/>
      </w:r>
      <w:r w:rsidRPr="00E47C79">
        <w:rPr>
          <w:rFonts w:ascii="Book Antiqua" w:hAnsi="Book Antiqua"/>
          <w:lang w:val="es-ES"/>
        </w:rPr>
        <w:t>$9,000.00</w:t>
      </w:r>
    </w:p>
    <w:p w14:paraId="3BB8550C" w14:textId="5E6208C0" w:rsidR="00B42AC6" w:rsidRPr="00026520" w:rsidRDefault="00B42AC6" w:rsidP="003659B9">
      <w:pPr>
        <w:tabs>
          <w:tab w:val="decimal" w:pos="8280"/>
        </w:tabs>
        <w:rPr>
          <w:rFonts w:ascii="Book Antiqua" w:hAnsi="Book Antiqua"/>
          <w:lang w:val="es-ES"/>
        </w:rPr>
      </w:pPr>
      <w:r w:rsidRPr="00E47C79">
        <w:rPr>
          <w:rFonts w:ascii="Book Antiqua" w:hAnsi="Book Antiqua"/>
          <w:lang w:val="es-ES"/>
        </w:rPr>
        <w:t>63. Baloncesto en Constancia, Inc.</w:t>
      </w:r>
      <w:r w:rsidR="007B793F" w:rsidRPr="00E47C79">
        <w:rPr>
          <w:rFonts w:ascii="Book Antiqua" w:hAnsi="Book Antiqua"/>
          <w:lang w:val="es-ES"/>
        </w:rPr>
        <w:tab/>
      </w:r>
      <w:r w:rsidRPr="00026520">
        <w:rPr>
          <w:rFonts w:ascii="Book Antiqua" w:hAnsi="Book Antiqua"/>
          <w:lang w:val="es-ES"/>
        </w:rPr>
        <w:t>$5,000.00</w:t>
      </w:r>
    </w:p>
    <w:p w14:paraId="29A3918A" w14:textId="62A71F29" w:rsidR="00B42AC6" w:rsidRPr="00026520" w:rsidRDefault="00B42AC6" w:rsidP="003659B9">
      <w:pPr>
        <w:tabs>
          <w:tab w:val="decimal" w:pos="8280"/>
        </w:tabs>
        <w:rPr>
          <w:rFonts w:ascii="Book Antiqua" w:hAnsi="Book Antiqua"/>
          <w:lang w:val="es-ES"/>
        </w:rPr>
      </w:pPr>
      <w:r w:rsidRPr="00026520">
        <w:rPr>
          <w:rFonts w:ascii="Book Antiqua" w:hAnsi="Book Antiqua"/>
          <w:lang w:val="es-ES"/>
        </w:rPr>
        <w:t>64. Banco de Alimento Puerto Rico, Inc.</w:t>
      </w:r>
      <w:r w:rsidR="007B793F" w:rsidRPr="00026520">
        <w:rPr>
          <w:rFonts w:ascii="Book Antiqua" w:hAnsi="Book Antiqua"/>
          <w:lang w:val="es-ES"/>
        </w:rPr>
        <w:tab/>
      </w:r>
      <w:r w:rsidRPr="00026520">
        <w:rPr>
          <w:rFonts w:ascii="Book Antiqua" w:hAnsi="Book Antiqua"/>
          <w:lang w:val="es-ES"/>
        </w:rPr>
        <w:t>$125,000.00</w:t>
      </w:r>
    </w:p>
    <w:p w14:paraId="03132F5B" w14:textId="48597456"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 xml:space="preserve">65. Banco de Ojos del </w:t>
      </w:r>
      <w:proofErr w:type="spellStart"/>
      <w:r w:rsidRPr="00E47C79">
        <w:rPr>
          <w:rFonts w:ascii="Book Antiqua" w:hAnsi="Book Antiqua"/>
          <w:lang w:val="es-PR"/>
        </w:rPr>
        <w:t>Leonismo</w:t>
      </w:r>
      <w:proofErr w:type="spellEnd"/>
      <w:r w:rsidRPr="00E47C79">
        <w:rPr>
          <w:rFonts w:ascii="Book Antiqua" w:hAnsi="Book Antiqua"/>
          <w:lang w:val="es-PR"/>
        </w:rPr>
        <w:t xml:space="preserve"> </w:t>
      </w:r>
      <w:proofErr w:type="gramStart"/>
      <w:r w:rsidRPr="00E47C79">
        <w:rPr>
          <w:rFonts w:ascii="Book Antiqua" w:hAnsi="Book Antiqua"/>
          <w:lang w:val="es-PR"/>
        </w:rPr>
        <w:t>Puertorriqueño</w:t>
      </w:r>
      <w:proofErr w:type="gramEnd"/>
      <w:r w:rsidRPr="00E47C79">
        <w:rPr>
          <w:rFonts w:ascii="Book Antiqua" w:hAnsi="Book Antiqua"/>
          <w:lang w:val="es-PR"/>
        </w:rPr>
        <w:t xml:space="preserve"> </w:t>
      </w:r>
      <w:r w:rsidR="007B793F" w:rsidRPr="00E47C79">
        <w:rPr>
          <w:rFonts w:ascii="Book Antiqua" w:hAnsi="Book Antiqua"/>
          <w:lang w:val="es-PR"/>
        </w:rPr>
        <w:tab/>
      </w:r>
      <w:r w:rsidRPr="00E47C79">
        <w:rPr>
          <w:rFonts w:ascii="Book Antiqua" w:hAnsi="Book Antiqua"/>
          <w:lang w:val="es-PR"/>
        </w:rPr>
        <w:t>$26,750.00</w:t>
      </w:r>
    </w:p>
    <w:p w14:paraId="120C6FD5" w14:textId="2A54D46F" w:rsidR="00B42AC6" w:rsidRPr="00E47C79" w:rsidRDefault="00B42AC6" w:rsidP="003659B9">
      <w:pPr>
        <w:tabs>
          <w:tab w:val="decimal" w:pos="8280"/>
        </w:tabs>
        <w:rPr>
          <w:rFonts w:ascii="Book Antiqua" w:hAnsi="Book Antiqua"/>
          <w:lang w:val="es-ES"/>
        </w:rPr>
      </w:pPr>
      <w:r w:rsidRPr="00E47C79">
        <w:rPr>
          <w:rFonts w:ascii="Book Antiqua" w:hAnsi="Book Antiqua"/>
          <w:lang w:val="es-ES"/>
        </w:rPr>
        <w:t>66. Banda Comunitaria de San Sebastián</w:t>
      </w:r>
      <w:r w:rsidR="007B793F" w:rsidRPr="00E47C79">
        <w:rPr>
          <w:rFonts w:ascii="Book Antiqua" w:hAnsi="Book Antiqua"/>
          <w:lang w:val="es-ES"/>
        </w:rPr>
        <w:tab/>
      </w:r>
      <w:r w:rsidRPr="00E47C79">
        <w:rPr>
          <w:rFonts w:ascii="Book Antiqua" w:hAnsi="Book Antiqua"/>
          <w:lang w:val="es-ES"/>
        </w:rPr>
        <w:t>$7,000.00</w:t>
      </w:r>
    </w:p>
    <w:p w14:paraId="022AF396" w14:textId="591CB8CE" w:rsidR="00B42AC6" w:rsidRPr="00684E5B" w:rsidRDefault="00B42AC6" w:rsidP="003659B9">
      <w:pPr>
        <w:tabs>
          <w:tab w:val="decimal" w:pos="8280"/>
        </w:tabs>
        <w:rPr>
          <w:rFonts w:ascii="Book Antiqua" w:hAnsi="Book Antiqua"/>
          <w:lang w:val="es-PR"/>
        </w:rPr>
      </w:pPr>
      <w:r w:rsidRPr="00E47C79">
        <w:rPr>
          <w:rFonts w:ascii="Book Antiqua" w:hAnsi="Book Antiqua"/>
          <w:lang w:val="es-ES"/>
        </w:rPr>
        <w:t>67. Banda de Guayanilla, Inc.</w:t>
      </w:r>
      <w:r w:rsidR="007B793F" w:rsidRPr="00E47C79">
        <w:rPr>
          <w:rFonts w:ascii="Book Antiqua" w:hAnsi="Book Antiqua"/>
          <w:lang w:val="es-ES"/>
        </w:rPr>
        <w:tab/>
      </w:r>
      <w:r w:rsidRPr="00684E5B">
        <w:rPr>
          <w:rFonts w:ascii="Book Antiqua" w:hAnsi="Book Antiqua"/>
          <w:lang w:val="es-PR"/>
        </w:rPr>
        <w:t>$15,000.00</w:t>
      </w:r>
    </w:p>
    <w:p w14:paraId="44CF6442" w14:textId="4BEB73B9" w:rsidR="00B42AC6" w:rsidRPr="00684E5B" w:rsidRDefault="00B42AC6" w:rsidP="003659B9">
      <w:pPr>
        <w:tabs>
          <w:tab w:val="decimal" w:pos="8280"/>
        </w:tabs>
        <w:rPr>
          <w:rFonts w:ascii="Book Antiqua" w:hAnsi="Book Antiqua"/>
          <w:lang w:val="es-PR"/>
        </w:rPr>
      </w:pPr>
      <w:r w:rsidRPr="00684E5B">
        <w:rPr>
          <w:rFonts w:ascii="Book Antiqua" w:hAnsi="Book Antiqua"/>
          <w:lang w:val="es-PR"/>
        </w:rPr>
        <w:t xml:space="preserve">68. Bejuco L.L.C </w:t>
      </w:r>
      <w:r w:rsidR="007B793F" w:rsidRPr="00684E5B">
        <w:rPr>
          <w:rFonts w:ascii="Book Antiqua" w:hAnsi="Book Antiqua"/>
          <w:lang w:val="es-PR"/>
        </w:rPr>
        <w:tab/>
      </w:r>
      <w:r w:rsidRPr="00684E5B">
        <w:rPr>
          <w:rFonts w:ascii="Book Antiqua" w:hAnsi="Book Antiqua"/>
          <w:lang w:val="es-PR"/>
        </w:rPr>
        <w:t>$3,000.00</w:t>
      </w:r>
    </w:p>
    <w:p w14:paraId="63461C9B" w14:textId="297D6DD6" w:rsidR="00B42AC6" w:rsidRPr="00E47C79" w:rsidRDefault="00B42AC6" w:rsidP="003659B9">
      <w:pPr>
        <w:tabs>
          <w:tab w:val="decimal" w:pos="8280"/>
        </w:tabs>
        <w:rPr>
          <w:rFonts w:ascii="Book Antiqua" w:hAnsi="Book Antiqua"/>
        </w:rPr>
      </w:pPr>
      <w:r w:rsidRPr="00E47C79">
        <w:rPr>
          <w:rFonts w:ascii="Book Antiqua" w:hAnsi="Book Antiqua"/>
        </w:rPr>
        <w:t>69. Bill's Kitchen, Inc.</w:t>
      </w:r>
      <w:r w:rsidR="007B793F" w:rsidRPr="00E47C79">
        <w:rPr>
          <w:rFonts w:ascii="Book Antiqua" w:hAnsi="Book Antiqua"/>
        </w:rPr>
        <w:tab/>
      </w:r>
      <w:r w:rsidRPr="00E47C79">
        <w:rPr>
          <w:rFonts w:ascii="Book Antiqua" w:hAnsi="Book Antiqua"/>
        </w:rPr>
        <w:t>$25,000.00</w:t>
      </w:r>
    </w:p>
    <w:p w14:paraId="13C454FB" w14:textId="3AE99577" w:rsidR="00B42AC6" w:rsidRPr="00E47C79" w:rsidRDefault="00B42AC6" w:rsidP="003659B9">
      <w:pPr>
        <w:tabs>
          <w:tab w:val="decimal" w:pos="8280"/>
        </w:tabs>
        <w:rPr>
          <w:rFonts w:ascii="Book Antiqua" w:hAnsi="Book Antiqua"/>
        </w:rPr>
      </w:pPr>
      <w:r w:rsidRPr="00E47C79">
        <w:rPr>
          <w:rFonts w:ascii="Book Antiqua" w:hAnsi="Book Antiqua"/>
        </w:rPr>
        <w:t>70. Boys and Girls Club, Inc.</w:t>
      </w:r>
      <w:r w:rsidR="007B793F" w:rsidRPr="00E47C79">
        <w:rPr>
          <w:rFonts w:ascii="Book Antiqua" w:hAnsi="Book Antiqua"/>
        </w:rPr>
        <w:tab/>
      </w:r>
      <w:r w:rsidRPr="00E47C79">
        <w:rPr>
          <w:rFonts w:ascii="Book Antiqua" w:hAnsi="Book Antiqua"/>
        </w:rPr>
        <w:t>$200,000.00</w:t>
      </w:r>
    </w:p>
    <w:p w14:paraId="6DFCDF85" w14:textId="5FB63551" w:rsidR="00B42AC6" w:rsidRPr="00E47C79" w:rsidRDefault="00B42AC6" w:rsidP="003659B9">
      <w:pPr>
        <w:tabs>
          <w:tab w:val="decimal" w:pos="8280"/>
        </w:tabs>
        <w:rPr>
          <w:rFonts w:ascii="Book Antiqua" w:hAnsi="Book Antiqua"/>
        </w:rPr>
      </w:pPr>
      <w:r w:rsidRPr="00E47C79">
        <w:rPr>
          <w:rFonts w:ascii="Book Antiqua" w:hAnsi="Book Antiqua"/>
        </w:rPr>
        <w:t>71. Branch Consulting Group Corporation</w:t>
      </w:r>
      <w:r w:rsidRPr="00E47C79">
        <w:rPr>
          <w:rFonts w:ascii="Book Antiqua" w:hAnsi="Book Antiqua"/>
        </w:rPr>
        <w:tab/>
        <w:t xml:space="preserve"> </w:t>
      </w:r>
      <w:r w:rsidR="007B793F" w:rsidRPr="00E47C79">
        <w:rPr>
          <w:rFonts w:ascii="Book Antiqua" w:hAnsi="Book Antiqua"/>
        </w:rPr>
        <w:t>$</w:t>
      </w:r>
      <w:r w:rsidRPr="00E47C79">
        <w:rPr>
          <w:rFonts w:ascii="Book Antiqua" w:hAnsi="Book Antiqua"/>
        </w:rPr>
        <w:t>3,000.00</w:t>
      </w:r>
    </w:p>
    <w:p w14:paraId="1917F651" w14:textId="6C2850FF" w:rsidR="00B42AC6" w:rsidRPr="00E47C79" w:rsidRDefault="00B42AC6" w:rsidP="003659B9">
      <w:pPr>
        <w:tabs>
          <w:tab w:val="decimal" w:pos="8280"/>
        </w:tabs>
        <w:rPr>
          <w:rFonts w:ascii="Book Antiqua" w:hAnsi="Book Antiqua"/>
        </w:rPr>
      </w:pPr>
      <w:r w:rsidRPr="00E47C79">
        <w:rPr>
          <w:rFonts w:ascii="Book Antiqua" w:hAnsi="Book Antiqua"/>
        </w:rPr>
        <w:t xml:space="preserve">72. </w:t>
      </w:r>
      <w:proofErr w:type="spellStart"/>
      <w:r w:rsidRPr="00E47C79">
        <w:rPr>
          <w:rFonts w:ascii="Book Antiqua" w:hAnsi="Book Antiqua"/>
        </w:rPr>
        <w:t>Brodway</w:t>
      </w:r>
      <w:proofErr w:type="spellEnd"/>
      <w:r w:rsidRPr="00E47C79">
        <w:rPr>
          <w:rFonts w:ascii="Book Antiqua" w:hAnsi="Book Antiqua"/>
        </w:rPr>
        <w:t xml:space="preserve"> Illusions, Inc.</w:t>
      </w:r>
      <w:r w:rsidRPr="00E47C79">
        <w:rPr>
          <w:rFonts w:ascii="Book Antiqua" w:hAnsi="Book Antiqua"/>
        </w:rPr>
        <w:tab/>
        <w:t xml:space="preserve"> </w:t>
      </w:r>
      <w:r w:rsidR="007B793F" w:rsidRPr="00E47C79">
        <w:rPr>
          <w:rFonts w:ascii="Book Antiqua" w:hAnsi="Book Antiqua"/>
        </w:rPr>
        <w:t>$</w:t>
      </w:r>
      <w:r w:rsidRPr="00E47C79">
        <w:rPr>
          <w:rFonts w:ascii="Book Antiqua" w:hAnsi="Book Antiqua"/>
        </w:rPr>
        <w:t>3,000.00</w:t>
      </w:r>
    </w:p>
    <w:p w14:paraId="475144C9" w14:textId="61B8280B" w:rsidR="00B42AC6" w:rsidRPr="00E47C79" w:rsidRDefault="00B42AC6" w:rsidP="003659B9">
      <w:pPr>
        <w:tabs>
          <w:tab w:val="decimal" w:pos="8280"/>
        </w:tabs>
        <w:rPr>
          <w:rFonts w:ascii="Book Antiqua" w:hAnsi="Book Antiqua"/>
        </w:rPr>
      </w:pPr>
      <w:r w:rsidRPr="00E47C79">
        <w:rPr>
          <w:rFonts w:ascii="Book Antiqua" w:hAnsi="Book Antiqua"/>
        </w:rPr>
        <w:t xml:space="preserve">73. </w:t>
      </w:r>
      <w:proofErr w:type="spellStart"/>
      <w:r w:rsidRPr="00E47C79">
        <w:rPr>
          <w:rFonts w:ascii="Book Antiqua" w:hAnsi="Book Antiqua"/>
        </w:rPr>
        <w:t>Bucaneras</w:t>
      </w:r>
      <w:proofErr w:type="spellEnd"/>
      <w:r w:rsidRPr="00E47C79">
        <w:rPr>
          <w:rFonts w:ascii="Book Antiqua" w:hAnsi="Book Antiqua"/>
        </w:rPr>
        <w:t xml:space="preserve"> AVC Corp</w:t>
      </w:r>
      <w:r w:rsidRPr="00E47C79">
        <w:rPr>
          <w:rFonts w:ascii="Book Antiqua" w:hAnsi="Book Antiqua"/>
        </w:rPr>
        <w:tab/>
        <w:t xml:space="preserve"> </w:t>
      </w:r>
      <w:r w:rsidR="007B793F" w:rsidRPr="00E47C79">
        <w:rPr>
          <w:rFonts w:ascii="Book Antiqua" w:hAnsi="Book Antiqua"/>
        </w:rPr>
        <w:t>$</w:t>
      </w:r>
      <w:r w:rsidRPr="00E47C79">
        <w:rPr>
          <w:rFonts w:ascii="Book Antiqua" w:hAnsi="Book Antiqua"/>
        </w:rPr>
        <w:t>10,000.00</w:t>
      </w:r>
    </w:p>
    <w:p w14:paraId="13C8B82D" w14:textId="70E50CED" w:rsidR="00B42AC6" w:rsidRPr="00E47C79" w:rsidRDefault="00B42AC6" w:rsidP="003659B9">
      <w:pPr>
        <w:tabs>
          <w:tab w:val="decimal" w:pos="8280"/>
        </w:tabs>
        <w:rPr>
          <w:rFonts w:ascii="Book Antiqua" w:hAnsi="Book Antiqua"/>
          <w:lang w:val="es-PR"/>
        </w:rPr>
      </w:pPr>
      <w:r w:rsidRPr="00E47C79">
        <w:rPr>
          <w:rFonts w:ascii="Book Antiqua" w:hAnsi="Book Antiqua"/>
        </w:rPr>
        <w:t>74. Camuy Beach Club Inc.</w:t>
      </w:r>
      <w:r w:rsidRPr="00E47C79">
        <w:rPr>
          <w:rFonts w:ascii="Book Antiqua" w:hAnsi="Book Antiqua"/>
        </w:rPr>
        <w:tab/>
        <w:t xml:space="preserve"> </w:t>
      </w:r>
      <w:r w:rsidR="007B793F" w:rsidRPr="00E47C79">
        <w:rPr>
          <w:rFonts w:ascii="Book Antiqua" w:hAnsi="Book Antiqua"/>
          <w:lang w:val="es-PR"/>
        </w:rPr>
        <w:t>$</w:t>
      </w:r>
      <w:r w:rsidRPr="00E47C79">
        <w:rPr>
          <w:rFonts w:ascii="Book Antiqua" w:hAnsi="Book Antiqua"/>
          <w:lang w:val="es-PR"/>
        </w:rPr>
        <w:t>3,000.00</w:t>
      </w:r>
    </w:p>
    <w:p w14:paraId="164E5212" w14:textId="1E2DE59F" w:rsidR="00B42AC6" w:rsidRPr="00E47C79" w:rsidRDefault="00B42AC6" w:rsidP="003659B9">
      <w:pPr>
        <w:tabs>
          <w:tab w:val="decimal" w:pos="8280"/>
        </w:tabs>
        <w:rPr>
          <w:rFonts w:ascii="Book Antiqua" w:hAnsi="Book Antiqua"/>
        </w:rPr>
      </w:pPr>
      <w:r w:rsidRPr="00E47C79">
        <w:rPr>
          <w:rFonts w:ascii="Book Antiqua" w:hAnsi="Book Antiqua"/>
          <w:lang w:val="es-PR"/>
        </w:rPr>
        <w:t xml:space="preserve">75. Caney de la Fama, la Cultura y Deporte </w:t>
      </w:r>
      <w:proofErr w:type="spellStart"/>
      <w:r w:rsidRPr="00E47C79">
        <w:rPr>
          <w:rFonts w:ascii="Book Antiqua" w:hAnsi="Book Antiqua"/>
          <w:lang w:val="es-PR"/>
        </w:rPr>
        <w:t>Salinense</w:t>
      </w:r>
      <w:proofErr w:type="spellEnd"/>
      <w:r w:rsidRPr="00E47C79">
        <w:rPr>
          <w:rFonts w:ascii="Book Antiqua" w:hAnsi="Book Antiqua"/>
          <w:lang w:val="es-PR"/>
        </w:rPr>
        <w:t>, Inc.</w:t>
      </w:r>
      <w:r w:rsidRPr="00E47C79">
        <w:rPr>
          <w:rFonts w:ascii="Book Antiqua" w:hAnsi="Book Antiqua"/>
          <w:lang w:val="es-PR"/>
        </w:rPr>
        <w:tab/>
        <w:t xml:space="preserve"> </w:t>
      </w:r>
      <w:r w:rsidR="007B793F" w:rsidRPr="00E47C79">
        <w:rPr>
          <w:rFonts w:ascii="Book Antiqua" w:hAnsi="Book Antiqua"/>
        </w:rPr>
        <w:t>$</w:t>
      </w:r>
      <w:r w:rsidRPr="00E47C79">
        <w:rPr>
          <w:rFonts w:ascii="Book Antiqua" w:hAnsi="Book Antiqua"/>
        </w:rPr>
        <w:t>5,000.00</w:t>
      </w:r>
    </w:p>
    <w:p w14:paraId="55AF2719" w14:textId="61CED29C" w:rsidR="00B42AC6" w:rsidRPr="00E47C79" w:rsidRDefault="00B42AC6" w:rsidP="003659B9">
      <w:pPr>
        <w:tabs>
          <w:tab w:val="decimal" w:pos="8280"/>
        </w:tabs>
        <w:rPr>
          <w:rFonts w:ascii="Book Antiqua" w:hAnsi="Book Antiqua"/>
        </w:rPr>
      </w:pPr>
      <w:r w:rsidRPr="00E47C79">
        <w:rPr>
          <w:rFonts w:ascii="Book Antiqua" w:hAnsi="Book Antiqua"/>
        </w:rPr>
        <w:t>76. CANII</w:t>
      </w:r>
      <w:r w:rsidRPr="00E47C79">
        <w:rPr>
          <w:rFonts w:ascii="Book Antiqua" w:hAnsi="Book Antiqua"/>
        </w:rPr>
        <w:tab/>
        <w:t xml:space="preserve"> </w:t>
      </w:r>
      <w:r w:rsidR="007B793F" w:rsidRPr="00E47C79">
        <w:rPr>
          <w:rFonts w:ascii="Book Antiqua" w:hAnsi="Book Antiqua"/>
        </w:rPr>
        <w:t>$</w:t>
      </w:r>
      <w:r w:rsidRPr="00E47C79">
        <w:rPr>
          <w:rFonts w:ascii="Book Antiqua" w:hAnsi="Book Antiqua"/>
        </w:rPr>
        <w:t>50,000.00</w:t>
      </w:r>
    </w:p>
    <w:p w14:paraId="3B7BCA84" w14:textId="5672A04F" w:rsidR="00B42AC6" w:rsidRPr="00E47C79" w:rsidRDefault="00B42AC6" w:rsidP="003659B9">
      <w:pPr>
        <w:tabs>
          <w:tab w:val="decimal" w:pos="8280"/>
        </w:tabs>
        <w:rPr>
          <w:rFonts w:ascii="Book Antiqua" w:hAnsi="Book Antiqua"/>
        </w:rPr>
      </w:pPr>
      <w:r w:rsidRPr="00E47C79">
        <w:rPr>
          <w:rFonts w:ascii="Book Antiqua" w:hAnsi="Book Antiqua"/>
        </w:rPr>
        <w:t>77. Caras of the Americas</w:t>
      </w:r>
      <w:r w:rsidRPr="00E47C79">
        <w:rPr>
          <w:rFonts w:ascii="Book Antiqua" w:hAnsi="Book Antiqua"/>
        </w:rPr>
        <w:tab/>
        <w:t xml:space="preserve"> </w:t>
      </w:r>
      <w:r w:rsidR="007B793F" w:rsidRPr="00E47C79">
        <w:rPr>
          <w:rFonts w:ascii="Book Antiqua" w:hAnsi="Book Antiqua"/>
        </w:rPr>
        <w:t>$</w:t>
      </w:r>
      <w:r w:rsidRPr="00E47C79">
        <w:rPr>
          <w:rFonts w:ascii="Book Antiqua" w:hAnsi="Book Antiqua"/>
        </w:rPr>
        <w:t>10,000.00</w:t>
      </w:r>
    </w:p>
    <w:p w14:paraId="1714FB07" w14:textId="067CD749" w:rsidR="00B42AC6" w:rsidRPr="00E47C79" w:rsidRDefault="00B42AC6" w:rsidP="003659B9">
      <w:pPr>
        <w:tabs>
          <w:tab w:val="decimal" w:pos="8280"/>
        </w:tabs>
        <w:rPr>
          <w:rFonts w:ascii="Book Antiqua" w:hAnsi="Book Antiqua"/>
        </w:rPr>
      </w:pPr>
      <w:r w:rsidRPr="00E47C79">
        <w:rPr>
          <w:rFonts w:ascii="Book Antiqua" w:hAnsi="Book Antiqua"/>
        </w:rPr>
        <w:t>78. Caribbean K9 &amp; Rescue Diver Team</w:t>
      </w:r>
      <w:r w:rsidRPr="00E47C79">
        <w:rPr>
          <w:rFonts w:ascii="Book Antiqua" w:hAnsi="Book Antiqua"/>
        </w:rPr>
        <w:tab/>
        <w:t xml:space="preserve"> </w:t>
      </w:r>
      <w:r w:rsidR="007B793F" w:rsidRPr="00E47C79">
        <w:rPr>
          <w:rFonts w:ascii="Book Antiqua" w:hAnsi="Book Antiqua"/>
        </w:rPr>
        <w:t>$</w:t>
      </w:r>
      <w:r w:rsidRPr="00E47C79">
        <w:rPr>
          <w:rFonts w:ascii="Book Antiqua" w:hAnsi="Book Antiqua"/>
        </w:rPr>
        <w:t>14,400.00</w:t>
      </w:r>
    </w:p>
    <w:p w14:paraId="1AEF038D" w14:textId="7C1B509E" w:rsidR="00B42AC6" w:rsidRPr="00E47C79" w:rsidRDefault="00B42AC6" w:rsidP="003659B9">
      <w:pPr>
        <w:tabs>
          <w:tab w:val="decimal" w:pos="8280"/>
        </w:tabs>
        <w:rPr>
          <w:rFonts w:ascii="Book Antiqua" w:hAnsi="Book Antiqua"/>
        </w:rPr>
      </w:pPr>
      <w:r w:rsidRPr="00E47C79">
        <w:rPr>
          <w:rFonts w:ascii="Book Antiqua" w:hAnsi="Book Antiqua"/>
        </w:rPr>
        <w:t>79. Caribbean S.E.A. Softball, Inc.</w:t>
      </w:r>
      <w:r w:rsidRPr="00E47C79">
        <w:rPr>
          <w:rFonts w:ascii="Book Antiqua" w:hAnsi="Book Antiqua"/>
        </w:rPr>
        <w:tab/>
        <w:t xml:space="preserve"> </w:t>
      </w:r>
      <w:r w:rsidR="007B793F" w:rsidRPr="00E47C79">
        <w:rPr>
          <w:rFonts w:ascii="Book Antiqua" w:hAnsi="Book Antiqua"/>
        </w:rPr>
        <w:t>$</w:t>
      </w:r>
      <w:r w:rsidRPr="00E47C79">
        <w:rPr>
          <w:rFonts w:ascii="Book Antiqua" w:hAnsi="Book Antiqua"/>
        </w:rPr>
        <w:t>15,000.00</w:t>
      </w:r>
    </w:p>
    <w:p w14:paraId="5E68010D" w14:textId="7BEEFAB9" w:rsidR="00B42AC6" w:rsidRPr="00E47C79" w:rsidRDefault="00B42AC6" w:rsidP="003659B9">
      <w:pPr>
        <w:tabs>
          <w:tab w:val="decimal" w:pos="8280"/>
        </w:tabs>
        <w:rPr>
          <w:rFonts w:ascii="Book Antiqua" w:hAnsi="Book Antiqua"/>
          <w:lang w:val="es-PR"/>
        </w:rPr>
      </w:pPr>
      <w:r w:rsidRPr="00E47C79">
        <w:rPr>
          <w:rFonts w:ascii="Book Antiqua" w:hAnsi="Book Antiqua"/>
        </w:rPr>
        <w:t xml:space="preserve">80. </w:t>
      </w:r>
      <w:proofErr w:type="spellStart"/>
      <w:r w:rsidRPr="00E47C79">
        <w:rPr>
          <w:rFonts w:ascii="Book Antiqua" w:hAnsi="Book Antiqua"/>
        </w:rPr>
        <w:t>Carribean</w:t>
      </w:r>
      <w:proofErr w:type="spellEnd"/>
      <w:r w:rsidRPr="00E47C79">
        <w:rPr>
          <w:rFonts w:ascii="Book Antiqua" w:hAnsi="Book Antiqua"/>
        </w:rPr>
        <w:t xml:space="preserve"> </w:t>
      </w:r>
      <w:proofErr w:type="spellStart"/>
      <w:r w:rsidRPr="00E47C79">
        <w:rPr>
          <w:rFonts w:ascii="Book Antiqua" w:hAnsi="Book Antiqua"/>
        </w:rPr>
        <w:t>Thorougn</w:t>
      </w:r>
      <w:proofErr w:type="spellEnd"/>
      <w:r w:rsidRPr="00E47C79">
        <w:rPr>
          <w:rFonts w:ascii="Book Antiqua" w:hAnsi="Book Antiqua"/>
        </w:rPr>
        <w:t xml:space="preserve"> Bred After Care, Inc.</w:t>
      </w:r>
      <w:r w:rsidRPr="00E47C79">
        <w:rPr>
          <w:rFonts w:ascii="Book Antiqua" w:hAnsi="Book Antiqua"/>
        </w:rPr>
        <w:tab/>
        <w:t xml:space="preserve"> </w:t>
      </w:r>
      <w:r w:rsidR="007B793F" w:rsidRPr="00E47C79">
        <w:rPr>
          <w:rFonts w:ascii="Book Antiqua" w:hAnsi="Book Antiqua"/>
          <w:lang w:val="es-PR"/>
        </w:rPr>
        <w:t>$</w:t>
      </w:r>
      <w:r w:rsidRPr="00E47C79">
        <w:rPr>
          <w:rFonts w:ascii="Book Antiqua" w:hAnsi="Book Antiqua"/>
          <w:lang w:val="es-PR"/>
        </w:rPr>
        <w:t>15,000.00</w:t>
      </w:r>
    </w:p>
    <w:p w14:paraId="56FD3ED7" w14:textId="478C4D26"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81. Caritas de PR, Inc.</w:t>
      </w:r>
      <w:r w:rsidRPr="00E47C79">
        <w:rPr>
          <w:rFonts w:ascii="Book Antiqua" w:hAnsi="Book Antiqua"/>
          <w:lang w:val="es-PR"/>
        </w:rPr>
        <w:tab/>
        <w:t xml:space="preserve"> </w:t>
      </w:r>
      <w:r w:rsidR="007B793F" w:rsidRPr="00E47C79">
        <w:rPr>
          <w:rFonts w:ascii="Book Antiqua" w:hAnsi="Book Antiqua"/>
          <w:lang w:val="es-PR"/>
        </w:rPr>
        <w:t>$</w:t>
      </w:r>
      <w:r w:rsidRPr="00E47C79">
        <w:rPr>
          <w:rFonts w:ascii="Book Antiqua" w:hAnsi="Book Antiqua"/>
          <w:lang w:val="es-PR"/>
        </w:rPr>
        <w:t>75,000.00</w:t>
      </w:r>
    </w:p>
    <w:p w14:paraId="4C60A641" w14:textId="1A158B43"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82. Cáritas Diócesis de Mayagüez</w:t>
      </w:r>
      <w:r w:rsidRPr="00E47C79">
        <w:rPr>
          <w:rFonts w:ascii="Book Antiqua" w:hAnsi="Book Antiqua"/>
          <w:lang w:val="es-PR"/>
        </w:rPr>
        <w:tab/>
        <w:t xml:space="preserve"> </w:t>
      </w:r>
      <w:r w:rsidR="007B793F" w:rsidRPr="00E47C79">
        <w:rPr>
          <w:rFonts w:ascii="Book Antiqua" w:hAnsi="Book Antiqua"/>
          <w:lang w:val="es-PR"/>
        </w:rPr>
        <w:t>$</w:t>
      </w:r>
      <w:r w:rsidRPr="00E47C79">
        <w:rPr>
          <w:rFonts w:ascii="Book Antiqua" w:hAnsi="Book Antiqua"/>
          <w:lang w:val="es-PR"/>
        </w:rPr>
        <w:t>10,000.00</w:t>
      </w:r>
    </w:p>
    <w:p w14:paraId="32D6F7E3" w14:textId="6C789367"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 xml:space="preserve">83. Carlos </w:t>
      </w:r>
      <w:proofErr w:type="spellStart"/>
      <w:r w:rsidRPr="00E47C79">
        <w:rPr>
          <w:rFonts w:ascii="Book Antiqua" w:hAnsi="Book Antiqua"/>
          <w:lang w:val="es-PR"/>
        </w:rPr>
        <w:t>Beltran</w:t>
      </w:r>
      <w:proofErr w:type="spellEnd"/>
      <w:r w:rsidRPr="00E47C79">
        <w:rPr>
          <w:rFonts w:ascii="Book Antiqua" w:hAnsi="Book Antiqua"/>
          <w:lang w:val="es-PR"/>
        </w:rPr>
        <w:t xml:space="preserve"> </w:t>
      </w:r>
      <w:proofErr w:type="gramStart"/>
      <w:r w:rsidRPr="00E47C79">
        <w:rPr>
          <w:rFonts w:ascii="Book Antiqua" w:hAnsi="Book Antiqua"/>
          <w:lang w:val="es-PR"/>
        </w:rPr>
        <w:t>Baseball</w:t>
      </w:r>
      <w:proofErr w:type="gramEnd"/>
      <w:r w:rsidRPr="00E47C79">
        <w:rPr>
          <w:rFonts w:ascii="Book Antiqua" w:hAnsi="Book Antiqua"/>
          <w:lang w:val="es-PR"/>
        </w:rPr>
        <w:t xml:space="preserve"> </w:t>
      </w:r>
      <w:proofErr w:type="spellStart"/>
      <w:r w:rsidRPr="00E47C79">
        <w:rPr>
          <w:rFonts w:ascii="Book Antiqua" w:hAnsi="Book Antiqua"/>
          <w:lang w:val="es-PR"/>
        </w:rPr>
        <w:t>Academy</w:t>
      </w:r>
      <w:proofErr w:type="spellEnd"/>
      <w:r w:rsidRPr="00E47C79">
        <w:rPr>
          <w:rFonts w:ascii="Book Antiqua" w:hAnsi="Book Antiqua"/>
          <w:lang w:val="es-PR"/>
        </w:rPr>
        <w:tab/>
        <w:t xml:space="preserve"> </w:t>
      </w:r>
      <w:r w:rsidR="007B793F" w:rsidRPr="00E47C79">
        <w:rPr>
          <w:rFonts w:ascii="Book Antiqua" w:hAnsi="Book Antiqua"/>
          <w:lang w:val="es-PR"/>
        </w:rPr>
        <w:t>$</w:t>
      </w:r>
      <w:r w:rsidRPr="00E47C79">
        <w:rPr>
          <w:rFonts w:ascii="Book Antiqua" w:hAnsi="Book Antiqua"/>
          <w:lang w:val="es-PR"/>
        </w:rPr>
        <w:t>225,000.00</w:t>
      </w:r>
    </w:p>
    <w:p w14:paraId="7BF084FF" w14:textId="68BBC622"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 xml:space="preserve">84. Carnaval </w:t>
      </w:r>
      <w:proofErr w:type="spellStart"/>
      <w:r w:rsidRPr="00E47C79">
        <w:rPr>
          <w:rFonts w:ascii="Book Antiqua" w:hAnsi="Book Antiqua"/>
          <w:lang w:val="es-PR"/>
        </w:rPr>
        <w:t>Vegalteño</w:t>
      </w:r>
      <w:proofErr w:type="spellEnd"/>
      <w:r w:rsidRPr="00E47C79">
        <w:rPr>
          <w:rFonts w:ascii="Book Antiqua" w:hAnsi="Book Antiqua"/>
          <w:lang w:val="es-PR"/>
        </w:rPr>
        <w:t xml:space="preserve">, Inc. </w:t>
      </w:r>
      <w:r w:rsidRPr="00E47C79">
        <w:rPr>
          <w:rFonts w:ascii="Book Antiqua" w:hAnsi="Book Antiqua"/>
          <w:lang w:val="es-PR"/>
        </w:rPr>
        <w:tab/>
        <w:t xml:space="preserve"> </w:t>
      </w:r>
      <w:r w:rsidR="007B793F" w:rsidRPr="00E47C79">
        <w:rPr>
          <w:rFonts w:ascii="Book Antiqua" w:hAnsi="Book Antiqua"/>
          <w:lang w:val="es-PR"/>
        </w:rPr>
        <w:t>$</w:t>
      </w:r>
      <w:r w:rsidRPr="00E47C79">
        <w:rPr>
          <w:rFonts w:ascii="Book Antiqua" w:hAnsi="Book Antiqua"/>
          <w:lang w:val="es-PR"/>
        </w:rPr>
        <w:t>5,000.00</w:t>
      </w:r>
    </w:p>
    <w:p w14:paraId="552B1A0E" w14:textId="06ACFFF7"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85. Carrusel en la Sebastiana, Corp.</w:t>
      </w:r>
      <w:r w:rsidRPr="00E47C79">
        <w:rPr>
          <w:rFonts w:ascii="Book Antiqua" w:hAnsi="Book Antiqua"/>
          <w:lang w:val="es-PR"/>
        </w:rPr>
        <w:tab/>
        <w:t xml:space="preserve"> </w:t>
      </w:r>
      <w:r w:rsidR="007B793F" w:rsidRPr="00E47C79">
        <w:rPr>
          <w:rFonts w:ascii="Book Antiqua" w:hAnsi="Book Antiqua"/>
          <w:lang w:val="es-PR"/>
        </w:rPr>
        <w:t>$</w:t>
      </w:r>
      <w:r w:rsidRPr="00E47C79">
        <w:rPr>
          <w:rFonts w:ascii="Book Antiqua" w:hAnsi="Book Antiqua"/>
          <w:lang w:val="es-PR"/>
        </w:rPr>
        <w:t>30,000.00</w:t>
      </w:r>
    </w:p>
    <w:p w14:paraId="719368D2" w14:textId="35E452A4"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lastRenderedPageBreak/>
        <w:t>86. Casa de la Bondad</w:t>
      </w:r>
      <w:r w:rsidRPr="00E47C79">
        <w:rPr>
          <w:rFonts w:ascii="Book Antiqua" w:hAnsi="Book Antiqua"/>
          <w:lang w:val="es-PR"/>
        </w:rPr>
        <w:tab/>
        <w:t xml:space="preserve"> </w:t>
      </w:r>
      <w:r w:rsidR="007B793F" w:rsidRPr="00E47C79">
        <w:rPr>
          <w:rFonts w:ascii="Book Antiqua" w:hAnsi="Book Antiqua"/>
          <w:lang w:val="es-PR"/>
        </w:rPr>
        <w:t>$</w:t>
      </w:r>
      <w:r w:rsidRPr="00E47C79">
        <w:rPr>
          <w:rFonts w:ascii="Book Antiqua" w:hAnsi="Book Antiqua"/>
          <w:lang w:val="es-PR"/>
        </w:rPr>
        <w:t>30,000.00</w:t>
      </w:r>
    </w:p>
    <w:p w14:paraId="3F29230C" w14:textId="134321FE"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87. Casa de Niños Manuel Fernández Juncos, Inc.</w:t>
      </w:r>
      <w:r w:rsidRPr="00E47C79">
        <w:rPr>
          <w:rFonts w:ascii="Book Antiqua" w:hAnsi="Book Antiqua"/>
          <w:lang w:val="es-PR"/>
        </w:rPr>
        <w:tab/>
        <w:t xml:space="preserve"> </w:t>
      </w:r>
      <w:r w:rsidR="007B793F" w:rsidRPr="00E47C79">
        <w:rPr>
          <w:rFonts w:ascii="Book Antiqua" w:hAnsi="Book Antiqua"/>
          <w:lang w:val="es-PR"/>
        </w:rPr>
        <w:t>$</w:t>
      </w:r>
      <w:r w:rsidRPr="00E47C79">
        <w:rPr>
          <w:rFonts w:ascii="Book Antiqua" w:hAnsi="Book Antiqua"/>
          <w:lang w:val="es-PR"/>
        </w:rPr>
        <w:t>170,000.00</w:t>
      </w:r>
    </w:p>
    <w:p w14:paraId="2832466C" w14:textId="117BBA89"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88. Casa de Transformación y Restauración Familiar, Inc.</w:t>
      </w:r>
      <w:r w:rsidRPr="00E47C79">
        <w:rPr>
          <w:rFonts w:ascii="Book Antiqua" w:hAnsi="Book Antiqua"/>
          <w:lang w:val="es-PR"/>
        </w:rPr>
        <w:tab/>
        <w:t xml:space="preserve"> </w:t>
      </w:r>
      <w:r w:rsidR="007B793F" w:rsidRPr="00E47C79">
        <w:rPr>
          <w:rFonts w:ascii="Book Antiqua" w:hAnsi="Book Antiqua"/>
          <w:lang w:val="es-PR"/>
        </w:rPr>
        <w:t>$</w:t>
      </w:r>
      <w:r w:rsidRPr="00E47C79">
        <w:rPr>
          <w:rFonts w:ascii="Book Antiqua" w:hAnsi="Book Antiqua"/>
          <w:lang w:val="es-PR"/>
        </w:rPr>
        <w:t>10,000.00</w:t>
      </w:r>
    </w:p>
    <w:p w14:paraId="2BC46684" w14:textId="52AFC228"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89. Casa del Peregrino Aguadilla, Inc.</w:t>
      </w:r>
      <w:r w:rsidRPr="00E47C79">
        <w:rPr>
          <w:rFonts w:ascii="Book Antiqua" w:hAnsi="Book Antiqua"/>
          <w:lang w:val="es-PR"/>
        </w:rPr>
        <w:tab/>
        <w:t xml:space="preserve"> </w:t>
      </w:r>
      <w:r w:rsidR="007B793F" w:rsidRPr="00E47C79">
        <w:rPr>
          <w:rFonts w:ascii="Book Antiqua" w:hAnsi="Book Antiqua"/>
          <w:lang w:val="es-PR"/>
        </w:rPr>
        <w:t>$</w:t>
      </w:r>
      <w:r w:rsidRPr="00E47C79">
        <w:rPr>
          <w:rFonts w:ascii="Book Antiqua" w:hAnsi="Book Antiqua"/>
          <w:lang w:val="es-PR"/>
        </w:rPr>
        <w:t>7,000.00</w:t>
      </w:r>
    </w:p>
    <w:p w14:paraId="289DA228" w14:textId="3DEAAC79"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90. Casa Joven del Caribe, Inc.</w:t>
      </w:r>
      <w:r w:rsidRPr="00E47C79">
        <w:rPr>
          <w:rFonts w:ascii="Book Antiqua" w:hAnsi="Book Antiqua"/>
          <w:lang w:val="es-PR"/>
        </w:rPr>
        <w:tab/>
        <w:t xml:space="preserve"> </w:t>
      </w:r>
      <w:r w:rsidR="00CF159C" w:rsidRPr="00E47C79">
        <w:rPr>
          <w:rFonts w:ascii="Book Antiqua" w:hAnsi="Book Antiqua"/>
          <w:lang w:val="es-PR"/>
        </w:rPr>
        <w:t>$</w:t>
      </w:r>
      <w:r w:rsidRPr="00E47C79">
        <w:rPr>
          <w:rFonts w:ascii="Book Antiqua" w:hAnsi="Book Antiqua"/>
          <w:lang w:val="es-PR"/>
        </w:rPr>
        <w:t>18,000.00</w:t>
      </w:r>
    </w:p>
    <w:p w14:paraId="4262A7F5" w14:textId="6EE77E89"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91. Casa Juan Bosco, Inc.</w:t>
      </w:r>
      <w:r w:rsidRPr="00E47C79">
        <w:rPr>
          <w:rFonts w:ascii="Book Antiqua" w:hAnsi="Book Antiqua"/>
          <w:lang w:val="es-PR"/>
        </w:rPr>
        <w:tab/>
        <w:t xml:space="preserve"> </w:t>
      </w:r>
      <w:r w:rsidR="00CF159C" w:rsidRPr="00E47C79">
        <w:rPr>
          <w:rFonts w:ascii="Book Antiqua" w:hAnsi="Book Antiqua"/>
          <w:lang w:val="es-PR"/>
        </w:rPr>
        <w:t>$</w:t>
      </w:r>
      <w:r w:rsidRPr="00E47C79">
        <w:rPr>
          <w:rFonts w:ascii="Book Antiqua" w:hAnsi="Book Antiqua"/>
          <w:lang w:val="es-PR"/>
        </w:rPr>
        <w:t>22,400.00</w:t>
      </w:r>
    </w:p>
    <w:p w14:paraId="5DD22A29" w14:textId="41EE5324"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 xml:space="preserve">92. Casa Juan Pablo II, </w:t>
      </w:r>
      <w:proofErr w:type="spellStart"/>
      <w:r w:rsidRPr="00E47C79">
        <w:rPr>
          <w:rFonts w:ascii="Book Antiqua" w:hAnsi="Book Antiqua"/>
          <w:lang w:val="es-PR"/>
        </w:rPr>
        <w:t>Inc</w:t>
      </w:r>
      <w:proofErr w:type="spellEnd"/>
      <w:r w:rsidRPr="00E47C79">
        <w:rPr>
          <w:rFonts w:ascii="Book Antiqua" w:hAnsi="Book Antiqua"/>
          <w:lang w:val="es-PR"/>
        </w:rPr>
        <w:tab/>
        <w:t xml:space="preserve"> </w:t>
      </w:r>
      <w:r w:rsidR="00CF159C" w:rsidRPr="00E47C79">
        <w:rPr>
          <w:rFonts w:ascii="Book Antiqua" w:hAnsi="Book Antiqua"/>
          <w:lang w:val="es-PR"/>
        </w:rPr>
        <w:t>$</w:t>
      </w:r>
      <w:r w:rsidRPr="00E47C79">
        <w:rPr>
          <w:rFonts w:ascii="Book Antiqua" w:hAnsi="Book Antiqua"/>
          <w:lang w:val="es-PR"/>
        </w:rPr>
        <w:t>8,000.00</w:t>
      </w:r>
    </w:p>
    <w:p w14:paraId="62A83DA9" w14:textId="6EF87234"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93. Casa Juana Colón Apoyo y Orientación a la Mujer</w:t>
      </w:r>
      <w:r w:rsidRPr="00E47C79">
        <w:rPr>
          <w:rFonts w:ascii="Book Antiqua" w:hAnsi="Book Antiqua"/>
          <w:lang w:val="es-PR"/>
        </w:rPr>
        <w:tab/>
        <w:t xml:space="preserve"> </w:t>
      </w:r>
      <w:r w:rsidR="00CF159C" w:rsidRPr="00E47C79">
        <w:rPr>
          <w:rFonts w:ascii="Book Antiqua" w:hAnsi="Book Antiqua"/>
          <w:lang w:val="es-PR"/>
        </w:rPr>
        <w:t>$</w:t>
      </w:r>
      <w:r w:rsidRPr="00E47C79">
        <w:rPr>
          <w:rFonts w:ascii="Book Antiqua" w:hAnsi="Book Antiqua"/>
          <w:lang w:val="es-PR"/>
        </w:rPr>
        <w:t>8,000.00</w:t>
      </w:r>
    </w:p>
    <w:p w14:paraId="6B526345" w14:textId="4C4224D5"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94. Casa la Providencia</w:t>
      </w:r>
      <w:r w:rsidRPr="00E47C79">
        <w:rPr>
          <w:rFonts w:ascii="Book Antiqua" w:hAnsi="Book Antiqua"/>
          <w:lang w:val="es-PR"/>
        </w:rPr>
        <w:tab/>
        <w:t xml:space="preserve"> </w:t>
      </w:r>
      <w:r w:rsidR="00CF159C" w:rsidRPr="00E47C79">
        <w:rPr>
          <w:rFonts w:ascii="Book Antiqua" w:hAnsi="Book Antiqua"/>
          <w:lang w:val="es-PR"/>
        </w:rPr>
        <w:t>$</w:t>
      </w:r>
      <w:r w:rsidRPr="00E47C79">
        <w:rPr>
          <w:rFonts w:ascii="Book Antiqua" w:hAnsi="Book Antiqua"/>
          <w:lang w:val="es-PR"/>
        </w:rPr>
        <w:t>40,000.00</w:t>
      </w:r>
    </w:p>
    <w:p w14:paraId="52B736F7" w14:textId="208BE79B"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95. Casa Luz y Vida, Inc.</w:t>
      </w:r>
      <w:r w:rsidRPr="00E47C79">
        <w:rPr>
          <w:rFonts w:ascii="Book Antiqua" w:hAnsi="Book Antiqua"/>
          <w:lang w:val="es-PR"/>
        </w:rPr>
        <w:tab/>
        <w:t xml:space="preserve"> </w:t>
      </w:r>
      <w:r w:rsidR="00CF159C" w:rsidRPr="00E47C79">
        <w:rPr>
          <w:rFonts w:ascii="Book Antiqua" w:hAnsi="Book Antiqua"/>
          <w:lang w:val="es-PR"/>
        </w:rPr>
        <w:t>$</w:t>
      </w:r>
      <w:r w:rsidRPr="00E47C79">
        <w:rPr>
          <w:rFonts w:ascii="Book Antiqua" w:hAnsi="Book Antiqua"/>
          <w:lang w:val="es-PR"/>
        </w:rPr>
        <w:t>25,000.00</w:t>
      </w:r>
    </w:p>
    <w:p w14:paraId="59C486F5" w14:textId="3240F230"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96. Casa Pensamiento de Mujer</w:t>
      </w:r>
      <w:r w:rsidRPr="00E47C79">
        <w:rPr>
          <w:rFonts w:ascii="Book Antiqua" w:hAnsi="Book Antiqua"/>
          <w:lang w:val="es-PR"/>
        </w:rPr>
        <w:tab/>
        <w:t xml:space="preserve"> </w:t>
      </w:r>
      <w:r w:rsidR="00CF159C" w:rsidRPr="00E47C79">
        <w:rPr>
          <w:rFonts w:ascii="Book Antiqua" w:hAnsi="Book Antiqua"/>
          <w:lang w:val="es-PR"/>
        </w:rPr>
        <w:t>$</w:t>
      </w:r>
      <w:r w:rsidRPr="00E47C79">
        <w:rPr>
          <w:rFonts w:ascii="Book Antiqua" w:hAnsi="Book Antiqua"/>
          <w:lang w:val="es-PR"/>
        </w:rPr>
        <w:t>50,000.00</w:t>
      </w:r>
    </w:p>
    <w:p w14:paraId="637A4E0D" w14:textId="5D0060A0"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 xml:space="preserve">97. Casa </w:t>
      </w:r>
      <w:proofErr w:type="spellStart"/>
      <w:r w:rsidRPr="00E47C79">
        <w:rPr>
          <w:rFonts w:ascii="Book Antiqua" w:hAnsi="Book Antiqua"/>
          <w:lang w:val="es-PR"/>
        </w:rPr>
        <w:t>Pepiniana</w:t>
      </w:r>
      <w:proofErr w:type="spellEnd"/>
      <w:r w:rsidRPr="00E47C79">
        <w:rPr>
          <w:rFonts w:ascii="Book Antiqua" w:hAnsi="Book Antiqua"/>
          <w:lang w:val="es-PR"/>
        </w:rPr>
        <w:t xml:space="preserve"> de la Cultura</w:t>
      </w:r>
      <w:r w:rsidRPr="00E47C79">
        <w:rPr>
          <w:rFonts w:ascii="Book Antiqua" w:hAnsi="Book Antiqua"/>
          <w:lang w:val="es-PR"/>
        </w:rPr>
        <w:tab/>
      </w:r>
      <w:r w:rsidR="00CF159C" w:rsidRPr="00E47C79">
        <w:rPr>
          <w:rFonts w:ascii="Book Antiqua" w:hAnsi="Book Antiqua"/>
          <w:lang w:val="es-PR"/>
        </w:rPr>
        <w:t>$</w:t>
      </w:r>
      <w:r w:rsidRPr="00E47C79">
        <w:rPr>
          <w:rFonts w:ascii="Book Antiqua" w:hAnsi="Book Antiqua"/>
          <w:lang w:val="es-PR"/>
        </w:rPr>
        <w:t>3,000.00</w:t>
      </w:r>
    </w:p>
    <w:p w14:paraId="66113BE3" w14:textId="7287B443"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98. Casa Protegida Julia de Burgos, Inc.</w:t>
      </w:r>
      <w:r w:rsidRPr="00E47C79">
        <w:rPr>
          <w:rFonts w:ascii="Book Antiqua" w:hAnsi="Book Antiqua"/>
          <w:lang w:val="es-PR"/>
        </w:rPr>
        <w:tab/>
        <w:t xml:space="preserve"> </w:t>
      </w:r>
      <w:r w:rsidR="00CF159C" w:rsidRPr="00E47C79">
        <w:rPr>
          <w:rFonts w:ascii="Book Antiqua" w:hAnsi="Book Antiqua"/>
          <w:lang w:val="es-PR"/>
        </w:rPr>
        <w:t>$</w:t>
      </w:r>
      <w:r w:rsidRPr="00E47C79">
        <w:rPr>
          <w:rFonts w:ascii="Book Antiqua" w:hAnsi="Book Antiqua"/>
          <w:lang w:val="es-PR"/>
        </w:rPr>
        <w:t>195,000.00</w:t>
      </w:r>
    </w:p>
    <w:p w14:paraId="3E335446" w14:textId="5B1B6759"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99. Casa Vegana</w:t>
      </w:r>
      <w:r w:rsidRPr="00E47C79">
        <w:rPr>
          <w:rFonts w:ascii="Book Antiqua" w:hAnsi="Book Antiqua"/>
          <w:lang w:val="es-PR"/>
        </w:rPr>
        <w:tab/>
        <w:t xml:space="preserve"> </w:t>
      </w:r>
      <w:r w:rsidR="00CF159C" w:rsidRPr="00E47C79">
        <w:rPr>
          <w:rFonts w:ascii="Book Antiqua" w:hAnsi="Book Antiqua"/>
          <w:lang w:val="es-PR"/>
        </w:rPr>
        <w:t>$</w:t>
      </w:r>
      <w:r w:rsidRPr="00E47C79">
        <w:rPr>
          <w:rFonts w:ascii="Book Antiqua" w:hAnsi="Book Antiqua"/>
          <w:lang w:val="es-PR"/>
        </w:rPr>
        <w:t>3,000.00</w:t>
      </w:r>
    </w:p>
    <w:p w14:paraId="5234CEFB" w14:textId="4558A8A8"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100. Castillo de Ángeles</w:t>
      </w:r>
      <w:r w:rsidRPr="00E47C79">
        <w:rPr>
          <w:rFonts w:ascii="Book Antiqua" w:hAnsi="Book Antiqua"/>
          <w:lang w:val="es-PR"/>
        </w:rPr>
        <w:tab/>
        <w:t xml:space="preserve"> </w:t>
      </w:r>
      <w:r w:rsidR="00CF159C" w:rsidRPr="00E47C79">
        <w:rPr>
          <w:rFonts w:ascii="Book Antiqua" w:hAnsi="Book Antiqua"/>
          <w:lang w:val="es-PR"/>
        </w:rPr>
        <w:t>$</w:t>
      </w:r>
      <w:r w:rsidRPr="00E47C79">
        <w:rPr>
          <w:rFonts w:ascii="Book Antiqua" w:hAnsi="Book Antiqua"/>
          <w:lang w:val="es-PR"/>
        </w:rPr>
        <w:t>10,000.00</w:t>
      </w:r>
    </w:p>
    <w:p w14:paraId="4EF54CF2" w14:textId="754B2160" w:rsidR="00B42AC6" w:rsidRPr="00684E5B" w:rsidRDefault="00B42AC6" w:rsidP="003659B9">
      <w:pPr>
        <w:tabs>
          <w:tab w:val="decimal" w:pos="8280"/>
        </w:tabs>
        <w:rPr>
          <w:rFonts w:ascii="Book Antiqua" w:hAnsi="Book Antiqua"/>
        </w:rPr>
      </w:pPr>
      <w:r w:rsidRPr="00684E5B">
        <w:rPr>
          <w:rFonts w:ascii="Book Antiqua" w:hAnsi="Book Antiqua"/>
        </w:rPr>
        <w:t>101. CATPI, Inc.</w:t>
      </w:r>
      <w:r w:rsidRPr="00684E5B">
        <w:rPr>
          <w:rFonts w:ascii="Book Antiqua" w:hAnsi="Book Antiqua"/>
        </w:rPr>
        <w:tab/>
        <w:t xml:space="preserve"> </w:t>
      </w:r>
      <w:r w:rsidR="00CF159C" w:rsidRPr="00684E5B">
        <w:rPr>
          <w:rFonts w:ascii="Book Antiqua" w:hAnsi="Book Antiqua"/>
        </w:rPr>
        <w:t>$</w:t>
      </w:r>
      <w:r w:rsidRPr="00684E5B">
        <w:rPr>
          <w:rFonts w:ascii="Book Antiqua" w:hAnsi="Book Antiqua"/>
        </w:rPr>
        <w:t>5,000.00</w:t>
      </w:r>
    </w:p>
    <w:p w14:paraId="3395D0FB" w14:textId="5E4C52BD" w:rsidR="00B42AC6" w:rsidRPr="00E47C79" w:rsidRDefault="00B42AC6" w:rsidP="003659B9">
      <w:pPr>
        <w:tabs>
          <w:tab w:val="decimal" w:pos="8280"/>
        </w:tabs>
        <w:rPr>
          <w:rFonts w:ascii="Book Antiqua" w:hAnsi="Book Antiqua"/>
          <w:lang w:val="es-PR"/>
        </w:rPr>
      </w:pPr>
      <w:r w:rsidRPr="00684E5B">
        <w:rPr>
          <w:rFonts w:ascii="Book Antiqua" w:hAnsi="Book Antiqua"/>
        </w:rPr>
        <w:t xml:space="preserve">102. </w:t>
      </w:r>
      <w:proofErr w:type="spellStart"/>
      <w:r w:rsidRPr="00684E5B">
        <w:rPr>
          <w:rFonts w:ascii="Book Antiqua" w:hAnsi="Book Antiqua"/>
        </w:rPr>
        <w:t>Centinelas</w:t>
      </w:r>
      <w:proofErr w:type="spellEnd"/>
      <w:r w:rsidRPr="00684E5B">
        <w:rPr>
          <w:rFonts w:ascii="Book Antiqua" w:hAnsi="Book Antiqua"/>
        </w:rPr>
        <w:t xml:space="preserve"> Runners Club, Inc.</w:t>
      </w:r>
      <w:r w:rsidRPr="00684E5B">
        <w:rPr>
          <w:rFonts w:ascii="Book Antiqua" w:hAnsi="Book Antiqua"/>
        </w:rPr>
        <w:tab/>
        <w:t xml:space="preserve"> </w:t>
      </w:r>
      <w:r w:rsidR="00CF159C" w:rsidRPr="00E47C79">
        <w:rPr>
          <w:rFonts w:ascii="Book Antiqua" w:hAnsi="Book Antiqua"/>
          <w:lang w:val="es-PR"/>
        </w:rPr>
        <w:t>$</w:t>
      </w:r>
      <w:r w:rsidRPr="00E47C79">
        <w:rPr>
          <w:rFonts w:ascii="Book Antiqua" w:hAnsi="Book Antiqua"/>
          <w:lang w:val="es-PR"/>
        </w:rPr>
        <w:t>8,000.00</w:t>
      </w:r>
    </w:p>
    <w:p w14:paraId="157F0AB2" w14:textId="310F0809"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103. Centro Agropecuario</w:t>
      </w:r>
      <w:r w:rsidRPr="00E47C79">
        <w:rPr>
          <w:rFonts w:ascii="Book Antiqua" w:hAnsi="Book Antiqua"/>
          <w:lang w:val="es-PR"/>
        </w:rPr>
        <w:tab/>
        <w:t xml:space="preserve"> </w:t>
      </w:r>
      <w:r w:rsidR="00CF159C" w:rsidRPr="00E47C79">
        <w:rPr>
          <w:rFonts w:ascii="Book Antiqua" w:hAnsi="Book Antiqua"/>
          <w:lang w:val="es-PR"/>
        </w:rPr>
        <w:t>$</w:t>
      </w:r>
      <w:r w:rsidRPr="00E47C79">
        <w:rPr>
          <w:rFonts w:ascii="Book Antiqua" w:hAnsi="Book Antiqua"/>
          <w:lang w:val="es-PR"/>
        </w:rPr>
        <w:t>15,000.00</w:t>
      </w:r>
    </w:p>
    <w:p w14:paraId="45CA1C84" w14:textId="28B3FFE9"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 xml:space="preserve">104. Centro </w:t>
      </w:r>
      <w:proofErr w:type="spellStart"/>
      <w:r w:rsidRPr="00E47C79">
        <w:rPr>
          <w:rFonts w:ascii="Book Antiqua" w:hAnsi="Book Antiqua"/>
          <w:lang w:val="es-PR"/>
        </w:rPr>
        <w:t>Coameño</w:t>
      </w:r>
      <w:proofErr w:type="spellEnd"/>
      <w:r w:rsidRPr="00E47C79">
        <w:rPr>
          <w:rFonts w:ascii="Book Antiqua" w:hAnsi="Book Antiqua"/>
          <w:lang w:val="es-PR"/>
        </w:rPr>
        <w:t xml:space="preserve"> para la Vejez Inc.</w:t>
      </w:r>
      <w:r w:rsidRPr="00E47C79">
        <w:rPr>
          <w:rFonts w:ascii="Book Antiqua" w:hAnsi="Book Antiqua"/>
          <w:lang w:val="es-PR"/>
        </w:rPr>
        <w:tab/>
        <w:t xml:space="preserve"> </w:t>
      </w:r>
      <w:r w:rsidR="00CF159C" w:rsidRPr="00E47C79">
        <w:rPr>
          <w:rFonts w:ascii="Book Antiqua" w:hAnsi="Book Antiqua"/>
          <w:lang w:val="es-PR"/>
        </w:rPr>
        <w:t>$</w:t>
      </w:r>
      <w:r w:rsidRPr="00E47C79">
        <w:rPr>
          <w:rFonts w:ascii="Book Antiqua" w:hAnsi="Book Antiqua"/>
          <w:lang w:val="es-PR"/>
        </w:rPr>
        <w:t>72,900.00</w:t>
      </w:r>
    </w:p>
    <w:p w14:paraId="75B4C339" w14:textId="1C6D61CB"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105. Centro Criollo Ciencia y Tecnología (C3TEC)</w:t>
      </w:r>
      <w:r w:rsidRPr="00E47C79">
        <w:rPr>
          <w:rFonts w:ascii="Book Antiqua" w:hAnsi="Book Antiqua"/>
          <w:lang w:val="es-PR"/>
        </w:rPr>
        <w:tab/>
        <w:t xml:space="preserve"> </w:t>
      </w:r>
      <w:r w:rsidR="00CF159C" w:rsidRPr="00E47C79">
        <w:rPr>
          <w:rFonts w:ascii="Book Antiqua" w:hAnsi="Book Antiqua"/>
          <w:lang w:val="es-PR"/>
        </w:rPr>
        <w:t>$</w:t>
      </w:r>
      <w:r w:rsidRPr="00E47C79">
        <w:rPr>
          <w:rFonts w:ascii="Book Antiqua" w:hAnsi="Book Antiqua"/>
          <w:lang w:val="es-PR"/>
        </w:rPr>
        <w:t>10,000.00</w:t>
      </w:r>
    </w:p>
    <w:p w14:paraId="32B268A7" w14:textId="2B4D5B8D"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106. Centro Cristiano de Actividades Múltiples Shalom</w:t>
      </w:r>
      <w:r w:rsidRPr="00E47C79">
        <w:rPr>
          <w:rFonts w:ascii="Book Antiqua" w:hAnsi="Book Antiqua"/>
          <w:lang w:val="es-PR"/>
        </w:rPr>
        <w:tab/>
        <w:t xml:space="preserve"> </w:t>
      </w:r>
      <w:r w:rsidR="00CF159C" w:rsidRPr="00E47C79">
        <w:rPr>
          <w:rFonts w:ascii="Book Antiqua" w:hAnsi="Book Antiqua"/>
          <w:lang w:val="es-PR"/>
        </w:rPr>
        <w:t>$</w:t>
      </w:r>
      <w:r w:rsidRPr="00E47C79">
        <w:rPr>
          <w:rFonts w:ascii="Book Antiqua" w:hAnsi="Book Antiqua"/>
          <w:lang w:val="es-PR"/>
        </w:rPr>
        <w:t>15,000.00</w:t>
      </w:r>
    </w:p>
    <w:p w14:paraId="0165ADC2" w14:textId="51BDE98B"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107. Centro Cuidado Amor</w:t>
      </w:r>
      <w:r w:rsidRPr="00E47C79">
        <w:rPr>
          <w:rFonts w:ascii="Book Antiqua" w:hAnsi="Book Antiqua"/>
          <w:lang w:val="es-PR"/>
        </w:rPr>
        <w:tab/>
        <w:t xml:space="preserve"> </w:t>
      </w:r>
      <w:r w:rsidR="00CF159C" w:rsidRPr="00E47C79">
        <w:rPr>
          <w:rFonts w:ascii="Book Antiqua" w:hAnsi="Book Antiqua"/>
          <w:lang w:val="es-PR"/>
        </w:rPr>
        <w:t>$</w:t>
      </w:r>
      <w:r w:rsidRPr="00E47C79">
        <w:rPr>
          <w:rFonts w:ascii="Book Antiqua" w:hAnsi="Book Antiqua"/>
          <w:lang w:val="es-PR"/>
        </w:rPr>
        <w:t>23,000.00</w:t>
      </w:r>
    </w:p>
    <w:p w14:paraId="34C78BD9" w14:textId="7DB5519C"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108. Centro Cultural Carmen Sola De Pereira De Ponce, Inc.</w:t>
      </w:r>
      <w:r w:rsidRPr="00E47C79">
        <w:rPr>
          <w:rFonts w:ascii="Book Antiqua" w:hAnsi="Book Antiqua"/>
          <w:lang w:val="es-PR"/>
        </w:rPr>
        <w:tab/>
        <w:t xml:space="preserve"> </w:t>
      </w:r>
      <w:r w:rsidR="00CF159C" w:rsidRPr="00E47C79">
        <w:rPr>
          <w:rFonts w:ascii="Book Antiqua" w:hAnsi="Book Antiqua"/>
          <w:lang w:val="es-PR"/>
        </w:rPr>
        <w:t>$</w:t>
      </w:r>
      <w:r w:rsidRPr="00E47C79">
        <w:rPr>
          <w:rFonts w:ascii="Book Antiqua" w:hAnsi="Book Antiqua"/>
          <w:lang w:val="es-PR"/>
        </w:rPr>
        <w:t>4,000.00</w:t>
      </w:r>
    </w:p>
    <w:p w14:paraId="664CC94A" w14:textId="3008BEE4"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 xml:space="preserve">109. Centro Cultural </w:t>
      </w:r>
      <w:proofErr w:type="spellStart"/>
      <w:r w:rsidRPr="00E47C79">
        <w:rPr>
          <w:rFonts w:ascii="Book Antiqua" w:hAnsi="Book Antiqua"/>
          <w:lang w:val="es-PR"/>
        </w:rPr>
        <w:t>Cidreño</w:t>
      </w:r>
      <w:proofErr w:type="spellEnd"/>
      <w:r w:rsidRPr="00E47C79">
        <w:rPr>
          <w:rFonts w:ascii="Book Antiqua" w:hAnsi="Book Antiqua"/>
          <w:lang w:val="es-PR"/>
        </w:rPr>
        <w:tab/>
        <w:t xml:space="preserve"> </w:t>
      </w:r>
      <w:r w:rsidR="00CF159C" w:rsidRPr="00E47C79">
        <w:rPr>
          <w:rFonts w:ascii="Book Antiqua" w:hAnsi="Book Antiqua"/>
          <w:lang w:val="es-PR"/>
        </w:rPr>
        <w:t>$</w:t>
      </w:r>
      <w:r w:rsidRPr="00E47C79">
        <w:rPr>
          <w:rFonts w:ascii="Book Antiqua" w:hAnsi="Book Antiqua"/>
          <w:lang w:val="es-PR"/>
        </w:rPr>
        <w:t>15,000.00</w:t>
      </w:r>
    </w:p>
    <w:p w14:paraId="2AD30FD6" w14:textId="5A8FF5FC"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110. Centro Cultural de Arroyo</w:t>
      </w:r>
      <w:r w:rsidRPr="00E47C79">
        <w:rPr>
          <w:rFonts w:ascii="Book Antiqua" w:hAnsi="Book Antiqua"/>
          <w:lang w:val="es-PR"/>
        </w:rPr>
        <w:tab/>
        <w:t xml:space="preserve"> </w:t>
      </w:r>
      <w:r w:rsidR="00CF159C" w:rsidRPr="00E47C79">
        <w:rPr>
          <w:rFonts w:ascii="Book Antiqua" w:hAnsi="Book Antiqua"/>
          <w:lang w:val="es-PR"/>
        </w:rPr>
        <w:t>$</w:t>
      </w:r>
      <w:r w:rsidRPr="00E47C79">
        <w:rPr>
          <w:rFonts w:ascii="Book Antiqua" w:hAnsi="Book Antiqua"/>
          <w:lang w:val="es-PR"/>
        </w:rPr>
        <w:t>3,000.00</w:t>
      </w:r>
    </w:p>
    <w:p w14:paraId="7E134EC5" w14:textId="5FDCB77C"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111. Centro Cultural de Caguas, Inc.</w:t>
      </w:r>
      <w:r w:rsidRPr="00E47C79">
        <w:rPr>
          <w:rFonts w:ascii="Book Antiqua" w:hAnsi="Book Antiqua"/>
          <w:lang w:val="es-PR"/>
        </w:rPr>
        <w:tab/>
        <w:t xml:space="preserve"> </w:t>
      </w:r>
      <w:r w:rsidR="00CF159C" w:rsidRPr="00E47C79">
        <w:rPr>
          <w:rFonts w:ascii="Book Antiqua" w:hAnsi="Book Antiqua"/>
          <w:lang w:val="es-PR"/>
        </w:rPr>
        <w:t>$</w:t>
      </w:r>
      <w:r w:rsidRPr="00E47C79">
        <w:rPr>
          <w:rFonts w:ascii="Book Antiqua" w:hAnsi="Book Antiqua"/>
          <w:lang w:val="es-PR"/>
        </w:rPr>
        <w:t>3,000.00</w:t>
      </w:r>
    </w:p>
    <w:p w14:paraId="45C1C717" w14:textId="38860719"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lastRenderedPageBreak/>
        <w:t xml:space="preserve">112. Centro Cultural de San </w:t>
      </w:r>
      <w:r w:rsidR="0010027C" w:rsidRPr="00E47C79">
        <w:rPr>
          <w:rFonts w:ascii="Book Antiqua" w:hAnsi="Book Antiqua"/>
          <w:lang w:val="es-PR"/>
        </w:rPr>
        <w:t>Sebastián</w:t>
      </w:r>
      <w:r w:rsidRPr="00E47C79">
        <w:rPr>
          <w:rFonts w:ascii="Book Antiqua" w:hAnsi="Book Antiqua"/>
          <w:lang w:val="es-PR"/>
        </w:rPr>
        <w:t xml:space="preserve"> Luis </w:t>
      </w:r>
      <w:proofErr w:type="spellStart"/>
      <w:r w:rsidRPr="00E47C79">
        <w:rPr>
          <w:rFonts w:ascii="Book Antiqua" w:hAnsi="Book Antiqua"/>
          <w:lang w:val="es-PR"/>
        </w:rPr>
        <w:t>Rodriguez</w:t>
      </w:r>
      <w:proofErr w:type="spellEnd"/>
      <w:r w:rsidRPr="00E47C79">
        <w:rPr>
          <w:rFonts w:ascii="Book Antiqua" w:hAnsi="Book Antiqua"/>
          <w:lang w:val="es-PR"/>
        </w:rPr>
        <w:t xml:space="preserve"> Cabrero, Inc.</w:t>
      </w:r>
      <w:r w:rsidRPr="00E47C79">
        <w:rPr>
          <w:rFonts w:ascii="Book Antiqua" w:hAnsi="Book Antiqua"/>
          <w:lang w:val="es-PR"/>
        </w:rPr>
        <w:tab/>
        <w:t xml:space="preserve"> </w:t>
      </w:r>
      <w:r w:rsidR="00CF159C" w:rsidRPr="00E47C79">
        <w:rPr>
          <w:rFonts w:ascii="Book Antiqua" w:hAnsi="Book Antiqua"/>
          <w:lang w:val="es-PR"/>
        </w:rPr>
        <w:t>$</w:t>
      </w:r>
      <w:r w:rsidRPr="00E47C79">
        <w:rPr>
          <w:rFonts w:ascii="Book Antiqua" w:hAnsi="Book Antiqua"/>
          <w:lang w:val="es-PR"/>
        </w:rPr>
        <w:t>4,000.00</w:t>
      </w:r>
    </w:p>
    <w:p w14:paraId="35FF8A02" w14:textId="08CB2234"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113. Centro Cultural Dr</w:t>
      </w:r>
      <w:r w:rsidR="0010027C" w:rsidRPr="00E47C79">
        <w:rPr>
          <w:rFonts w:ascii="Book Antiqua" w:hAnsi="Book Antiqua"/>
          <w:lang w:val="es-PR"/>
        </w:rPr>
        <w:t>.</w:t>
      </w:r>
      <w:r w:rsidRPr="00E47C79">
        <w:rPr>
          <w:rFonts w:ascii="Book Antiqua" w:hAnsi="Book Antiqua"/>
          <w:lang w:val="es-PR"/>
        </w:rPr>
        <w:t xml:space="preserve"> Quevedo Báez </w:t>
      </w:r>
      <w:proofErr w:type="spellStart"/>
      <w:r w:rsidRPr="00E47C79">
        <w:rPr>
          <w:rFonts w:ascii="Book Antiqua" w:hAnsi="Book Antiqua"/>
          <w:lang w:val="es-PR"/>
        </w:rPr>
        <w:t>Inc</w:t>
      </w:r>
      <w:proofErr w:type="spellEnd"/>
      <w:r w:rsidRPr="00E47C79">
        <w:rPr>
          <w:rFonts w:ascii="Book Antiqua" w:hAnsi="Book Antiqua"/>
          <w:lang w:val="es-PR"/>
        </w:rPr>
        <w:tab/>
        <w:t xml:space="preserve"> </w:t>
      </w:r>
      <w:r w:rsidR="00CF159C" w:rsidRPr="00E47C79">
        <w:rPr>
          <w:rFonts w:ascii="Book Antiqua" w:hAnsi="Book Antiqua"/>
          <w:lang w:val="es-PR"/>
        </w:rPr>
        <w:t>$</w:t>
      </w:r>
      <w:r w:rsidRPr="00E47C79">
        <w:rPr>
          <w:rFonts w:ascii="Book Antiqua" w:hAnsi="Book Antiqua"/>
          <w:lang w:val="es-PR"/>
        </w:rPr>
        <w:t>5,000.00</w:t>
      </w:r>
    </w:p>
    <w:p w14:paraId="275E4199" w14:textId="11AF9F77"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114. Centro Cultural y de Servicios de Cantera, Inc.</w:t>
      </w:r>
      <w:r w:rsidRPr="00E47C79">
        <w:rPr>
          <w:rFonts w:ascii="Book Antiqua" w:hAnsi="Book Antiqua"/>
          <w:lang w:val="es-PR"/>
        </w:rPr>
        <w:tab/>
        <w:t xml:space="preserve"> </w:t>
      </w:r>
      <w:r w:rsidR="00CF159C" w:rsidRPr="00E47C79">
        <w:rPr>
          <w:rFonts w:ascii="Book Antiqua" w:hAnsi="Book Antiqua"/>
          <w:lang w:val="es-PR"/>
        </w:rPr>
        <w:t>$</w:t>
      </w:r>
      <w:r w:rsidRPr="00E47C79">
        <w:rPr>
          <w:rFonts w:ascii="Book Antiqua" w:hAnsi="Book Antiqua"/>
          <w:lang w:val="es-PR"/>
        </w:rPr>
        <w:t>35,000.00</w:t>
      </w:r>
    </w:p>
    <w:p w14:paraId="6607605F" w14:textId="2893ECC6" w:rsidR="00B42AC6" w:rsidRPr="00E47C79" w:rsidRDefault="00B42AC6" w:rsidP="003659B9">
      <w:pPr>
        <w:tabs>
          <w:tab w:val="decimal" w:pos="8280"/>
        </w:tabs>
        <w:rPr>
          <w:rFonts w:ascii="Book Antiqua" w:hAnsi="Book Antiqua"/>
          <w:lang w:val="es-PR"/>
        </w:rPr>
      </w:pPr>
      <w:proofErr w:type="gramStart"/>
      <w:r w:rsidRPr="00E47C79">
        <w:rPr>
          <w:rFonts w:ascii="Book Antiqua" w:hAnsi="Book Antiqua"/>
          <w:lang w:val="es-PR"/>
        </w:rPr>
        <w:t>115 .Centro</w:t>
      </w:r>
      <w:proofErr w:type="gramEnd"/>
      <w:r w:rsidRPr="00E47C79">
        <w:rPr>
          <w:rFonts w:ascii="Book Antiqua" w:hAnsi="Book Antiqua"/>
          <w:lang w:val="es-PR"/>
        </w:rPr>
        <w:t xml:space="preserve"> de Adiestramiento para Personas con Impedimento</w:t>
      </w:r>
      <w:r w:rsidRPr="00E47C79">
        <w:rPr>
          <w:rFonts w:ascii="Book Antiqua" w:hAnsi="Book Antiqua"/>
          <w:lang w:val="es-PR"/>
        </w:rPr>
        <w:tab/>
        <w:t xml:space="preserve"> </w:t>
      </w:r>
      <w:r w:rsidR="00CF159C" w:rsidRPr="00E47C79">
        <w:rPr>
          <w:rFonts w:ascii="Book Antiqua" w:hAnsi="Book Antiqua"/>
          <w:lang w:val="es-PR"/>
        </w:rPr>
        <w:t>$</w:t>
      </w:r>
      <w:r w:rsidRPr="00E47C79">
        <w:rPr>
          <w:rFonts w:ascii="Book Antiqua" w:hAnsi="Book Antiqua"/>
          <w:lang w:val="es-PR"/>
        </w:rPr>
        <w:t>2</w:t>
      </w:r>
      <w:r w:rsidR="00447E59" w:rsidRPr="00E47C79">
        <w:rPr>
          <w:rFonts w:ascii="Book Antiqua" w:hAnsi="Book Antiqua"/>
          <w:lang w:val="es-PR"/>
        </w:rPr>
        <w:t>4</w:t>
      </w:r>
      <w:r w:rsidRPr="00E47C79">
        <w:rPr>
          <w:rFonts w:ascii="Book Antiqua" w:hAnsi="Book Antiqua"/>
          <w:lang w:val="es-PR"/>
        </w:rPr>
        <w:t>,000.00</w:t>
      </w:r>
    </w:p>
    <w:p w14:paraId="44091BE4" w14:textId="2906D851"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116. Centro de Alimentos Sembrando en Otros, Inc.</w:t>
      </w:r>
      <w:r w:rsidRPr="00E47C79">
        <w:rPr>
          <w:rFonts w:ascii="Book Antiqua" w:hAnsi="Book Antiqua"/>
          <w:lang w:val="es-PR"/>
        </w:rPr>
        <w:tab/>
        <w:t xml:space="preserve"> </w:t>
      </w:r>
      <w:r w:rsidR="00CF159C" w:rsidRPr="00E47C79">
        <w:rPr>
          <w:rFonts w:ascii="Book Antiqua" w:hAnsi="Book Antiqua"/>
          <w:lang w:val="es-PR"/>
        </w:rPr>
        <w:t>$</w:t>
      </w:r>
      <w:r w:rsidRPr="00E47C79">
        <w:rPr>
          <w:rFonts w:ascii="Book Antiqua" w:hAnsi="Book Antiqua"/>
          <w:lang w:val="es-PR"/>
        </w:rPr>
        <w:t>3,000.00</w:t>
      </w:r>
    </w:p>
    <w:p w14:paraId="2C7FCB94" w14:textId="06A563A9"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117. Centro de Apoyo Integrado y Kinesiología Energética</w:t>
      </w:r>
      <w:r w:rsidRPr="00E47C79">
        <w:rPr>
          <w:rFonts w:ascii="Book Antiqua" w:hAnsi="Book Antiqua"/>
          <w:lang w:val="es-PR"/>
        </w:rPr>
        <w:tab/>
        <w:t xml:space="preserve"> </w:t>
      </w:r>
      <w:r w:rsidR="00CF159C" w:rsidRPr="00E47C79">
        <w:rPr>
          <w:rFonts w:ascii="Book Antiqua" w:hAnsi="Book Antiqua"/>
          <w:lang w:val="es-PR"/>
        </w:rPr>
        <w:t>$</w:t>
      </w:r>
      <w:r w:rsidRPr="00E47C79">
        <w:rPr>
          <w:rFonts w:ascii="Book Antiqua" w:hAnsi="Book Antiqua"/>
          <w:lang w:val="es-PR"/>
        </w:rPr>
        <w:t>3,000.00</w:t>
      </w:r>
    </w:p>
    <w:p w14:paraId="3DB1A6C3" w14:textId="11ED01C5"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118. Centro de Ayuda y Terapia al Niño con Impedimento, Inc.</w:t>
      </w:r>
      <w:r w:rsidRPr="00E47C79">
        <w:rPr>
          <w:rFonts w:ascii="Book Antiqua" w:hAnsi="Book Antiqua"/>
          <w:lang w:val="es-PR"/>
        </w:rPr>
        <w:tab/>
        <w:t xml:space="preserve"> </w:t>
      </w:r>
      <w:r w:rsidR="00CF159C" w:rsidRPr="00E47C79">
        <w:rPr>
          <w:rFonts w:ascii="Book Antiqua" w:hAnsi="Book Antiqua"/>
          <w:lang w:val="es-PR"/>
        </w:rPr>
        <w:t>$</w:t>
      </w:r>
      <w:r w:rsidRPr="00E47C79">
        <w:rPr>
          <w:rFonts w:ascii="Book Antiqua" w:hAnsi="Book Antiqua"/>
          <w:lang w:val="es-PR"/>
        </w:rPr>
        <w:t>420,000.00</w:t>
      </w:r>
    </w:p>
    <w:p w14:paraId="635750F1" w14:textId="4C699EF5"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119. Centro de Bendición, Inc.</w:t>
      </w:r>
      <w:r w:rsidRPr="00E47C79">
        <w:rPr>
          <w:rFonts w:ascii="Book Antiqua" w:hAnsi="Book Antiqua"/>
          <w:lang w:val="es-PR"/>
        </w:rPr>
        <w:tab/>
        <w:t xml:space="preserve"> </w:t>
      </w:r>
      <w:r w:rsidR="00CF159C" w:rsidRPr="00E47C79">
        <w:rPr>
          <w:rFonts w:ascii="Book Antiqua" w:hAnsi="Book Antiqua"/>
          <w:lang w:val="es-PR"/>
        </w:rPr>
        <w:t>$</w:t>
      </w:r>
      <w:r w:rsidRPr="00E47C79">
        <w:rPr>
          <w:rFonts w:ascii="Book Antiqua" w:hAnsi="Book Antiqua"/>
          <w:lang w:val="es-PR"/>
        </w:rPr>
        <w:t>25,000.00</w:t>
      </w:r>
    </w:p>
    <w:p w14:paraId="27C9200B" w14:textId="0B040648"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120. Centro de Comunidad para Envejecientes, Inc.</w:t>
      </w:r>
      <w:r w:rsidRPr="00E47C79">
        <w:rPr>
          <w:rFonts w:ascii="Book Antiqua" w:hAnsi="Book Antiqua"/>
          <w:lang w:val="es-PR"/>
        </w:rPr>
        <w:tab/>
        <w:t xml:space="preserve"> </w:t>
      </w:r>
      <w:r w:rsidR="00CF159C" w:rsidRPr="00E47C79">
        <w:rPr>
          <w:rFonts w:ascii="Book Antiqua" w:hAnsi="Book Antiqua"/>
          <w:lang w:val="es-PR"/>
        </w:rPr>
        <w:t>$</w:t>
      </w:r>
      <w:r w:rsidRPr="00E47C79">
        <w:rPr>
          <w:rFonts w:ascii="Book Antiqua" w:hAnsi="Book Antiqua"/>
          <w:lang w:val="es-PR"/>
        </w:rPr>
        <w:t>8,000.00</w:t>
      </w:r>
    </w:p>
    <w:p w14:paraId="69DF0E73" w14:textId="3471B380"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121. Centro de Consejería El Sendero de la Cruz, Inc.</w:t>
      </w:r>
      <w:r w:rsidRPr="00E47C79">
        <w:rPr>
          <w:rFonts w:ascii="Book Antiqua" w:hAnsi="Book Antiqua"/>
          <w:lang w:val="es-PR"/>
        </w:rPr>
        <w:tab/>
        <w:t xml:space="preserve"> </w:t>
      </w:r>
      <w:r w:rsidR="00CF159C" w:rsidRPr="00E47C79">
        <w:rPr>
          <w:rFonts w:ascii="Book Antiqua" w:hAnsi="Book Antiqua"/>
          <w:lang w:val="es-PR"/>
        </w:rPr>
        <w:t>$</w:t>
      </w:r>
      <w:r w:rsidRPr="00E47C79">
        <w:rPr>
          <w:rFonts w:ascii="Book Antiqua" w:hAnsi="Book Antiqua"/>
          <w:lang w:val="es-PR"/>
        </w:rPr>
        <w:t>75,000.00</w:t>
      </w:r>
    </w:p>
    <w:p w14:paraId="2D3A446B" w14:textId="090009F3"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122. Centro de Consejería y Ayuda Psicológica VIVE</w:t>
      </w:r>
      <w:r w:rsidRPr="00E47C79">
        <w:rPr>
          <w:rFonts w:ascii="Book Antiqua" w:hAnsi="Book Antiqua"/>
          <w:lang w:val="es-PR"/>
        </w:rPr>
        <w:tab/>
        <w:t xml:space="preserve"> </w:t>
      </w:r>
      <w:r w:rsidR="00CF159C" w:rsidRPr="00E47C79">
        <w:rPr>
          <w:rFonts w:ascii="Book Antiqua" w:hAnsi="Book Antiqua"/>
          <w:lang w:val="es-PR"/>
        </w:rPr>
        <w:t>$</w:t>
      </w:r>
      <w:r w:rsidRPr="00E47C79">
        <w:rPr>
          <w:rFonts w:ascii="Book Antiqua" w:hAnsi="Book Antiqua"/>
          <w:lang w:val="es-PR"/>
        </w:rPr>
        <w:t>25,000.00</w:t>
      </w:r>
    </w:p>
    <w:p w14:paraId="2F5F9344" w14:textId="618A5796" w:rsidR="00B42AC6" w:rsidRPr="00E47C79" w:rsidRDefault="00B42AC6" w:rsidP="003659B9">
      <w:pPr>
        <w:tabs>
          <w:tab w:val="decimal" w:pos="8280"/>
        </w:tabs>
        <w:rPr>
          <w:rFonts w:ascii="Book Antiqua" w:hAnsi="Book Antiqua"/>
          <w:lang w:val="es-PR"/>
        </w:rPr>
      </w:pPr>
      <w:r w:rsidRPr="00E47C79">
        <w:rPr>
          <w:rFonts w:ascii="Book Antiqua" w:hAnsi="Book Antiqua"/>
          <w:lang w:val="es-PR"/>
        </w:rPr>
        <w:t>123. Centro de Cuidado Diurno Habacuc, Inc.</w:t>
      </w:r>
      <w:r w:rsidRPr="00E47C79">
        <w:rPr>
          <w:rFonts w:ascii="Book Antiqua" w:hAnsi="Book Antiqua"/>
          <w:lang w:val="es-PR"/>
        </w:rPr>
        <w:tab/>
        <w:t xml:space="preserve"> </w:t>
      </w:r>
      <w:r w:rsidR="00CF159C" w:rsidRPr="00E47C79">
        <w:rPr>
          <w:rFonts w:ascii="Book Antiqua" w:hAnsi="Book Antiqua"/>
          <w:lang w:val="es-PR"/>
        </w:rPr>
        <w:t>$</w:t>
      </w:r>
      <w:r w:rsidRPr="00E47C79">
        <w:rPr>
          <w:rFonts w:ascii="Book Antiqua" w:hAnsi="Book Antiqua"/>
          <w:lang w:val="es-PR"/>
        </w:rPr>
        <w:t>15,000.00</w:t>
      </w:r>
    </w:p>
    <w:p w14:paraId="00A15BBE" w14:textId="60B04328" w:rsidR="00B42AC6" w:rsidRPr="00026520" w:rsidRDefault="00B42AC6" w:rsidP="003659B9">
      <w:pPr>
        <w:tabs>
          <w:tab w:val="decimal" w:pos="8280"/>
        </w:tabs>
        <w:rPr>
          <w:rFonts w:ascii="Book Antiqua" w:hAnsi="Book Antiqua"/>
          <w:lang w:val="es-ES"/>
        </w:rPr>
      </w:pPr>
      <w:r w:rsidRPr="00E47C79">
        <w:rPr>
          <w:rFonts w:ascii="Book Antiqua" w:hAnsi="Book Antiqua"/>
          <w:lang w:val="es-PR"/>
        </w:rPr>
        <w:t>124. Centro de Cuidado Mundo Infantil, Inc.</w:t>
      </w:r>
      <w:r w:rsidRPr="00E47C79">
        <w:rPr>
          <w:rFonts w:ascii="Book Antiqua" w:hAnsi="Book Antiqua"/>
          <w:lang w:val="es-PR"/>
        </w:rPr>
        <w:tab/>
        <w:t xml:space="preserve"> </w:t>
      </w:r>
      <w:r w:rsidR="00CF159C" w:rsidRPr="00026520">
        <w:rPr>
          <w:rFonts w:ascii="Book Antiqua" w:hAnsi="Book Antiqua"/>
          <w:lang w:val="es-ES"/>
        </w:rPr>
        <w:t>$</w:t>
      </w:r>
      <w:r w:rsidRPr="00026520">
        <w:rPr>
          <w:rFonts w:ascii="Book Antiqua" w:hAnsi="Book Antiqua"/>
          <w:lang w:val="es-ES"/>
        </w:rPr>
        <w:t>3,000.00</w:t>
      </w:r>
    </w:p>
    <w:p w14:paraId="107739B2" w14:textId="1424B441" w:rsidR="00FB51A3" w:rsidRPr="00026520" w:rsidRDefault="00FB51A3" w:rsidP="003659B9">
      <w:pPr>
        <w:tabs>
          <w:tab w:val="decimal" w:pos="8280"/>
        </w:tabs>
        <w:rPr>
          <w:rFonts w:ascii="Book Antiqua" w:hAnsi="Book Antiqua"/>
          <w:lang w:val="es-ES"/>
        </w:rPr>
      </w:pPr>
      <w:r w:rsidRPr="00E47C79">
        <w:rPr>
          <w:rFonts w:ascii="Book Antiqua" w:hAnsi="Book Antiqua"/>
          <w:lang w:val="es-PR"/>
        </w:rPr>
        <w:t xml:space="preserve">125. Centro de Desarrollo Educativo y Deportivo, Inc.  </w:t>
      </w:r>
      <w:r w:rsidR="003659B9" w:rsidRPr="00E47C79">
        <w:rPr>
          <w:rFonts w:ascii="Book Antiqua" w:hAnsi="Book Antiqua"/>
          <w:lang w:val="es-PR"/>
        </w:rPr>
        <w:tab/>
      </w:r>
      <w:r w:rsidRPr="00026520">
        <w:rPr>
          <w:rFonts w:ascii="Book Antiqua" w:hAnsi="Book Antiqua"/>
          <w:lang w:val="es-ES"/>
        </w:rPr>
        <w:t xml:space="preserve">$15,000.00  </w:t>
      </w:r>
    </w:p>
    <w:p w14:paraId="48ED1A76" w14:textId="650D3B48" w:rsidR="00FB51A3" w:rsidRPr="00E47C79" w:rsidRDefault="00FB51A3" w:rsidP="003659B9">
      <w:pPr>
        <w:tabs>
          <w:tab w:val="decimal" w:pos="8280"/>
        </w:tabs>
        <w:rPr>
          <w:rFonts w:ascii="Book Antiqua" w:hAnsi="Book Antiqua"/>
          <w:lang w:val="es-PR"/>
        </w:rPr>
      </w:pPr>
      <w:r w:rsidRPr="00E47C79">
        <w:rPr>
          <w:rFonts w:ascii="Book Antiqua" w:hAnsi="Book Antiqua"/>
          <w:lang w:val="es-PR"/>
        </w:rPr>
        <w:t xml:space="preserve">126. Centro de Desarrollo y Servicios </w:t>
      </w:r>
      <w:proofErr w:type="gramStart"/>
      <w:r w:rsidRPr="00E47C79">
        <w:rPr>
          <w:rFonts w:ascii="Book Antiqua" w:hAnsi="Book Antiqua"/>
          <w:lang w:val="es-PR"/>
        </w:rPr>
        <w:t xml:space="preserve">Especializados  </w:t>
      </w:r>
      <w:r w:rsidR="007B793F" w:rsidRPr="00E47C79">
        <w:rPr>
          <w:rFonts w:ascii="Book Antiqua" w:hAnsi="Book Antiqua"/>
          <w:lang w:val="es-PR"/>
        </w:rPr>
        <w:tab/>
      </w:r>
      <w:proofErr w:type="gramEnd"/>
      <w:r w:rsidRPr="00E47C79">
        <w:rPr>
          <w:rFonts w:ascii="Book Antiqua" w:hAnsi="Book Antiqua"/>
          <w:lang w:val="es-PR"/>
        </w:rPr>
        <w:t xml:space="preserve">$10,000.00  </w:t>
      </w:r>
    </w:p>
    <w:p w14:paraId="4B1CEE91" w14:textId="47A82C9F" w:rsidR="00FB51A3" w:rsidRPr="00E47C79" w:rsidRDefault="00FB51A3" w:rsidP="003659B9">
      <w:pPr>
        <w:tabs>
          <w:tab w:val="decimal" w:pos="8280"/>
        </w:tabs>
        <w:rPr>
          <w:rFonts w:ascii="Book Antiqua" w:hAnsi="Book Antiqua"/>
          <w:lang w:val="es-PR"/>
        </w:rPr>
      </w:pPr>
      <w:r w:rsidRPr="00E47C79">
        <w:rPr>
          <w:rFonts w:ascii="Book Antiqua" w:hAnsi="Book Antiqua"/>
          <w:lang w:val="es-PR"/>
        </w:rPr>
        <w:t xml:space="preserve">127. Centro de Diagnostico para Inteligencias </w:t>
      </w:r>
      <w:proofErr w:type="gramStart"/>
      <w:r w:rsidRPr="00E47C79">
        <w:rPr>
          <w:rFonts w:ascii="Book Antiqua" w:hAnsi="Book Antiqua"/>
          <w:lang w:val="es-PR"/>
        </w:rPr>
        <w:t xml:space="preserve">Múltiples  </w:t>
      </w:r>
      <w:r w:rsidR="007B793F" w:rsidRPr="00E47C79">
        <w:rPr>
          <w:rFonts w:ascii="Book Antiqua" w:hAnsi="Book Antiqua"/>
          <w:lang w:val="es-PR"/>
        </w:rPr>
        <w:tab/>
      </w:r>
      <w:proofErr w:type="gramEnd"/>
      <w:r w:rsidRPr="00E47C79">
        <w:rPr>
          <w:rFonts w:ascii="Book Antiqua" w:hAnsi="Book Antiqua"/>
          <w:lang w:val="es-PR"/>
        </w:rPr>
        <w:t xml:space="preserve">$6,000.00  </w:t>
      </w:r>
    </w:p>
    <w:p w14:paraId="2FF91861" w14:textId="282430B2" w:rsidR="00FB51A3" w:rsidRPr="00E47C79" w:rsidRDefault="00FB51A3" w:rsidP="003659B9">
      <w:pPr>
        <w:tabs>
          <w:tab w:val="decimal" w:pos="8280"/>
        </w:tabs>
        <w:rPr>
          <w:rFonts w:ascii="Book Antiqua" w:hAnsi="Book Antiqua"/>
          <w:lang w:val="es-ES"/>
        </w:rPr>
      </w:pPr>
      <w:r w:rsidRPr="00E47C79">
        <w:rPr>
          <w:rFonts w:ascii="Book Antiqua" w:hAnsi="Book Antiqua"/>
          <w:lang w:val="es-ES"/>
        </w:rPr>
        <w:t xml:space="preserve">128. Centro de Economía Creativa, Inc. </w:t>
      </w:r>
      <w:r w:rsidR="007B793F" w:rsidRPr="00E47C79">
        <w:rPr>
          <w:rFonts w:ascii="Book Antiqua" w:hAnsi="Book Antiqua"/>
          <w:lang w:val="es-ES"/>
        </w:rPr>
        <w:tab/>
      </w:r>
      <w:r w:rsidRPr="00E47C79">
        <w:rPr>
          <w:rFonts w:ascii="Book Antiqua" w:hAnsi="Book Antiqua"/>
          <w:lang w:val="es-ES"/>
        </w:rPr>
        <w:t xml:space="preserve">$5,000.00  </w:t>
      </w:r>
    </w:p>
    <w:p w14:paraId="022903B4" w14:textId="62702213" w:rsidR="00FB51A3" w:rsidRPr="00026520" w:rsidRDefault="00FB51A3" w:rsidP="003659B9">
      <w:pPr>
        <w:tabs>
          <w:tab w:val="decimal" w:pos="8280"/>
        </w:tabs>
        <w:rPr>
          <w:rFonts w:ascii="Book Antiqua" w:hAnsi="Book Antiqua"/>
          <w:lang w:val="es-ES"/>
        </w:rPr>
      </w:pPr>
      <w:r w:rsidRPr="00E47C79">
        <w:rPr>
          <w:rFonts w:ascii="Book Antiqua" w:hAnsi="Book Antiqua"/>
          <w:lang w:val="es-ES"/>
        </w:rPr>
        <w:t xml:space="preserve">129. Centro de Enseñanza para la Familia, Inc. </w:t>
      </w:r>
      <w:r w:rsidR="007B793F" w:rsidRPr="00E47C79">
        <w:rPr>
          <w:rFonts w:ascii="Book Antiqua" w:hAnsi="Book Antiqua"/>
          <w:lang w:val="es-ES"/>
        </w:rPr>
        <w:tab/>
      </w:r>
      <w:r w:rsidRPr="00026520">
        <w:rPr>
          <w:rFonts w:ascii="Book Antiqua" w:hAnsi="Book Antiqua"/>
          <w:lang w:val="es-ES"/>
        </w:rPr>
        <w:t xml:space="preserve">$4,000.00  </w:t>
      </w:r>
    </w:p>
    <w:p w14:paraId="7A7FC849" w14:textId="02D83116" w:rsidR="00FB51A3" w:rsidRPr="00026520" w:rsidRDefault="00FB51A3" w:rsidP="003659B9">
      <w:pPr>
        <w:tabs>
          <w:tab w:val="decimal" w:pos="8280"/>
        </w:tabs>
        <w:rPr>
          <w:rFonts w:ascii="Book Antiqua" w:hAnsi="Book Antiqua"/>
          <w:lang w:val="es-ES"/>
        </w:rPr>
      </w:pPr>
      <w:r w:rsidRPr="00026520">
        <w:rPr>
          <w:rFonts w:ascii="Book Antiqua" w:hAnsi="Book Antiqua"/>
          <w:lang w:val="es-ES"/>
        </w:rPr>
        <w:t xml:space="preserve">130. Centro de Envejecientes </w:t>
      </w:r>
      <w:proofErr w:type="spellStart"/>
      <w:r w:rsidRPr="00026520">
        <w:rPr>
          <w:rFonts w:ascii="Book Antiqua" w:hAnsi="Book Antiqua"/>
          <w:lang w:val="es-ES"/>
        </w:rPr>
        <w:t>Garcia</w:t>
      </w:r>
      <w:proofErr w:type="spellEnd"/>
      <w:r w:rsidRPr="00026520">
        <w:rPr>
          <w:rFonts w:ascii="Book Antiqua" w:hAnsi="Book Antiqua"/>
          <w:lang w:val="es-ES"/>
        </w:rPr>
        <w:t xml:space="preserve"> Ducos, Inc. </w:t>
      </w:r>
      <w:r w:rsidR="007B793F" w:rsidRPr="00026520">
        <w:rPr>
          <w:rFonts w:ascii="Book Antiqua" w:hAnsi="Book Antiqua"/>
          <w:lang w:val="es-ES"/>
        </w:rPr>
        <w:tab/>
      </w:r>
      <w:r w:rsidRPr="00026520">
        <w:rPr>
          <w:rFonts w:ascii="Book Antiqua" w:hAnsi="Book Antiqua"/>
          <w:lang w:val="es-ES"/>
        </w:rPr>
        <w:t xml:space="preserve"> $5,000.00  </w:t>
      </w:r>
    </w:p>
    <w:p w14:paraId="133385B2" w14:textId="36077107" w:rsidR="00FB51A3" w:rsidRPr="00026520" w:rsidRDefault="00FB51A3" w:rsidP="003659B9">
      <w:pPr>
        <w:tabs>
          <w:tab w:val="decimal" w:pos="8280"/>
        </w:tabs>
        <w:rPr>
          <w:rFonts w:ascii="Book Antiqua" w:hAnsi="Book Antiqua"/>
          <w:lang w:val="es-ES"/>
        </w:rPr>
      </w:pPr>
      <w:r w:rsidRPr="00026520">
        <w:rPr>
          <w:rFonts w:ascii="Book Antiqua" w:hAnsi="Book Antiqua"/>
          <w:lang w:val="es-ES"/>
        </w:rPr>
        <w:t xml:space="preserve">131. Centro de Estimulación Integral para chicos como tu </w:t>
      </w:r>
      <w:r w:rsidR="007B793F" w:rsidRPr="00026520">
        <w:rPr>
          <w:rFonts w:ascii="Book Antiqua" w:hAnsi="Book Antiqua"/>
          <w:lang w:val="es-ES"/>
        </w:rPr>
        <w:tab/>
      </w:r>
      <w:r w:rsidRPr="00026520">
        <w:rPr>
          <w:rFonts w:ascii="Book Antiqua" w:hAnsi="Book Antiqua"/>
          <w:lang w:val="es-ES"/>
        </w:rPr>
        <w:t xml:space="preserve">$30,000.00  </w:t>
      </w:r>
    </w:p>
    <w:p w14:paraId="3A9CBABB" w14:textId="26D0DFF7" w:rsidR="00FB51A3" w:rsidRPr="00026520" w:rsidRDefault="00FB51A3" w:rsidP="003659B9">
      <w:pPr>
        <w:tabs>
          <w:tab w:val="decimal" w:pos="8280"/>
        </w:tabs>
        <w:rPr>
          <w:rFonts w:ascii="Book Antiqua" w:hAnsi="Book Antiqua"/>
          <w:lang w:val="es-ES"/>
        </w:rPr>
      </w:pPr>
      <w:r w:rsidRPr="00026520">
        <w:rPr>
          <w:rFonts w:ascii="Book Antiqua" w:hAnsi="Book Antiqua"/>
          <w:lang w:val="es-ES"/>
        </w:rPr>
        <w:t xml:space="preserve">132. Centro de Fortalecimiento Familiar ESCAPE </w:t>
      </w:r>
      <w:r w:rsidR="007B793F" w:rsidRPr="00026520">
        <w:rPr>
          <w:rFonts w:ascii="Book Antiqua" w:hAnsi="Book Antiqua"/>
          <w:lang w:val="es-ES"/>
        </w:rPr>
        <w:tab/>
      </w:r>
      <w:r w:rsidRPr="00026520">
        <w:rPr>
          <w:rFonts w:ascii="Book Antiqua" w:hAnsi="Book Antiqua"/>
          <w:lang w:val="es-ES"/>
        </w:rPr>
        <w:t xml:space="preserve">$50,000.00  </w:t>
      </w:r>
    </w:p>
    <w:p w14:paraId="29B47333" w14:textId="38C1A613" w:rsidR="00FB51A3" w:rsidRPr="00E47C79" w:rsidRDefault="00FB51A3" w:rsidP="003659B9">
      <w:pPr>
        <w:tabs>
          <w:tab w:val="decimal" w:pos="8280"/>
        </w:tabs>
        <w:rPr>
          <w:rFonts w:ascii="Book Antiqua" w:hAnsi="Book Antiqua"/>
          <w:lang w:val="es-ES"/>
        </w:rPr>
      </w:pPr>
      <w:r w:rsidRPr="00E47C79">
        <w:rPr>
          <w:rFonts w:ascii="Book Antiqua" w:hAnsi="Book Antiqua"/>
          <w:lang w:val="es-ES"/>
        </w:rPr>
        <w:t xml:space="preserve">133. Centro de Investigaciones Folklóricas de Puerto </w:t>
      </w:r>
      <w:proofErr w:type="spellStart"/>
      <w:proofErr w:type="gramStart"/>
      <w:r w:rsidRPr="00E47C79">
        <w:rPr>
          <w:rFonts w:ascii="Book Antiqua" w:hAnsi="Book Antiqua"/>
          <w:lang w:val="es-ES"/>
        </w:rPr>
        <w:t>Rico,Inc</w:t>
      </w:r>
      <w:proofErr w:type="spellEnd"/>
      <w:r w:rsidRPr="00E47C79">
        <w:rPr>
          <w:rFonts w:ascii="Book Antiqua" w:hAnsi="Book Antiqua"/>
          <w:lang w:val="es-ES"/>
        </w:rPr>
        <w:t>.</w:t>
      </w:r>
      <w:proofErr w:type="gramEnd"/>
      <w:r w:rsidRPr="00E47C79">
        <w:rPr>
          <w:rFonts w:ascii="Book Antiqua" w:hAnsi="Book Antiqua"/>
          <w:lang w:val="es-ES"/>
        </w:rPr>
        <w:t xml:space="preserve"> </w:t>
      </w:r>
      <w:r w:rsidR="007B793F" w:rsidRPr="00E47C79">
        <w:rPr>
          <w:rFonts w:ascii="Book Antiqua" w:hAnsi="Book Antiqua"/>
          <w:lang w:val="es-ES"/>
        </w:rPr>
        <w:tab/>
      </w:r>
      <w:r w:rsidRPr="00E47C79">
        <w:rPr>
          <w:rFonts w:ascii="Book Antiqua" w:hAnsi="Book Antiqua"/>
          <w:lang w:val="es-ES"/>
        </w:rPr>
        <w:t xml:space="preserve">$3,000.00  </w:t>
      </w:r>
    </w:p>
    <w:p w14:paraId="0AB42826" w14:textId="62DA08B6" w:rsidR="00FB51A3" w:rsidRPr="00E47C79" w:rsidRDefault="00FB51A3" w:rsidP="003659B9">
      <w:pPr>
        <w:tabs>
          <w:tab w:val="decimal" w:pos="8280"/>
        </w:tabs>
        <w:rPr>
          <w:rFonts w:ascii="Book Antiqua" w:hAnsi="Book Antiqua"/>
          <w:lang w:val="es-ES"/>
        </w:rPr>
      </w:pPr>
      <w:r w:rsidRPr="00E47C79">
        <w:rPr>
          <w:rFonts w:ascii="Book Antiqua" w:hAnsi="Book Antiqua"/>
          <w:lang w:val="es-ES"/>
        </w:rPr>
        <w:t xml:space="preserve">134. Centro de la Mujer Dominicana – </w:t>
      </w:r>
      <w:r w:rsidR="007B793F" w:rsidRPr="00E47C79">
        <w:rPr>
          <w:rFonts w:ascii="Book Antiqua" w:hAnsi="Book Antiqua"/>
          <w:lang w:val="es-ES"/>
        </w:rPr>
        <w:tab/>
      </w:r>
      <w:r w:rsidRPr="00E47C79">
        <w:rPr>
          <w:rFonts w:ascii="Book Antiqua" w:hAnsi="Book Antiqua"/>
          <w:lang w:val="es-ES"/>
        </w:rPr>
        <w:t xml:space="preserve">$40,000.00  </w:t>
      </w:r>
    </w:p>
    <w:p w14:paraId="3C74EB42" w14:textId="362CBD0E" w:rsidR="00FB51A3" w:rsidRPr="00E47C79" w:rsidRDefault="00FB51A3" w:rsidP="003659B9">
      <w:pPr>
        <w:tabs>
          <w:tab w:val="decimal" w:pos="8280"/>
        </w:tabs>
        <w:rPr>
          <w:rFonts w:ascii="Book Antiqua" w:hAnsi="Book Antiqua"/>
          <w:lang w:val="es-PR"/>
        </w:rPr>
      </w:pPr>
      <w:r w:rsidRPr="00E47C79">
        <w:rPr>
          <w:rFonts w:ascii="Book Antiqua" w:hAnsi="Book Antiqua"/>
          <w:lang w:val="es-ES"/>
        </w:rPr>
        <w:t xml:space="preserve">135. Centro de Orientación y Acción Social, Inc. </w:t>
      </w:r>
      <w:proofErr w:type="gramStart"/>
      <w:r w:rsidRPr="00E47C79">
        <w:rPr>
          <w:rFonts w:ascii="Book Antiqua" w:hAnsi="Book Antiqua"/>
          <w:lang w:val="es-PR"/>
        </w:rPr>
        <w:t xml:space="preserve">COASI  </w:t>
      </w:r>
      <w:r w:rsidR="007B793F" w:rsidRPr="00E47C79">
        <w:rPr>
          <w:rFonts w:ascii="Book Antiqua" w:hAnsi="Book Antiqua"/>
          <w:lang w:val="es-PR"/>
        </w:rPr>
        <w:tab/>
      </w:r>
      <w:proofErr w:type="gramEnd"/>
      <w:r w:rsidRPr="00E47C79">
        <w:rPr>
          <w:rFonts w:ascii="Book Antiqua" w:hAnsi="Book Antiqua"/>
          <w:lang w:val="es-PR"/>
        </w:rPr>
        <w:t xml:space="preserve">$189,500.00  </w:t>
      </w:r>
    </w:p>
    <w:p w14:paraId="6C721851" w14:textId="6D5D9002" w:rsidR="00FB51A3" w:rsidRPr="00E47C79" w:rsidRDefault="00FB51A3" w:rsidP="003659B9">
      <w:pPr>
        <w:tabs>
          <w:tab w:val="decimal" w:pos="8280"/>
        </w:tabs>
        <w:rPr>
          <w:rFonts w:ascii="Book Antiqua" w:hAnsi="Book Antiqua"/>
          <w:lang w:val="es-PR"/>
        </w:rPr>
      </w:pPr>
      <w:r w:rsidRPr="00E47C79">
        <w:rPr>
          <w:rFonts w:ascii="Book Antiqua" w:hAnsi="Book Antiqua"/>
          <w:lang w:val="es-PR"/>
        </w:rPr>
        <w:t xml:space="preserve">136. Centro de Servicios a la </w:t>
      </w:r>
      <w:proofErr w:type="gramStart"/>
      <w:r w:rsidRPr="00E47C79">
        <w:rPr>
          <w:rFonts w:ascii="Book Antiqua" w:hAnsi="Book Antiqua"/>
          <w:lang w:val="es-PR"/>
        </w:rPr>
        <w:t xml:space="preserve">Juventud  </w:t>
      </w:r>
      <w:r w:rsidR="007B793F" w:rsidRPr="00E47C79">
        <w:rPr>
          <w:rFonts w:ascii="Book Antiqua" w:hAnsi="Book Antiqua"/>
          <w:lang w:val="es-PR"/>
        </w:rPr>
        <w:tab/>
      </w:r>
      <w:proofErr w:type="gramEnd"/>
      <w:r w:rsidRPr="00E47C79">
        <w:rPr>
          <w:rFonts w:ascii="Book Antiqua" w:hAnsi="Book Antiqua"/>
          <w:lang w:val="es-PR"/>
        </w:rPr>
        <w:t xml:space="preserve">$3,000.00  </w:t>
      </w:r>
    </w:p>
    <w:p w14:paraId="701BD75B" w14:textId="396A9955" w:rsidR="00FB51A3" w:rsidRPr="00E47C79" w:rsidRDefault="00FB51A3" w:rsidP="003659B9">
      <w:pPr>
        <w:tabs>
          <w:tab w:val="decimal" w:pos="8280"/>
        </w:tabs>
        <w:rPr>
          <w:rFonts w:ascii="Book Antiqua" w:hAnsi="Book Antiqua"/>
          <w:lang w:val="es-PR"/>
        </w:rPr>
      </w:pPr>
      <w:r w:rsidRPr="00E47C79">
        <w:rPr>
          <w:rFonts w:ascii="Book Antiqua" w:hAnsi="Book Antiqua"/>
          <w:lang w:val="es-PR"/>
        </w:rPr>
        <w:t xml:space="preserve">137. Centro de Servicios Comunitarios Vida Plena, Inc. </w:t>
      </w:r>
      <w:r w:rsidR="007B793F" w:rsidRPr="00E47C79">
        <w:rPr>
          <w:rFonts w:ascii="Book Antiqua" w:hAnsi="Book Antiqua"/>
          <w:lang w:val="es-PR"/>
        </w:rPr>
        <w:tab/>
      </w:r>
      <w:r w:rsidRPr="00E47C79">
        <w:rPr>
          <w:rFonts w:ascii="Book Antiqua" w:hAnsi="Book Antiqua"/>
          <w:lang w:val="es-PR"/>
        </w:rPr>
        <w:t xml:space="preserve"> $11,000.00  </w:t>
      </w:r>
    </w:p>
    <w:p w14:paraId="7721A8AE" w14:textId="2EC67EDC" w:rsidR="00FB51A3" w:rsidRPr="00E47C79" w:rsidRDefault="00FB51A3" w:rsidP="003659B9">
      <w:pPr>
        <w:tabs>
          <w:tab w:val="decimal" w:pos="8280"/>
        </w:tabs>
        <w:rPr>
          <w:rFonts w:ascii="Book Antiqua" w:hAnsi="Book Antiqua"/>
          <w:lang w:val="es-PR"/>
        </w:rPr>
      </w:pPr>
      <w:r w:rsidRPr="00E47C79">
        <w:rPr>
          <w:rFonts w:ascii="Book Antiqua" w:hAnsi="Book Antiqua"/>
          <w:lang w:val="es-PR"/>
        </w:rPr>
        <w:lastRenderedPageBreak/>
        <w:t xml:space="preserve">138. Centro de Servicios Ferran, Inc. </w:t>
      </w:r>
      <w:r w:rsidR="007B793F" w:rsidRPr="00E47C79">
        <w:rPr>
          <w:rFonts w:ascii="Book Antiqua" w:hAnsi="Book Antiqua"/>
          <w:lang w:val="es-PR"/>
        </w:rPr>
        <w:tab/>
      </w:r>
      <w:r w:rsidRPr="00E47C79">
        <w:rPr>
          <w:rFonts w:ascii="Book Antiqua" w:hAnsi="Book Antiqua"/>
          <w:lang w:val="es-PR"/>
        </w:rPr>
        <w:t xml:space="preserve">$3,000.00  </w:t>
      </w:r>
    </w:p>
    <w:p w14:paraId="61510755" w14:textId="0F661D7F" w:rsidR="00FB51A3" w:rsidRPr="00E47C79" w:rsidRDefault="00FB51A3" w:rsidP="003659B9">
      <w:pPr>
        <w:tabs>
          <w:tab w:val="decimal" w:pos="8280"/>
        </w:tabs>
        <w:rPr>
          <w:rFonts w:ascii="Book Antiqua" w:hAnsi="Book Antiqua"/>
          <w:lang w:val="es-PR"/>
        </w:rPr>
      </w:pPr>
      <w:r w:rsidRPr="00E47C79">
        <w:rPr>
          <w:rFonts w:ascii="Book Antiqua" w:hAnsi="Book Antiqua"/>
          <w:lang w:val="es-PR"/>
        </w:rPr>
        <w:t xml:space="preserve">139. Centro Deambulantes Cristo Pobre </w:t>
      </w:r>
      <w:r w:rsidR="007B793F" w:rsidRPr="00E47C79">
        <w:rPr>
          <w:rFonts w:ascii="Book Antiqua" w:hAnsi="Book Antiqua"/>
          <w:lang w:val="es-PR"/>
        </w:rPr>
        <w:tab/>
      </w:r>
      <w:r w:rsidRPr="00E47C79">
        <w:rPr>
          <w:rFonts w:ascii="Book Antiqua" w:hAnsi="Book Antiqua"/>
          <w:lang w:val="es-PR"/>
        </w:rPr>
        <w:t xml:space="preserve">$3,000.00  </w:t>
      </w:r>
    </w:p>
    <w:p w14:paraId="7C9325E9" w14:textId="5B865133" w:rsidR="00FB51A3" w:rsidRPr="00E47C79" w:rsidRDefault="00FB51A3" w:rsidP="003659B9">
      <w:pPr>
        <w:tabs>
          <w:tab w:val="decimal" w:pos="8280"/>
        </w:tabs>
        <w:rPr>
          <w:rFonts w:ascii="Book Antiqua" w:hAnsi="Book Antiqua"/>
          <w:lang w:val="es-PR"/>
        </w:rPr>
      </w:pPr>
      <w:r w:rsidRPr="00E47C79">
        <w:rPr>
          <w:rFonts w:ascii="Book Antiqua" w:hAnsi="Book Antiqua"/>
          <w:lang w:val="es-PR"/>
        </w:rPr>
        <w:t xml:space="preserve">140. Centro del </w:t>
      </w:r>
      <w:proofErr w:type="spellStart"/>
      <w:r w:rsidRPr="00E47C79">
        <w:rPr>
          <w:rFonts w:ascii="Book Antiqua" w:hAnsi="Book Antiqua"/>
          <w:lang w:val="es-PR"/>
        </w:rPr>
        <w:t>Leonismo</w:t>
      </w:r>
      <w:proofErr w:type="spellEnd"/>
      <w:r w:rsidRPr="00E47C79">
        <w:rPr>
          <w:rFonts w:ascii="Book Antiqua" w:hAnsi="Book Antiqua"/>
          <w:lang w:val="es-PR"/>
        </w:rPr>
        <w:t xml:space="preserve"> </w:t>
      </w:r>
      <w:proofErr w:type="gramStart"/>
      <w:r w:rsidRPr="00E47C79">
        <w:rPr>
          <w:rFonts w:ascii="Book Antiqua" w:hAnsi="Book Antiqua"/>
          <w:lang w:val="es-PR"/>
        </w:rPr>
        <w:t>Puertorriqueño</w:t>
      </w:r>
      <w:proofErr w:type="gramEnd"/>
      <w:r w:rsidRPr="00E47C79">
        <w:rPr>
          <w:rFonts w:ascii="Book Antiqua" w:hAnsi="Book Antiqua"/>
          <w:lang w:val="es-PR"/>
        </w:rPr>
        <w:t xml:space="preserve"> </w:t>
      </w:r>
      <w:r w:rsidR="007B793F" w:rsidRPr="00E47C79">
        <w:rPr>
          <w:rFonts w:ascii="Book Antiqua" w:hAnsi="Book Antiqua"/>
          <w:lang w:val="es-PR"/>
        </w:rPr>
        <w:tab/>
      </w:r>
      <w:r w:rsidRPr="00E47C79">
        <w:rPr>
          <w:rFonts w:ascii="Book Antiqua" w:hAnsi="Book Antiqua"/>
          <w:lang w:val="es-PR"/>
        </w:rPr>
        <w:t xml:space="preserve"> $10,000.00  </w:t>
      </w:r>
    </w:p>
    <w:p w14:paraId="34225A46" w14:textId="4AE5F6FB" w:rsidR="00FB51A3" w:rsidRPr="00E47C79" w:rsidRDefault="00FB51A3" w:rsidP="003659B9">
      <w:pPr>
        <w:tabs>
          <w:tab w:val="decimal" w:pos="8280"/>
        </w:tabs>
        <w:rPr>
          <w:rFonts w:ascii="Book Antiqua" w:hAnsi="Book Antiqua"/>
          <w:lang w:val="es-PR"/>
        </w:rPr>
      </w:pPr>
      <w:r w:rsidRPr="00E47C79">
        <w:rPr>
          <w:rFonts w:ascii="Book Antiqua" w:hAnsi="Book Antiqua"/>
          <w:lang w:val="es-PR"/>
        </w:rPr>
        <w:t xml:space="preserve">141. Centro </w:t>
      </w:r>
      <w:proofErr w:type="spellStart"/>
      <w:r w:rsidRPr="00E47C79">
        <w:rPr>
          <w:rFonts w:ascii="Book Antiqua" w:hAnsi="Book Antiqua"/>
          <w:lang w:val="es-PR"/>
        </w:rPr>
        <w:t>Desar</w:t>
      </w:r>
      <w:proofErr w:type="spellEnd"/>
      <w:r w:rsidRPr="00E47C79">
        <w:rPr>
          <w:rFonts w:ascii="Book Antiqua" w:hAnsi="Book Antiqua"/>
          <w:lang w:val="es-PR"/>
        </w:rPr>
        <w:t xml:space="preserve"> Psico-Organizacional y Psicoeducativo </w:t>
      </w:r>
      <w:r w:rsidR="007B793F" w:rsidRPr="00E47C79">
        <w:rPr>
          <w:rFonts w:ascii="Book Antiqua" w:hAnsi="Book Antiqua"/>
          <w:lang w:val="es-PR"/>
        </w:rPr>
        <w:tab/>
      </w:r>
      <w:r w:rsidRPr="00E47C79">
        <w:rPr>
          <w:rFonts w:ascii="Book Antiqua" w:hAnsi="Book Antiqua"/>
          <w:lang w:val="es-PR"/>
        </w:rPr>
        <w:t xml:space="preserve"> $9,000.00  </w:t>
      </w:r>
    </w:p>
    <w:p w14:paraId="24EE085F" w14:textId="7340D2C6" w:rsidR="00FB51A3" w:rsidRPr="00E47C79" w:rsidRDefault="00FB51A3" w:rsidP="003659B9">
      <w:pPr>
        <w:tabs>
          <w:tab w:val="decimal" w:pos="8280"/>
        </w:tabs>
        <w:rPr>
          <w:rFonts w:ascii="Book Antiqua" w:hAnsi="Book Antiqua"/>
          <w:lang w:val="es-PR"/>
        </w:rPr>
      </w:pPr>
      <w:r w:rsidRPr="00E47C79">
        <w:rPr>
          <w:rFonts w:ascii="Book Antiqua" w:hAnsi="Book Antiqua"/>
          <w:lang w:val="es-PR"/>
        </w:rPr>
        <w:t xml:space="preserve">142. Centro Educativo Sicosocial de Ayuda </w:t>
      </w:r>
      <w:r w:rsidR="007B793F" w:rsidRPr="00E47C79">
        <w:rPr>
          <w:rFonts w:ascii="Book Antiqua" w:hAnsi="Book Antiqua"/>
          <w:lang w:val="es-PR"/>
        </w:rPr>
        <w:tab/>
      </w:r>
      <w:r w:rsidRPr="00E47C79">
        <w:rPr>
          <w:rFonts w:ascii="Book Antiqua" w:hAnsi="Book Antiqua"/>
          <w:lang w:val="es-PR"/>
        </w:rPr>
        <w:t xml:space="preserve"> $8,000.00  </w:t>
      </w:r>
    </w:p>
    <w:p w14:paraId="5AC3EF4A" w14:textId="18E2DCBC" w:rsidR="00FB51A3" w:rsidRPr="00E47C79" w:rsidRDefault="00FB51A3" w:rsidP="003659B9">
      <w:pPr>
        <w:tabs>
          <w:tab w:val="decimal" w:pos="8280"/>
        </w:tabs>
        <w:rPr>
          <w:rFonts w:ascii="Book Antiqua" w:hAnsi="Book Antiqua"/>
          <w:lang w:val="it-IT"/>
        </w:rPr>
      </w:pPr>
      <w:r w:rsidRPr="00E47C79">
        <w:rPr>
          <w:rFonts w:ascii="Book Antiqua" w:hAnsi="Book Antiqua"/>
          <w:lang w:val="it-IT"/>
        </w:rPr>
        <w:t xml:space="preserve">143. Centro Esperanza  </w:t>
      </w:r>
      <w:r w:rsidR="007B793F" w:rsidRPr="00E47C79">
        <w:rPr>
          <w:rFonts w:ascii="Book Antiqua" w:hAnsi="Book Antiqua"/>
          <w:lang w:val="it-IT"/>
        </w:rPr>
        <w:tab/>
      </w:r>
      <w:r w:rsidRPr="00E47C79">
        <w:rPr>
          <w:rFonts w:ascii="Book Antiqua" w:hAnsi="Book Antiqua"/>
          <w:lang w:val="it-IT"/>
        </w:rPr>
        <w:t xml:space="preserve">$60,000.00  </w:t>
      </w:r>
    </w:p>
    <w:p w14:paraId="29BFCE5D" w14:textId="523AD3DD" w:rsidR="00FB51A3" w:rsidRPr="00E47C79" w:rsidRDefault="00FB51A3" w:rsidP="003659B9">
      <w:pPr>
        <w:tabs>
          <w:tab w:val="decimal" w:pos="8280"/>
        </w:tabs>
        <w:rPr>
          <w:rFonts w:ascii="Book Antiqua" w:hAnsi="Book Antiqua"/>
          <w:lang w:val="es-PR"/>
        </w:rPr>
      </w:pPr>
      <w:r w:rsidRPr="00E47C79">
        <w:rPr>
          <w:rFonts w:ascii="Book Antiqua" w:hAnsi="Book Antiqua"/>
          <w:lang w:val="it-IT"/>
        </w:rPr>
        <w:t xml:space="preserve">144. Centro Geriátrico Caritativo La Milagrosa, Inc.  </w:t>
      </w:r>
      <w:r w:rsidR="007B793F" w:rsidRPr="00E47C79">
        <w:rPr>
          <w:rFonts w:ascii="Book Antiqua" w:hAnsi="Book Antiqua"/>
          <w:lang w:val="it-IT"/>
        </w:rPr>
        <w:tab/>
      </w:r>
      <w:r w:rsidRPr="00E47C79">
        <w:rPr>
          <w:rFonts w:ascii="Book Antiqua" w:hAnsi="Book Antiqua"/>
          <w:lang w:val="es-PR"/>
        </w:rPr>
        <w:t xml:space="preserve">$15,000.00  </w:t>
      </w:r>
    </w:p>
    <w:p w14:paraId="3E5C8F84" w14:textId="3ADE6587" w:rsidR="00FB51A3" w:rsidRPr="00E47C79" w:rsidRDefault="00FB51A3" w:rsidP="003659B9">
      <w:pPr>
        <w:tabs>
          <w:tab w:val="decimal" w:pos="8280"/>
        </w:tabs>
        <w:rPr>
          <w:rFonts w:ascii="Book Antiqua" w:hAnsi="Book Antiqua"/>
          <w:lang w:val="es-PR"/>
        </w:rPr>
      </w:pPr>
      <w:r w:rsidRPr="00E47C79">
        <w:rPr>
          <w:rFonts w:ascii="Book Antiqua" w:hAnsi="Book Antiqua"/>
          <w:lang w:val="es-PR"/>
        </w:rPr>
        <w:t xml:space="preserve">145. Centro Geriátrico El Remanso </w:t>
      </w:r>
      <w:r w:rsidR="007B793F" w:rsidRPr="00E47C79">
        <w:rPr>
          <w:rFonts w:ascii="Book Antiqua" w:hAnsi="Book Antiqua"/>
          <w:lang w:val="es-PR"/>
        </w:rPr>
        <w:tab/>
      </w:r>
      <w:r w:rsidRPr="00E47C79">
        <w:rPr>
          <w:rFonts w:ascii="Book Antiqua" w:hAnsi="Book Antiqua"/>
          <w:lang w:val="es-PR"/>
        </w:rPr>
        <w:t xml:space="preserve">$45,000.00  </w:t>
      </w:r>
    </w:p>
    <w:p w14:paraId="7FFA8A99" w14:textId="21EC3133" w:rsidR="00FB51A3" w:rsidRPr="00E47C79" w:rsidRDefault="00FB51A3" w:rsidP="003659B9">
      <w:pPr>
        <w:tabs>
          <w:tab w:val="decimal" w:pos="8280"/>
        </w:tabs>
        <w:rPr>
          <w:rFonts w:ascii="Book Antiqua" w:hAnsi="Book Antiqua"/>
          <w:lang w:val="es-PR"/>
        </w:rPr>
      </w:pPr>
      <w:r w:rsidRPr="00E47C79">
        <w:rPr>
          <w:rFonts w:ascii="Book Antiqua" w:hAnsi="Book Antiqua"/>
          <w:lang w:val="es-PR"/>
        </w:rPr>
        <w:t xml:space="preserve">146. Centro Geriátrico </w:t>
      </w:r>
      <w:proofErr w:type="spellStart"/>
      <w:r w:rsidRPr="00E47C79">
        <w:rPr>
          <w:rFonts w:ascii="Book Antiqua" w:hAnsi="Book Antiqua"/>
          <w:lang w:val="es-PR"/>
        </w:rPr>
        <w:t>Higuey</w:t>
      </w:r>
      <w:proofErr w:type="spellEnd"/>
      <w:r w:rsidRPr="00E47C79">
        <w:rPr>
          <w:rFonts w:ascii="Book Antiqua" w:hAnsi="Book Antiqua"/>
          <w:lang w:val="es-PR"/>
        </w:rPr>
        <w:t xml:space="preserve"> </w:t>
      </w:r>
      <w:r w:rsidR="007B793F" w:rsidRPr="00E47C79">
        <w:rPr>
          <w:rFonts w:ascii="Book Antiqua" w:hAnsi="Book Antiqua"/>
          <w:lang w:val="es-PR"/>
        </w:rPr>
        <w:tab/>
      </w:r>
      <w:r w:rsidRPr="00E47C79">
        <w:rPr>
          <w:rFonts w:ascii="Book Antiqua" w:hAnsi="Book Antiqua"/>
          <w:lang w:val="es-PR"/>
        </w:rPr>
        <w:t xml:space="preserve">$4,500.00  </w:t>
      </w:r>
    </w:p>
    <w:p w14:paraId="49A41302" w14:textId="0BC0EAC5" w:rsidR="00FB51A3" w:rsidRPr="00E47C79" w:rsidRDefault="00FB51A3" w:rsidP="003659B9">
      <w:pPr>
        <w:tabs>
          <w:tab w:val="decimal" w:pos="8280"/>
        </w:tabs>
        <w:rPr>
          <w:rFonts w:ascii="Book Antiqua" w:hAnsi="Book Antiqua"/>
          <w:lang w:val="es-PR"/>
        </w:rPr>
      </w:pPr>
      <w:r w:rsidRPr="00E47C79">
        <w:rPr>
          <w:rFonts w:ascii="Book Antiqua" w:hAnsi="Book Antiqua"/>
          <w:lang w:val="es-PR"/>
        </w:rPr>
        <w:t xml:space="preserve">147. Centro Geriátrico San Rafael Inc. </w:t>
      </w:r>
      <w:r w:rsidR="007B793F" w:rsidRPr="00E47C79">
        <w:rPr>
          <w:rFonts w:ascii="Book Antiqua" w:hAnsi="Book Antiqua"/>
          <w:lang w:val="es-PR"/>
        </w:rPr>
        <w:tab/>
      </w:r>
      <w:r w:rsidRPr="00E47C79">
        <w:rPr>
          <w:rFonts w:ascii="Book Antiqua" w:hAnsi="Book Antiqua"/>
          <w:lang w:val="es-PR"/>
        </w:rPr>
        <w:t xml:space="preserve">$35,900.00  </w:t>
      </w:r>
    </w:p>
    <w:p w14:paraId="3679FE48" w14:textId="02FB2E9C" w:rsidR="00FB51A3" w:rsidRPr="00E47C79" w:rsidRDefault="00FB51A3" w:rsidP="003659B9">
      <w:pPr>
        <w:tabs>
          <w:tab w:val="decimal" w:pos="8280"/>
        </w:tabs>
        <w:rPr>
          <w:rFonts w:ascii="Book Antiqua" w:hAnsi="Book Antiqua"/>
          <w:lang w:val="es-PR"/>
        </w:rPr>
      </w:pPr>
      <w:r w:rsidRPr="00E47C79">
        <w:rPr>
          <w:rFonts w:ascii="Book Antiqua" w:hAnsi="Book Antiqua"/>
          <w:lang w:val="es-PR"/>
        </w:rPr>
        <w:t xml:space="preserve">148. Centro INÉS/Centro Comunitario Rvda. Inés J. Figueroa, Inc.  </w:t>
      </w:r>
      <w:r w:rsidR="007B793F" w:rsidRPr="00E47C79">
        <w:rPr>
          <w:rFonts w:ascii="Book Antiqua" w:hAnsi="Book Antiqua"/>
          <w:lang w:val="es-PR"/>
        </w:rPr>
        <w:tab/>
      </w:r>
      <w:r w:rsidRPr="00E47C79">
        <w:rPr>
          <w:rFonts w:ascii="Book Antiqua" w:hAnsi="Book Antiqua"/>
          <w:lang w:val="es-PR"/>
        </w:rPr>
        <w:t xml:space="preserve">$8,000.00  </w:t>
      </w:r>
    </w:p>
    <w:p w14:paraId="011CDFBC" w14:textId="7937BC22" w:rsidR="00FB51A3" w:rsidRPr="00026520" w:rsidRDefault="00FB51A3" w:rsidP="003659B9">
      <w:pPr>
        <w:tabs>
          <w:tab w:val="decimal" w:pos="8280"/>
        </w:tabs>
        <w:rPr>
          <w:rFonts w:ascii="Book Antiqua" w:hAnsi="Book Antiqua"/>
          <w:lang w:val="es-PR"/>
        </w:rPr>
      </w:pPr>
      <w:r w:rsidRPr="00E47C79">
        <w:rPr>
          <w:rFonts w:ascii="Book Antiqua" w:hAnsi="Book Antiqua"/>
          <w:lang w:val="es-PR"/>
        </w:rPr>
        <w:t xml:space="preserve">149. Centro Madre Dominga Casa de Belén Inc.  </w:t>
      </w:r>
      <w:r w:rsidR="007B793F" w:rsidRPr="00E47C79">
        <w:rPr>
          <w:rFonts w:ascii="Book Antiqua" w:hAnsi="Book Antiqua"/>
          <w:lang w:val="es-PR"/>
        </w:rPr>
        <w:tab/>
      </w:r>
      <w:r w:rsidRPr="00026520">
        <w:rPr>
          <w:rFonts w:ascii="Book Antiqua" w:hAnsi="Book Antiqua"/>
          <w:lang w:val="es-PR"/>
        </w:rPr>
        <w:t xml:space="preserve">$20,000.00  </w:t>
      </w:r>
    </w:p>
    <w:p w14:paraId="4BBFDF07" w14:textId="6A395DA9" w:rsidR="00FB51A3" w:rsidRPr="00E47C79" w:rsidRDefault="00FB51A3" w:rsidP="003659B9">
      <w:pPr>
        <w:tabs>
          <w:tab w:val="decimal" w:pos="8280"/>
        </w:tabs>
        <w:rPr>
          <w:rFonts w:ascii="Book Antiqua" w:hAnsi="Book Antiqua"/>
          <w:lang w:val="it-IT"/>
        </w:rPr>
      </w:pPr>
      <w:r w:rsidRPr="00E47C79">
        <w:rPr>
          <w:rFonts w:ascii="Book Antiqua" w:hAnsi="Book Antiqua"/>
          <w:lang w:val="it-IT"/>
        </w:rPr>
        <w:t xml:space="preserve">150. Centro Margarita  </w:t>
      </w:r>
      <w:r w:rsidR="007B793F" w:rsidRPr="00E47C79">
        <w:rPr>
          <w:rFonts w:ascii="Book Antiqua" w:hAnsi="Book Antiqua"/>
          <w:lang w:val="it-IT"/>
        </w:rPr>
        <w:tab/>
      </w:r>
      <w:r w:rsidRPr="00E47C79">
        <w:rPr>
          <w:rFonts w:ascii="Book Antiqua" w:hAnsi="Book Antiqua"/>
          <w:lang w:val="it-IT"/>
        </w:rPr>
        <w:t xml:space="preserve">$20,000.00  </w:t>
      </w:r>
    </w:p>
    <w:p w14:paraId="1ADBDE12" w14:textId="35CB1029" w:rsidR="00FB51A3" w:rsidRPr="00E47C79" w:rsidRDefault="00FB51A3" w:rsidP="003659B9">
      <w:pPr>
        <w:tabs>
          <w:tab w:val="decimal" w:pos="8280"/>
        </w:tabs>
        <w:rPr>
          <w:rFonts w:ascii="Book Antiqua" w:hAnsi="Book Antiqua"/>
          <w:lang w:val="it-IT"/>
        </w:rPr>
      </w:pPr>
      <w:r w:rsidRPr="00E47C79">
        <w:rPr>
          <w:rFonts w:ascii="Book Antiqua" w:hAnsi="Book Antiqua"/>
          <w:lang w:val="it-IT"/>
        </w:rPr>
        <w:t xml:space="preserve">151. Centro Maria Mazzarello Alespi Inc  </w:t>
      </w:r>
      <w:r w:rsidR="007B793F" w:rsidRPr="00E47C79">
        <w:rPr>
          <w:rFonts w:ascii="Book Antiqua" w:hAnsi="Book Antiqua"/>
          <w:lang w:val="it-IT"/>
        </w:rPr>
        <w:tab/>
      </w:r>
      <w:r w:rsidRPr="00E47C79">
        <w:rPr>
          <w:rFonts w:ascii="Book Antiqua" w:hAnsi="Book Antiqua"/>
          <w:lang w:val="it-IT"/>
        </w:rPr>
        <w:t xml:space="preserve">$17,000.00  </w:t>
      </w:r>
    </w:p>
    <w:p w14:paraId="7FE32543" w14:textId="4A37C0B9" w:rsidR="00FB51A3" w:rsidRPr="00E47C79" w:rsidRDefault="00FB51A3" w:rsidP="003659B9">
      <w:pPr>
        <w:tabs>
          <w:tab w:val="decimal" w:pos="8280"/>
        </w:tabs>
        <w:rPr>
          <w:rFonts w:ascii="Book Antiqua" w:hAnsi="Book Antiqua"/>
          <w:lang w:val="es-PR"/>
        </w:rPr>
      </w:pPr>
      <w:r w:rsidRPr="00E47C79">
        <w:rPr>
          <w:rFonts w:ascii="Book Antiqua" w:hAnsi="Book Antiqua"/>
          <w:lang w:val="es-PR"/>
        </w:rPr>
        <w:t xml:space="preserve">152. Centro Microempresas y Tecnologías Agrícolas </w:t>
      </w:r>
      <w:proofErr w:type="gramStart"/>
      <w:r w:rsidRPr="00E47C79">
        <w:rPr>
          <w:rFonts w:ascii="Book Antiqua" w:hAnsi="Book Antiqua"/>
          <w:lang w:val="es-PR"/>
        </w:rPr>
        <w:t xml:space="preserve">Sustentables  </w:t>
      </w:r>
      <w:r w:rsidR="007B793F" w:rsidRPr="00E47C79">
        <w:rPr>
          <w:rFonts w:ascii="Book Antiqua" w:hAnsi="Book Antiqua"/>
          <w:lang w:val="es-PR"/>
        </w:rPr>
        <w:tab/>
      </w:r>
      <w:proofErr w:type="gramEnd"/>
      <w:r w:rsidRPr="00E47C79">
        <w:rPr>
          <w:rFonts w:ascii="Book Antiqua" w:hAnsi="Book Antiqua"/>
          <w:lang w:val="es-PR"/>
        </w:rPr>
        <w:t xml:space="preserve">$3,000.00  </w:t>
      </w:r>
    </w:p>
    <w:p w14:paraId="48197B8B" w14:textId="57E94C27" w:rsidR="00FB51A3" w:rsidRPr="00E47C79" w:rsidRDefault="00FB51A3" w:rsidP="003659B9">
      <w:pPr>
        <w:tabs>
          <w:tab w:val="decimal" w:pos="8280"/>
        </w:tabs>
        <w:rPr>
          <w:rFonts w:ascii="Book Antiqua" w:hAnsi="Book Antiqua"/>
          <w:lang w:val="es-ES"/>
        </w:rPr>
      </w:pPr>
      <w:r w:rsidRPr="00E47C79">
        <w:rPr>
          <w:rFonts w:ascii="Book Antiqua" w:hAnsi="Book Antiqua"/>
          <w:lang w:val="es-ES"/>
        </w:rPr>
        <w:t xml:space="preserve">153. Centro </w:t>
      </w:r>
      <w:proofErr w:type="spellStart"/>
      <w:r w:rsidRPr="00E47C79">
        <w:rPr>
          <w:rFonts w:ascii="Book Antiqua" w:hAnsi="Book Antiqua"/>
          <w:lang w:val="es-ES"/>
        </w:rPr>
        <w:t>Millajen</w:t>
      </w:r>
      <w:proofErr w:type="spellEnd"/>
      <w:r w:rsidRPr="00E47C79">
        <w:rPr>
          <w:rFonts w:ascii="Book Antiqua" w:hAnsi="Book Antiqua"/>
          <w:lang w:val="es-ES"/>
        </w:rPr>
        <w:t xml:space="preserve">, Inc.  </w:t>
      </w:r>
      <w:r w:rsidR="007B793F" w:rsidRPr="00E47C79">
        <w:rPr>
          <w:rFonts w:ascii="Book Antiqua" w:hAnsi="Book Antiqua"/>
          <w:lang w:val="es-ES"/>
        </w:rPr>
        <w:tab/>
      </w:r>
      <w:r w:rsidRPr="00E47C79">
        <w:rPr>
          <w:rFonts w:ascii="Book Antiqua" w:hAnsi="Book Antiqua"/>
          <w:lang w:val="es-ES"/>
        </w:rPr>
        <w:t xml:space="preserve">$16,000.00  </w:t>
      </w:r>
    </w:p>
    <w:p w14:paraId="14A5553F" w14:textId="2EFC8F5B" w:rsidR="00FB51A3" w:rsidRPr="00E47C79" w:rsidRDefault="00FB51A3" w:rsidP="003659B9">
      <w:pPr>
        <w:tabs>
          <w:tab w:val="decimal" w:pos="8280"/>
        </w:tabs>
        <w:rPr>
          <w:rFonts w:ascii="Book Antiqua" w:hAnsi="Book Antiqua"/>
          <w:lang w:val="es-ES"/>
        </w:rPr>
      </w:pPr>
      <w:r w:rsidRPr="00E47C79">
        <w:rPr>
          <w:rFonts w:ascii="Book Antiqua" w:hAnsi="Book Antiqua"/>
          <w:lang w:val="es-ES"/>
        </w:rPr>
        <w:t xml:space="preserve">154. Centro Nuevos Horizontes, Inc. </w:t>
      </w:r>
      <w:r w:rsidR="007B793F" w:rsidRPr="00E47C79">
        <w:rPr>
          <w:rFonts w:ascii="Book Antiqua" w:hAnsi="Book Antiqua"/>
          <w:lang w:val="es-ES"/>
        </w:rPr>
        <w:tab/>
      </w:r>
      <w:r w:rsidRPr="00E47C79">
        <w:rPr>
          <w:rFonts w:ascii="Book Antiqua" w:hAnsi="Book Antiqua"/>
          <w:lang w:val="es-ES"/>
        </w:rPr>
        <w:t xml:space="preserve">$30,000.00  </w:t>
      </w:r>
    </w:p>
    <w:p w14:paraId="25C40BE2" w14:textId="6BED898B" w:rsidR="00FB51A3" w:rsidRPr="00E47C79" w:rsidRDefault="00FB51A3" w:rsidP="003659B9">
      <w:pPr>
        <w:tabs>
          <w:tab w:val="decimal" w:pos="8280"/>
        </w:tabs>
        <w:rPr>
          <w:rFonts w:ascii="Book Antiqua" w:hAnsi="Book Antiqua"/>
          <w:lang w:val="es-PR"/>
        </w:rPr>
      </w:pPr>
      <w:r w:rsidRPr="00E47C79">
        <w:rPr>
          <w:rFonts w:ascii="Book Antiqua" w:hAnsi="Book Antiqua"/>
          <w:lang w:val="es-PR"/>
        </w:rPr>
        <w:t xml:space="preserve">155. Centro para niños El Nuevo Hogar </w:t>
      </w:r>
      <w:r w:rsidR="007B793F" w:rsidRPr="00E47C79">
        <w:rPr>
          <w:rFonts w:ascii="Book Antiqua" w:hAnsi="Book Antiqua"/>
          <w:lang w:val="es-PR"/>
        </w:rPr>
        <w:tab/>
      </w:r>
      <w:r w:rsidRPr="00E47C79">
        <w:rPr>
          <w:rFonts w:ascii="Book Antiqua" w:hAnsi="Book Antiqua"/>
          <w:lang w:val="es-PR"/>
        </w:rPr>
        <w:t xml:space="preserve">$30,000.00  </w:t>
      </w:r>
    </w:p>
    <w:p w14:paraId="6D08A734" w14:textId="12C29BB9" w:rsidR="00FB51A3" w:rsidRPr="00E47C79" w:rsidRDefault="00FB51A3" w:rsidP="003659B9">
      <w:pPr>
        <w:tabs>
          <w:tab w:val="decimal" w:pos="8280"/>
        </w:tabs>
        <w:rPr>
          <w:rFonts w:ascii="Book Antiqua" w:hAnsi="Book Antiqua"/>
          <w:lang w:val="es-ES"/>
        </w:rPr>
      </w:pPr>
      <w:r w:rsidRPr="00E47C79">
        <w:rPr>
          <w:rFonts w:ascii="Book Antiqua" w:hAnsi="Book Antiqua"/>
          <w:lang w:val="es-ES"/>
        </w:rPr>
        <w:t xml:space="preserve">156. Centro para Puerto </w:t>
      </w:r>
      <w:proofErr w:type="gramStart"/>
      <w:r w:rsidRPr="00E47C79">
        <w:rPr>
          <w:rFonts w:ascii="Book Antiqua" w:hAnsi="Book Antiqua"/>
          <w:lang w:val="es-ES"/>
        </w:rPr>
        <w:t xml:space="preserve">Rico  </w:t>
      </w:r>
      <w:r w:rsidR="007B793F" w:rsidRPr="00E47C79">
        <w:rPr>
          <w:rFonts w:ascii="Book Antiqua" w:hAnsi="Book Antiqua"/>
          <w:lang w:val="es-ES"/>
        </w:rPr>
        <w:tab/>
      </w:r>
      <w:proofErr w:type="gramEnd"/>
      <w:r w:rsidRPr="00E47C79">
        <w:rPr>
          <w:rFonts w:ascii="Book Antiqua" w:hAnsi="Book Antiqua"/>
          <w:lang w:val="es-ES"/>
        </w:rPr>
        <w:t xml:space="preserve">$200,000.00  </w:t>
      </w:r>
    </w:p>
    <w:p w14:paraId="00036863" w14:textId="4EDCD65B"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157. Centro para Renovación Económica, Crecimiento y Excelencia </w:t>
      </w:r>
      <w:r w:rsidR="007B793F" w:rsidRPr="00E47C79">
        <w:rPr>
          <w:rFonts w:ascii="Book Antiqua" w:hAnsi="Book Antiqua"/>
          <w:lang w:val="es-ES"/>
        </w:rPr>
        <w:tab/>
      </w:r>
      <w:r w:rsidRPr="00E47C79">
        <w:rPr>
          <w:rFonts w:ascii="Book Antiqua" w:hAnsi="Book Antiqua"/>
          <w:lang w:val="es-ES"/>
        </w:rPr>
        <w:t xml:space="preserve">$20,000.00  </w:t>
      </w:r>
    </w:p>
    <w:p w14:paraId="1DC8400F" w14:textId="09184C36"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158. Centro </w:t>
      </w:r>
      <w:proofErr w:type="gramStart"/>
      <w:r w:rsidRPr="00E47C79">
        <w:rPr>
          <w:rFonts w:ascii="Book Antiqua" w:hAnsi="Book Antiqua"/>
          <w:lang w:val="es-ES"/>
        </w:rPr>
        <w:t>Pro Vida</w:t>
      </w:r>
      <w:proofErr w:type="gramEnd"/>
      <w:r w:rsidRPr="00E47C79">
        <w:rPr>
          <w:rFonts w:ascii="Book Antiqua" w:hAnsi="Book Antiqua"/>
          <w:lang w:val="es-ES"/>
        </w:rPr>
        <w:t xml:space="preserve"> Independiente, Inc.  </w:t>
      </w:r>
      <w:r w:rsidR="007B793F" w:rsidRPr="00E47C79">
        <w:rPr>
          <w:rFonts w:ascii="Book Antiqua" w:hAnsi="Book Antiqua"/>
          <w:lang w:val="es-ES"/>
        </w:rPr>
        <w:tab/>
      </w:r>
      <w:r w:rsidRPr="00E47C79">
        <w:rPr>
          <w:rFonts w:ascii="Book Antiqua" w:hAnsi="Book Antiqua"/>
          <w:lang w:val="es-ES"/>
        </w:rPr>
        <w:t xml:space="preserve">$13,000.00  </w:t>
      </w:r>
    </w:p>
    <w:p w14:paraId="264E4BBB" w14:textId="04305D5B"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159. Centro Providencia de </w:t>
      </w:r>
      <w:proofErr w:type="gramStart"/>
      <w:r w:rsidRPr="00E47C79">
        <w:rPr>
          <w:rFonts w:ascii="Book Antiqua" w:hAnsi="Book Antiqua"/>
          <w:lang w:val="es-ES"/>
        </w:rPr>
        <w:t xml:space="preserve">Loíza  </w:t>
      </w:r>
      <w:r w:rsidR="007B793F" w:rsidRPr="00E47C79">
        <w:rPr>
          <w:rFonts w:ascii="Book Antiqua" w:hAnsi="Book Antiqua"/>
          <w:lang w:val="es-ES"/>
        </w:rPr>
        <w:tab/>
      </w:r>
      <w:proofErr w:type="gramEnd"/>
      <w:r w:rsidRPr="00E47C79">
        <w:rPr>
          <w:rFonts w:ascii="Book Antiqua" w:hAnsi="Book Antiqua"/>
          <w:lang w:val="es-ES"/>
        </w:rPr>
        <w:t xml:space="preserve">$8,000.00  </w:t>
      </w:r>
    </w:p>
    <w:p w14:paraId="24BC02CA" w14:textId="3F1870EF"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160. Centro Ramon Frade para Personas de Edad, Inc. </w:t>
      </w:r>
      <w:r w:rsidR="007B793F" w:rsidRPr="00E47C79">
        <w:rPr>
          <w:rFonts w:ascii="Book Antiqua" w:hAnsi="Book Antiqua"/>
          <w:lang w:val="es-ES"/>
        </w:rPr>
        <w:tab/>
      </w:r>
      <w:r w:rsidRPr="00E47C79">
        <w:rPr>
          <w:rFonts w:ascii="Book Antiqua" w:hAnsi="Book Antiqua"/>
          <w:lang w:val="es-ES"/>
        </w:rPr>
        <w:t xml:space="preserve">$25,000.00  </w:t>
      </w:r>
    </w:p>
    <w:p w14:paraId="5BC3C3E7" w14:textId="27B144B6"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161. Centro San Francisco, Inc.  </w:t>
      </w:r>
      <w:r w:rsidR="007B793F" w:rsidRPr="00E47C79">
        <w:rPr>
          <w:rFonts w:ascii="Book Antiqua" w:hAnsi="Book Antiqua"/>
          <w:lang w:val="es-ES"/>
        </w:rPr>
        <w:tab/>
      </w:r>
      <w:r w:rsidRPr="00E47C79">
        <w:rPr>
          <w:rFonts w:ascii="Book Antiqua" w:hAnsi="Book Antiqua"/>
          <w:lang w:val="es-ES"/>
        </w:rPr>
        <w:t xml:space="preserve">$10,000.00  </w:t>
      </w:r>
    </w:p>
    <w:p w14:paraId="003F662D" w14:textId="56A5C352"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162. Centro Santa Luisa, Inc.  </w:t>
      </w:r>
      <w:r w:rsidR="007B793F" w:rsidRPr="00E47C79">
        <w:rPr>
          <w:rFonts w:ascii="Book Antiqua" w:hAnsi="Book Antiqua"/>
          <w:lang w:val="es-ES"/>
        </w:rPr>
        <w:tab/>
      </w:r>
      <w:r w:rsidRPr="00E47C79">
        <w:rPr>
          <w:rFonts w:ascii="Book Antiqua" w:hAnsi="Book Antiqua"/>
          <w:lang w:val="es-ES"/>
        </w:rPr>
        <w:t xml:space="preserve">$15,000.00  </w:t>
      </w:r>
    </w:p>
    <w:p w14:paraId="1B3F81B3" w14:textId="7AA1B980"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163. Centro Teológico El Caballero de la Cruz, Inc.  </w:t>
      </w:r>
      <w:r w:rsidR="007B793F" w:rsidRPr="00E47C79">
        <w:rPr>
          <w:rFonts w:ascii="Book Antiqua" w:hAnsi="Book Antiqua"/>
          <w:lang w:val="es-PR"/>
        </w:rPr>
        <w:tab/>
      </w:r>
      <w:r w:rsidRPr="00E47C79">
        <w:rPr>
          <w:rFonts w:ascii="Book Antiqua" w:hAnsi="Book Antiqua"/>
          <w:lang w:val="es-PR"/>
        </w:rPr>
        <w:t xml:space="preserve">$10,000.00  </w:t>
      </w:r>
    </w:p>
    <w:p w14:paraId="6E5F7017" w14:textId="29566DBF"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lastRenderedPageBreak/>
        <w:t xml:space="preserve">164. Centro Unido de Detallistas Inc. </w:t>
      </w:r>
      <w:r w:rsidR="007B793F" w:rsidRPr="00E47C79">
        <w:rPr>
          <w:rFonts w:ascii="Book Antiqua" w:hAnsi="Book Antiqua"/>
          <w:lang w:val="es-PR"/>
        </w:rPr>
        <w:tab/>
      </w:r>
      <w:r w:rsidRPr="00E47C79">
        <w:rPr>
          <w:rFonts w:ascii="Book Antiqua" w:hAnsi="Book Antiqua"/>
          <w:lang w:val="es-PR"/>
        </w:rPr>
        <w:t xml:space="preserve"> $10,000.00  </w:t>
      </w:r>
    </w:p>
    <w:p w14:paraId="5E5C1631" w14:textId="73BCF0CE"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165. Centros Sor Isolina </w:t>
      </w:r>
      <w:proofErr w:type="gramStart"/>
      <w:r w:rsidRPr="00E47C79">
        <w:rPr>
          <w:rFonts w:ascii="Book Antiqua" w:hAnsi="Book Antiqua"/>
          <w:lang w:val="es-ES"/>
        </w:rPr>
        <w:t xml:space="preserve">Ferre  </w:t>
      </w:r>
      <w:r w:rsidR="007B793F" w:rsidRPr="00E47C79">
        <w:rPr>
          <w:rFonts w:ascii="Book Antiqua" w:hAnsi="Book Antiqua"/>
          <w:lang w:val="es-ES"/>
        </w:rPr>
        <w:tab/>
      </w:r>
      <w:proofErr w:type="gramEnd"/>
      <w:r w:rsidRPr="00E47C79">
        <w:rPr>
          <w:rFonts w:ascii="Book Antiqua" w:hAnsi="Book Antiqua"/>
          <w:lang w:val="es-ES"/>
        </w:rPr>
        <w:t xml:space="preserve">$130,000.00  </w:t>
      </w:r>
    </w:p>
    <w:p w14:paraId="0DCC4F1D" w14:textId="5C312049"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166. </w:t>
      </w:r>
      <w:proofErr w:type="spellStart"/>
      <w:r w:rsidRPr="00E47C79">
        <w:rPr>
          <w:rFonts w:ascii="Book Antiqua" w:hAnsi="Book Antiqua"/>
          <w:lang w:val="es-ES"/>
        </w:rPr>
        <w:t>Childrens</w:t>
      </w:r>
      <w:proofErr w:type="spellEnd"/>
      <w:r w:rsidR="00884D9A" w:rsidRPr="00E47C79">
        <w:rPr>
          <w:rFonts w:ascii="Book Antiqua" w:hAnsi="Book Antiqua"/>
          <w:lang w:val="es-ES"/>
        </w:rPr>
        <w:t xml:space="preserve"> </w:t>
      </w:r>
      <w:proofErr w:type="spellStart"/>
      <w:proofErr w:type="gramStart"/>
      <w:r w:rsidRPr="00E47C79">
        <w:rPr>
          <w:rFonts w:ascii="Book Antiqua" w:hAnsi="Book Antiqua"/>
          <w:lang w:val="es-ES"/>
        </w:rPr>
        <w:t>Zone</w:t>
      </w:r>
      <w:proofErr w:type="spellEnd"/>
      <w:r w:rsidRPr="00E47C79">
        <w:rPr>
          <w:rFonts w:ascii="Book Antiqua" w:hAnsi="Book Antiqua"/>
          <w:lang w:val="es-ES"/>
        </w:rPr>
        <w:t xml:space="preserve">  </w:t>
      </w:r>
      <w:r w:rsidR="007B793F" w:rsidRPr="00E47C79">
        <w:rPr>
          <w:rFonts w:ascii="Book Antiqua" w:hAnsi="Book Antiqua"/>
          <w:lang w:val="es-ES"/>
        </w:rPr>
        <w:tab/>
      </w:r>
      <w:proofErr w:type="gramEnd"/>
      <w:r w:rsidRPr="00E47C79">
        <w:rPr>
          <w:rFonts w:ascii="Book Antiqua" w:hAnsi="Book Antiqua"/>
          <w:lang w:val="es-ES"/>
        </w:rPr>
        <w:t xml:space="preserve">$3,000.00  </w:t>
      </w:r>
    </w:p>
    <w:p w14:paraId="7203C1EE" w14:textId="4DF62C4C"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167. Ciencia Puerto Rico </w:t>
      </w:r>
      <w:r w:rsidR="007B793F" w:rsidRPr="00E47C79">
        <w:rPr>
          <w:rFonts w:ascii="Book Antiqua" w:hAnsi="Book Antiqua"/>
          <w:lang w:val="es-PR"/>
        </w:rPr>
        <w:tab/>
      </w:r>
      <w:r w:rsidRPr="00E47C79">
        <w:rPr>
          <w:rFonts w:ascii="Book Antiqua" w:hAnsi="Book Antiqua"/>
          <w:lang w:val="es-PR"/>
        </w:rPr>
        <w:t xml:space="preserve">$4,000.00  </w:t>
      </w:r>
    </w:p>
    <w:p w14:paraId="1533C2B9" w14:textId="780E4F79" w:rsidR="00FB51A3" w:rsidRPr="00026520" w:rsidRDefault="00FB51A3" w:rsidP="007B793F">
      <w:pPr>
        <w:tabs>
          <w:tab w:val="decimal" w:pos="8280"/>
        </w:tabs>
        <w:rPr>
          <w:rFonts w:ascii="Book Antiqua" w:hAnsi="Book Antiqua"/>
          <w:lang w:val="es-PR"/>
        </w:rPr>
      </w:pPr>
      <w:r w:rsidRPr="00E47C79">
        <w:rPr>
          <w:rFonts w:ascii="Book Antiqua" w:hAnsi="Book Antiqua"/>
          <w:lang w:val="es-PR"/>
        </w:rPr>
        <w:t xml:space="preserve">168. Circulo Histórico Cultural de Camuy, Inc. </w:t>
      </w:r>
      <w:r w:rsidR="007B793F" w:rsidRPr="00E47C79">
        <w:rPr>
          <w:rFonts w:ascii="Book Antiqua" w:hAnsi="Book Antiqua"/>
          <w:lang w:val="es-PR"/>
        </w:rPr>
        <w:tab/>
      </w:r>
      <w:r w:rsidRPr="00E47C79">
        <w:rPr>
          <w:rFonts w:ascii="Book Antiqua" w:hAnsi="Book Antiqua"/>
          <w:lang w:val="es-PR"/>
        </w:rPr>
        <w:t xml:space="preserve"> </w:t>
      </w:r>
      <w:r w:rsidRPr="00026520">
        <w:rPr>
          <w:rFonts w:ascii="Book Antiqua" w:hAnsi="Book Antiqua"/>
          <w:lang w:val="es-PR"/>
        </w:rPr>
        <w:t xml:space="preserve">$3,000.00  </w:t>
      </w:r>
    </w:p>
    <w:p w14:paraId="7DC1DF09" w14:textId="59526EF6"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169. </w:t>
      </w:r>
      <w:proofErr w:type="spellStart"/>
      <w:r w:rsidRPr="00E47C79">
        <w:rPr>
          <w:rFonts w:ascii="Book Antiqua" w:hAnsi="Book Antiqua"/>
          <w:lang w:val="es-PR"/>
        </w:rPr>
        <w:t>C</w:t>
      </w:r>
      <w:r w:rsidR="00DA11C9" w:rsidRPr="00E47C79">
        <w:rPr>
          <w:rFonts w:ascii="Book Antiqua" w:hAnsi="Book Antiqua"/>
          <w:lang w:val="es-PR"/>
        </w:rPr>
        <w:t>i</w:t>
      </w:r>
      <w:r w:rsidRPr="00E47C79">
        <w:rPr>
          <w:rFonts w:ascii="Book Antiqua" w:hAnsi="Book Antiqua"/>
          <w:lang w:val="es-PR"/>
        </w:rPr>
        <w:t>ties</w:t>
      </w:r>
      <w:proofErr w:type="spellEnd"/>
      <w:r w:rsidRPr="00E47C79">
        <w:rPr>
          <w:rFonts w:ascii="Book Antiqua" w:hAnsi="Book Antiqua"/>
          <w:lang w:val="es-PR"/>
        </w:rPr>
        <w:t xml:space="preserve"> </w:t>
      </w:r>
      <w:proofErr w:type="spellStart"/>
      <w:r w:rsidRPr="00E47C79">
        <w:rPr>
          <w:rFonts w:ascii="Book Antiqua" w:hAnsi="Book Antiqua"/>
          <w:lang w:val="es-PR"/>
        </w:rPr>
        <w:t>of</w:t>
      </w:r>
      <w:proofErr w:type="spellEnd"/>
      <w:r w:rsidRPr="00E47C79">
        <w:rPr>
          <w:rFonts w:ascii="Book Antiqua" w:hAnsi="Book Antiqua"/>
          <w:lang w:val="es-PR"/>
        </w:rPr>
        <w:t xml:space="preserve"> Love PR </w:t>
      </w:r>
      <w:r w:rsidR="007B793F" w:rsidRPr="00E47C79">
        <w:rPr>
          <w:rFonts w:ascii="Book Antiqua" w:hAnsi="Book Antiqua"/>
          <w:lang w:val="es-PR"/>
        </w:rPr>
        <w:tab/>
      </w:r>
      <w:r w:rsidRPr="00E47C79">
        <w:rPr>
          <w:rFonts w:ascii="Book Antiqua" w:hAnsi="Book Antiqua"/>
          <w:lang w:val="es-PR"/>
        </w:rPr>
        <w:t xml:space="preserve"> $3,500.00  </w:t>
      </w:r>
    </w:p>
    <w:p w14:paraId="11966671" w14:textId="4A77C1E3"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170. Ciudadanos </w:t>
      </w:r>
      <w:proofErr w:type="gramStart"/>
      <w:r w:rsidRPr="00E47C79">
        <w:rPr>
          <w:rFonts w:ascii="Book Antiqua" w:hAnsi="Book Antiqua"/>
          <w:lang w:val="es-PR"/>
        </w:rPr>
        <w:t>Pro Albergue</w:t>
      </w:r>
      <w:proofErr w:type="gramEnd"/>
      <w:r w:rsidRPr="00E47C79">
        <w:rPr>
          <w:rFonts w:ascii="Book Antiqua" w:hAnsi="Book Antiqua"/>
          <w:lang w:val="es-PR"/>
        </w:rPr>
        <w:t xml:space="preserve"> de Animales de </w:t>
      </w:r>
      <w:proofErr w:type="gramStart"/>
      <w:r w:rsidRPr="00E47C79">
        <w:rPr>
          <w:rFonts w:ascii="Book Antiqua" w:hAnsi="Book Antiqua"/>
          <w:lang w:val="es-PR"/>
        </w:rPr>
        <w:t xml:space="preserve">Aguadilla  </w:t>
      </w:r>
      <w:r w:rsidR="007B793F" w:rsidRPr="00E47C79">
        <w:rPr>
          <w:rFonts w:ascii="Book Antiqua" w:hAnsi="Book Antiqua"/>
          <w:lang w:val="es-PR"/>
        </w:rPr>
        <w:tab/>
      </w:r>
      <w:proofErr w:type="gramEnd"/>
      <w:r w:rsidRPr="00E47C79">
        <w:rPr>
          <w:rFonts w:ascii="Book Antiqua" w:hAnsi="Book Antiqua"/>
          <w:lang w:val="es-PR"/>
        </w:rPr>
        <w:t xml:space="preserve">$4,500.00  </w:t>
      </w:r>
    </w:p>
    <w:p w14:paraId="51E4AE6E" w14:textId="6F55F83B"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171. Club Cívico de Damas de Puerto Rico </w:t>
      </w:r>
      <w:r w:rsidR="007B793F" w:rsidRPr="00E47C79">
        <w:rPr>
          <w:rFonts w:ascii="Book Antiqua" w:hAnsi="Book Antiqua"/>
          <w:lang w:val="es-PR"/>
        </w:rPr>
        <w:tab/>
      </w:r>
      <w:r w:rsidRPr="00E47C79">
        <w:rPr>
          <w:rFonts w:ascii="Book Antiqua" w:hAnsi="Book Antiqua"/>
          <w:lang w:val="es-PR"/>
        </w:rPr>
        <w:t xml:space="preserve"> $3,000.00  </w:t>
      </w:r>
    </w:p>
    <w:p w14:paraId="4D048056" w14:textId="5020D64F"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172. Club de Oro de Caguas, PR Inc. </w:t>
      </w:r>
      <w:r w:rsidR="007B793F" w:rsidRPr="00E47C79">
        <w:rPr>
          <w:rFonts w:ascii="Book Antiqua" w:hAnsi="Book Antiqua"/>
          <w:lang w:val="es-PR"/>
        </w:rPr>
        <w:tab/>
      </w:r>
      <w:r w:rsidRPr="00E47C79">
        <w:rPr>
          <w:rFonts w:ascii="Book Antiqua" w:hAnsi="Book Antiqua"/>
          <w:lang w:val="es-PR"/>
        </w:rPr>
        <w:t xml:space="preserve"> $5,000.00  </w:t>
      </w:r>
    </w:p>
    <w:p w14:paraId="40BC3CEE" w14:textId="71441BAE" w:rsidR="00FB51A3" w:rsidRPr="00E47C79" w:rsidRDefault="00FB51A3" w:rsidP="007B793F">
      <w:pPr>
        <w:tabs>
          <w:tab w:val="decimal" w:pos="8280"/>
        </w:tabs>
        <w:rPr>
          <w:rFonts w:ascii="Book Antiqua" w:hAnsi="Book Antiqua"/>
          <w:lang w:val="es-ES"/>
        </w:rPr>
      </w:pPr>
      <w:r w:rsidRPr="00E47C79">
        <w:rPr>
          <w:rFonts w:ascii="Book Antiqua" w:hAnsi="Book Antiqua"/>
          <w:lang w:val="es-PR"/>
        </w:rPr>
        <w:t xml:space="preserve">173. Club de Voleibol Gigantes de Carolina, Inc. </w:t>
      </w:r>
      <w:r w:rsidR="007B793F" w:rsidRPr="00E47C79">
        <w:rPr>
          <w:rFonts w:ascii="Book Antiqua" w:hAnsi="Book Antiqua"/>
          <w:lang w:val="es-PR"/>
        </w:rPr>
        <w:tab/>
      </w:r>
      <w:r w:rsidRPr="00E47C79">
        <w:rPr>
          <w:rFonts w:ascii="Book Antiqua" w:hAnsi="Book Antiqua"/>
          <w:lang w:val="es-ES"/>
        </w:rPr>
        <w:t xml:space="preserve">$10,000.00  </w:t>
      </w:r>
    </w:p>
    <w:p w14:paraId="107A6090" w14:textId="1C727D55"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174. Club Deportivo de Fútbol Guayamés, Inc. </w:t>
      </w:r>
      <w:r w:rsidR="007B793F" w:rsidRPr="00E47C79">
        <w:rPr>
          <w:rFonts w:ascii="Book Antiqua" w:hAnsi="Book Antiqua"/>
          <w:lang w:val="es-ES"/>
        </w:rPr>
        <w:tab/>
      </w:r>
      <w:r w:rsidRPr="00E47C79">
        <w:rPr>
          <w:rFonts w:ascii="Book Antiqua" w:hAnsi="Book Antiqua"/>
          <w:lang w:val="es-ES"/>
        </w:rPr>
        <w:t xml:space="preserve">$5,000.00  </w:t>
      </w:r>
    </w:p>
    <w:p w14:paraId="41D72F95" w14:textId="6F3EE3C4" w:rsidR="00FB51A3" w:rsidRPr="00026520" w:rsidRDefault="00FB51A3" w:rsidP="007B793F">
      <w:pPr>
        <w:tabs>
          <w:tab w:val="decimal" w:pos="8280"/>
        </w:tabs>
        <w:rPr>
          <w:rFonts w:ascii="Book Antiqua" w:hAnsi="Book Antiqua"/>
          <w:lang w:val="es-ES"/>
        </w:rPr>
      </w:pPr>
      <w:r w:rsidRPr="00E47C79">
        <w:rPr>
          <w:rFonts w:ascii="Book Antiqua" w:hAnsi="Book Antiqua"/>
          <w:lang w:val="es-PR"/>
        </w:rPr>
        <w:t xml:space="preserve">175. Club Escuela de Baloncesto Costeros de VA Corp.  </w:t>
      </w:r>
      <w:r w:rsidR="007B793F" w:rsidRPr="00E47C79">
        <w:rPr>
          <w:rFonts w:ascii="Book Antiqua" w:hAnsi="Book Antiqua"/>
          <w:lang w:val="es-PR"/>
        </w:rPr>
        <w:tab/>
      </w:r>
      <w:r w:rsidRPr="00026520">
        <w:rPr>
          <w:rFonts w:ascii="Book Antiqua" w:hAnsi="Book Antiqua"/>
          <w:lang w:val="es-ES"/>
        </w:rPr>
        <w:t xml:space="preserve">$13,000.00  </w:t>
      </w:r>
    </w:p>
    <w:p w14:paraId="7749349A" w14:textId="5AB4D7C1"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176. Club Semillitas de </w:t>
      </w:r>
      <w:proofErr w:type="gramStart"/>
      <w:r w:rsidRPr="00E47C79">
        <w:rPr>
          <w:rFonts w:ascii="Book Antiqua" w:hAnsi="Book Antiqua"/>
          <w:lang w:val="es-PR"/>
        </w:rPr>
        <w:t xml:space="preserve">Amor  </w:t>
      </w:r>
      <w:r w:rsidR="007B793F" w:rsidRPr="00E47C79">
        <w:rPr>
          <w:rFonts w:ascii="Book Antiqua" w:hAnsi="Book Antiqua"/>
          <w:lang w:val="es-PR"/>
        </w:rPr>
        <w:tab/>
      </w:r>
      <w:proofErr w:type="gramEnd"/>
      <w:r w:rsidRPr="00E47C79">
        <w:rPr>
          <w:rFonts w:ascii="Book Antiqua" w:hAnsi="Book Antiqua"/>
          <w:lang w:val="es-PR"/>
        </w:rPr>
        <w:t xml:space="preserve">$10,000.00  </w:t>
      </w:r>
    </w:p>
    <w:p w14:paraId="4E73F11B" w14:textId="66C5E333"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177. Coalición de Apoyo Continuo Personas Sin </w:t>
      </w:r>
      <w:proofErr w:type="gramStart"/>
      <w:r w:rsidRPr="00E47C79">
        <w:rPr>
          <w:rFonts w:ascii="Book Antiqua" w:hAnsi="Book Antiqua"/>
          <w:lang w:val="es-PR"/>
        </w:rPr>
        <w:t xml:space="preserve">Hogar  </w:t>
      </w:r>
      <w:r w:rsidR="007B793F" w:rsidRPr="00E47C79">
        <w:rPr>
          <w:rFonts w:ascii="Book Antiqua" w:hAnsi="Book Antiqua"/>
          <w:lang w:val="es-PR"/>
        </w:rPr>
        <w:tab/>
      </w:r>
      <w:proofErr w:type="gramEnd"/>
      <w:r w:rsidRPr="00E47C79">
        <w:rPr>
          <w:rFonts w:ascii="Book Antiqua" w:hAnsi="Book Antiqua"/>
          <w:lang w:val="es-PR"/>
        </w:rPr>
        <w:t xml:space="preserve">$20,000.00  </w:t>
      </w:r>
    </w:p>
    <w:p w14:paraId="50F567B5" w14:textId="50A9FE6F" w:rsidR="00FB51A3" w:rsidRPr="00026520" w:rsidRDefault="00FB51A3" w:rsidP="007B793F">
      <w:pPr>
        <w:tabs>
          <w:tab w:val="decimal" w:pos="8280"/>
        </w:tabs>
        <w:rPr>
          <w:rFonts w:ascii="Book Antiqua" w:hAnsi="Book Antiqua"/>
          <w:lang w:val="es-ES"/>
        </w:rPr>
      </w:pPr>
      <w:r w:rsidRPr="00026520">
        <w:rPr>
          <w:rFonts w:ascii="Book Antiqua" w:hAnsi="Book Antiqua"/>
          <w:lang w:val="es-ES"/>
        </w:rPr>
        <w:t xml:space="preserve">178. Coalición de San Juan </w:t>
      </w:r>
      <w:r w:rsidR="007B793F" w:rsidRPr="00026520">
        <w:rPr>
          <w:rFonts w:ascii="Book Antiqua" w:hAnsi="Book Antiqua"/>
          <w:lang w:val="es-ES"/>
        </w:rPr>
        <w:tab/>
      </w:r>
      <w:r w:rsidRPr="00026520">
        <w:rPr>
          <w:rFonts w:ascii="Book Antiqua" w:hAnsi="Book Antiqua"/>
          <w:lang w:val="es-ES"/>
        </w:rPr>
        <w:t xml:space="preserve"> $20,000.00  </w:t>
      </w:r>
    </w:p>
    <w:p w14:paraId="71986EDB" w14:textId="2492B92D"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179. </w:t>
      </w:r>
      <w:proofErr w:type="spellStart"/>
      <w:proofErr w:type="gramStart"/>
      <w:r w:rsidRPr="00E47C79">
        <w:rPr>
          <w:rFonts w:ascii="Book Antiqua" w:hAnsi="Book Antiqua"/>
          <w:lang w:val="es-PR"/>
        </w:rPr>
        <w:t>Codevisa</w:t>
      </w:r>
      <w:proofErr w:type="spellEnd"/>
      <w:r w:rsidRPr="00E47C79">
        <w:rPr>
          <w:rFonts w:ascii="Book Antiqua" w:hAnsi="Book Antiqua"/>
          <w:lang w:val="es-PR"/>
        </w:rPr>
        <w:t xml:space="preserve">  </w:t>
      </w:r>
      <w:r w:rsidR="007B793F" w:rsidRPr="00E47C79">
        <w:rPr>
          <w:rFonts w:ascii="Book Antiqua" w:hAnsi="Book Antiqua"/>
          <w:lang w:val="es-PR"/>
        </w:rPr>
        <w:tab/>
      </w:r>
      <w:proofErr w:type="gramEnd"/>
      <w:r w:rsidRPr="00E47C79">
        <w:rPr>
          <w:rFonts w:ascii="Book Antiqua" w:hAnsi="Book Antiqua"/>
          <w:lang w:val="es-PR"/>
        </w:rPr>
        <w:t xml:space="preserve">$3,000.00  </w:t>
      </w:r>
    </w:p>
    <w:p w14:paraId="7FE1BB2B" w14:textId="2BD6A673"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180. </w:t>
      </w:r>
      <w:proofErr w:type="spellStart"/>
      <w:proofErr w:type="gramStart"/>
      <w:r w:rsidRPr="00E47C79">
        <w:rPr>
          <w:rFonts w:ascii="Book Antiqua" w:hAnsi="Book Antiqua"/>
          <w:lang w:val="es-PR"/>
        </w:rPr>
        <w:t>ColaborativoPR</w:t>
      </w:r>
      <w:proofErr w:type="spellEnd"/>
      <w:r w:rsidRPr="00E47C79">
        <w:rPr>
          <w:rFonts w:ascii="Book Antiqua" w:hAnsi="Book Antiqua"/>
          <w:lang w:val="es-PR"/>
        </w:rPr>
        <w:t xml:space="preserve">  </w:t>
      </w:r>
      <w:r w:rsidR="007B793F" w:rsidRPr="00E47C79">
        <w:rPr>
          <w:rFonts w:ascii="Book Antiqua" w:hAnsi="Book Antiqua"/>
          <w:lang w:val="es-PR"/>
        </w:rPr>
        <w:tab/>
      </w:r>
      <w:proofErr w:type="gramEnd"/>
      <w:r w:rsidRPr="00E47C79">
        <w:rPr>
          <w:rFonts w:ascii="Book Antiqua" w:hAnsi="Book Antiqua"/>
          <w:lang w:val="es-PR"/>
        </w:rPr>
        <w:t xml:space="preserve">$4,000.00  </w:t>
      </w:r>
    </w:p>
    <w:p w14:paraId="11D66B51" w14:textId="64BC5EF8"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181. Colegio de Aprendizaje y Desarrollo Educativo </w:t>
      </w:r>
      <w:proofErr w:type="gramStart"/>
      <w:r w:rsidRPr="00E47C79">
        <w:rPr>
          <w:rFonts w:ascii="Book Antiqua" w:hAnsi="Book Antiqua"/>
          <w:lang w:val="es-PR"/>
        </w:rPr>
        <w:t xml:space="preserve">Integrado  </w:t>
      </w:r>
      <w:r w:rsidR="007B793F" w:rsidRPr="00E47C79">
        <w:rPr>
          <w:rFonts w:ascii="Book Antiqua" w:hAnsi="Book Antiqua"/>
          <w:lang w:val="es-PR"/>
        </w:rPr>
        <w:tab/>
      </w:r>
      <w:proofErr w:type="gramEnd"/>
      <w:r w:rsidRPr="00E47C79">
        <w:rPr>
          <w:rFonts w:ascii="Book Antiqua" w:hAnsi="Book Antiqua"/>
          <w:lang w:val="es-PR"/>
        </w:rPr>
        <w:t xml:space="preserve">$170,000.00  </w:t>
      </w:r>
    </w:p>
    <w:p w14:paraId="69DFBE4B" w14:textId="29943E17"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182. Colegio de Químicos de Puerto </w:t>
      </w:r>
      <w:proofErr w:type="gramStart"/>
      <w:r w:rsidRPr="00E47C79">
        <w:rPr>
          <w:rFonts w:ascii="Book Antiqua" w:hAnsi="Book Antiqua"/>
          <w:lang w:val="es-PR"/>
        </w:rPr>
        <w:t xml:space="preserve">Rico  </w:t>
      </w:r>
      <w:r w:rsidR="007B793F" w:rsidRPr="00E47C79">
        <w:rPr>
          <w:rFonts w:ascii="Book Antiqua" w:hAnsi="Book Antiqua"/>
          <w:lang w:val="es-PR"/>
        </w:rPr>
        <w:tab/>
      </w:r>
      <w:proofErr w:type="gramEnd"/>
      <w:r w:rsidRPr="00E47C79">
        <w:rPr>
          <w:rFonts w:ascii="Book Antiqua" w:hAnsi="Book Antiqua"/>
          <w:lang w:val="es-PR"/>
        </w:rPr>
        <w:t xml:space="preserve">$3,000.00  </w:t>
      </w:r>
    </w:p>
    <w:p w14:paraId="4794221B" w14:textId="371EC4B5"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183. Colegio Educación Especial </w:t>
      </w:r>
      <w:proofErr w:type="gramStart"/>
      <w:r w:rsidRPr="00E47C79">
        <w:rPr>
          <w:rFonts w:ascii="Book Antiqua" w:hAnsi="Book Antiqua"/>
          <w:lang w:val="es-PR"/>
        </w:rPr>
        <w:t xml:space="preserve">Rehabilitación  </w:t>
      </w:r>
      <w:r w:rsidR="007B793F" w:rsidRPr="00E47C79">
        <w:rPr>
          <w:rFonts w:ascii="Book Antiqua" w:hAnsi="Book Antiqua"/>
          <w:lang w:val="es-PR"/>
        </w:rPr>
        <w:tab/>
      </w:r>
      <w:proofErr w:type="gramEnd"/>
      <w:r w:rsidRPr="00E47C79">
        <w:rPr>
          <w:rFonts w:ascii="Book Antiqua" w:hAnsi="Book Antiqua"/>
          <w:lang w:val="es-PR"/>
        </w:rPr>
        <w:t xml:space="preserve">$20,000.00  </w:t>
      </w:r>
    </w:p>
    <w:p w14:paraId="18ED3E00" w14:textId="326D311E" w:rsidR="00FB51A3" w:rsidRPr="00E47C79" w:rsidRDefault="00FB51A3" w:rsidP="007B793F">
      <w:pPr>
        <w:tabs>
          <w:tab w:val="decimal" w:pos="8280"/>
        </w:tabs>
        <w:rPr>
          <w:rFonts w:ascii="Book Antiqua" w:hAnsi="Book Antiqua"/>
          <w:lang w:val="pt-PT"/>
        </w:rPr>
      </w:pPr>
      <w:r w:rsidRPr="00E47C79">
        <w:rPr>
          <w:rFonts w:ascii="Book Antiqua" w:hAnsi="Book Antiqua"/>
          <w:lang w:val="pt-PT"/>
        </w:rPr>
        <w:t xml:space="preserve">184. Colegio Hogar Ángeles Custodios  </w:t>
      </w:r>
      <w:r w:rsidR="007B793F" w:rsidRPr="00E47C79">
        <w:rPr>
          <w:rFonts w:ascii="Book Antiqua" w:hAnsi="Book Antiqua"/>
          <w:lang w:val="pt-PT"/>
        </w:rPr>
        <w:tab/>
      </w:r>
      <w:r w:rsidRPr="00E47C79">
        <w:rPr>
          <w:rFonts w:ascii="Book Antiqua" w:hAnsi="Book Antiqua"/>
          <w:lang w:val="pt-PT"/>
        </w:rPr>
        <w:t xml:space="preserve">$10,000.00  </w:t>
      </w:r>
    </w:p>
    <w:p w14:paraId="607057D2" w14:textId="22020BD0" w:rsidR="00FB51A3" w:rsidRPr="00E47C79" w:rsidRDefault="00FB51A3" w:rsidP="007B793F">
      <w:pPr>
        <w:tabs>
          <w:tab w:val="decimal" w:pos="8280"/>
        </w:tabs>
        <w:rPr>
          <w:rFonts w:ascii="Book Antiqua" w:hAnsi="Book Antiqua"/>
          <w:lang w:val="pt-PT"/>
        </w:rPr>
      </w:pPr>
      <w:r w:rsidRPr="00E47C79">
        <w:rPr>
          <w:rFonts w:ascii="Book Antiqua" w:hAnsi="Book Antiqua"/>
          <w:lang w:val="pt-PT"/>
        </w:rPr>
        <w:t xml:space="preserve">185. Comité Comunal de Corcovada Inc  </w:t>
      </w:r>
      <w:r w:rsidR="007B793F" w:rsidRPr="00E47C79">
        <w:rPr>
          <w:rFonts w:ascii="Book Antiqua" w:hAnsi="Book Antiqua"/>
          <w:lang w:val="pt-PT"/>
        </w:rPr>
        <w:tab/>
      </w:r>
      <w:r w:rsidRPr="00E47C79">
        <w:rPr>
          <w:rFonts w:ascii="Book Antiqua" w:hAnsi="Book Antiqua"/>
          <w:lang w:val="pt-PT"/>
        </w:rPr>
        <w:t xml:space="preserve">$12,000.00  </w:t>
      </w:r>
    </w:p>
    <w:p w14:paraId="50E5FA9D" w14:textId="438C0214" w:rsidR="00FB51A3" w:rsidRPr="00026520" w:rsidRDefault="00FB51A3" w:rsidP="007B793F">
      <w:pPr>
        <w:tabs>
          <w:tab w:val="decimal" w:pos="8280"/>
        </w:tabs>
        <w:rPr>
          <w:rFonts w:ascii="Book Antiqua" w:hAnsi="Book Antiqua"/>
          <w:lang w:val="pt-PT"/>
        </w:rPr>
      </w:pPr>
      <w:r w:rsidRPr="00026520">
        <w:rPr>
          <w:rFonts w:ascii="Book Antiqua" w:hAnsi="Book Antiqua"/>
          <w:lang w:val="pt-PT"/>
        </w:rPr>
        <w:t xml:space="preserve">186. Comité Paralímpico de Puerto Rico  </w:t>
      </w:r>
      <w:r w:rsidR="007B793F" w:rsidRPr="00026520">
        <w:rPr>
          <w:rFonts w:ascii="Book Antiqua" w:hAnsi="Book Antiqua"/>
          <w:lang w:val="pt-PT"/>
        </w:rPr>
        <w:tab/>
      </w:r>
      <w:r w:rsidRPr="00026520">
        <w:rPr>
          <w:rFonts w:ascii="Book Antiqua" w:hAnsi="Book Antiqua"/>
          <w:lang w:val="pt-PT"/>
        </w:rPr>
        <w:t xml:space="preserve">$40,000.00  </w:t>
      </w:r>
    </w:p>
    <w:p w14:paraId="21CC4562" w14:textId="6D389919" w:rsidR="00FB51A3" w:rsidRPr="00026520" w:rsidRDefault="00FB51A3" w:rsidP="007B793F">
      <w:pPr>
        <w:tabs>
          <w:tab w:val="decimal" w:pos="8280"/>
        </w:tabs>
        <w:rPr>
          <w:rFonts w:ascii="Book Antiqua" w:hAnsi="Book Antiqua"/>
          <w:lang w:val="pt-PT"/>
        </w:rPr>
      </w:pPr>
      <w:r w:rsidRPr="00026520">
        <w:rPr>
          <w:rFonts w:ascii="Book Antiqua" w:hAnsi="Book Antiqua"/>
          <w:lang w:val="pt-PT"/>
        </w:rPr>
        <w:t xml:space="preserve">187. Comité Pro Ayuda Baloncesto, Inc.  </w:t>
      </w:r>
      <w:r w:rsidR="007B793F" w:rsidRPr="00026520">
        <w:rPr>
          <w:rFonts w:ascii="Book Antiqua" w:hAnsi="Book Antiqua"/>
          <w:lang w:val="pt-PT"/>
        </w:rPr>
        <w:tab/>
      </w:r>
      <w:r w:rsidRPr="00026520">
        <w:rPr>
          <w:rFonts w:ascii="Book Antiqua" w:hAnsi="Book Antiqua"/>
          <w:lang w:val="pt-PT"/>
        </w:rPr>
        <w:t xml:space="preserve">$6,000.00  </w:t>
      </w:r>
    </w:p>
    <w:p w14:paraId="348E8D1B" w14:textId="2F563A23" w:rsidR="00FB51A3" w:rsidRPr="00026520" w:rsidRDefault="00FB51A3" w:rsidP="007B793F">
      <w:pPr>
        <w:tabs>
          <w:tab w:val="decimal" w:pos="8280"/>
        </w:tabs>
        <w:rPr>
          <w:rFonts w:ascii="Book Antiqua" w:hAnsi="Book Antiqua"/>
          <w:lang w:val="pt-PT"/>
        </w:rPr>
      </w:pPr>
      <w:r w:rsidRPr="00E47C79">
        <w:rPr>
          <w:rFonts w:ascii="Book Antiqua" w:hAnsi="Book Antiqua"/>
          <w:lang w:val="pt-PT"/>
        </w:rPr>
        <w:t xml:space="preserve">188. Comité Pro Caminata Reyes Magos de Moca, Inc.  </w:t>
      </w:r>
      <w:r w:rsidR="007B793F" w:rsidRPr="00E47C79">
        <w:rPr>
          <w:rFonts w:ascii="Book Antiqua" w:hAnsi="Book Antiqua"/>
          <w:lang w:val="pt-PT"/>
        </w:rPr>
        <w:tab/>
      </w:r>
      <w:r w:rsidRPr="00026520">
        <w:rPr>
          <w:rFonts w:ascii="Book Antiqua" w:hAnsi="Book Antiqua"/>
          <w:lang w:val="pt-PT"/>
        </w:rPr>
        <w:t xml:space="preserve">$6,000.00  </w:t>
      </w:r>
    </w:p>
    <w:p w14:paraId="5BC809BE" w14:textId="1A01137B" w:rsidR="00FB51A3" w:rsidRPr="00E47C79" w:rsidRDefault="00FB51A3" w:rsidP="007B793F">
      <w:pPr>
        <w:tabs>
          <w:tab w:val="decimal" w:pos="8280"/>
        </w:tabs>
        <w:rPr>
          <w:rFonts w:ascii="Book Antiqua" w:hAnsi="Book Antiqua"/>
          <w:lang w:val="es-ES"/>
        </w:rPr>
      </w:pPr>
      <w:r w:rsidRPr="00E47C79">
        <w:rPr>
          <w:rFonts w:ascii="Book Antiqua" w:hAnsi="Book Antiqua"/>
          <w:lang w:val="it-IT"/>
        </w:rPr>
        <w:t xml:space="preserve">189. Comité Pro Nuestra Cultura, Inc.  </w:t>
      </w:r>
      <w:r w:rsidR="007B793F" w:rsidRPr="00E47C79">
        <w:rPr>
          <w:rFonts w:ascii="Book Antiqua" w:hAnsi="Book Antiqua"/>
          <w:lang w:val="it-IT"/>
        </w:rPr>
        <w:tab/>
      </w:r>
      <w:r w:rsidRPr="00E47C79">
        <w:rPr>
          <w:rFonts w:ascii="Book Antiqua" w:hAnsi="Book Antiqua"/>
          <w:lang w:val="es-ES"/>
        </w:rPr>
        <w:t xml:space="preserve">$3,000.00  </w:t>
      </w:r>
    </w:p>
    <w:p w14:paraId="242A9C0F" w14:textId="36550317" w:rsidR="00FB51A3" w:rsidRPr="00E47C79" w:rsidRDefault="00FB51A3" w:rsidP="007B793F">
      <w:pPr>
        <w:tabs>
          <w:tab w:val="decimal" w:pos="8280"/>
        </w:tabs>
        <w:rPr>
          <w:rFonts w:ascii="Book Antiqua" w:hAnsi="Book Antiqua"/>
          <w:lang w:val="es-ES"/>
        </w:rPr>
      </w:pPr>
      <w:r w:rsidRPr="00E47C79">
        <w:rPr>
          <w:rFonts w:ascii="Book Antiqua" w:hAnsi="Book Antiqua"/>
          <w:lang w:val="es-PR"/>
        </w:rPr>
        <w:lastRenderedPageBreak/>
        <w:t xml:space="preserve">190. Comité Pro-Desarrollo de Villa Cañona Inc.  </w:t>
      </w:r>
      <w:r w:rsidR="007B793F" w:rsidRPr="00E47C79">
        <w:rPr>
          <w:rFonts w:ascii="Book Antiqua" w:hAnsi="Book Antiqua"/>
          <w:lang w:val="es-PR"/>
        </w:rPr>
        <w:tab/>
      </w:r>
      <w:r w:rsidRPr="00E47C79">
        <w:rPr>
          <w:rFonts w:ascii="Book Antiqua" w:hAnsi="Book Antiqua"/>
          <w:lang w:val="es-ES"/>
        </w:rPr>
        <w:t xml:space="preserve">$5,000.00  </w:t>
      </w:r>
    </w:p>
    <w:p w14:paraId="11B1C3B8" w14:textId="7664660A" w:rsidR="00FB51A3" w:rsidRPr="00026520" w:rsidRDefault="00FB51A3" w:rsidP="007B793F">
      <w:pPr>
        <w:tabs>
          <w:tab w:val="decimal" w:pos="8280"/>
        </w:tabs>
        <w:rPr>
          <w:rFonts w:ascii="Book Antiqua" w:hAnsi="Book Antiqua"/>
          <w:lang w:val="es-ES"/>
        </w:rPr>
      </w:pPr>
      <w:r w:rsidRPr="00E47C79">
        <w:rPr>
          <w:rFonts w:ascii="Book Antiqua" w:hAnsi="Book Antiqua"/>
          <w:lang w:val="es-PR"/>
        </w:rPr>
        <w:t xml:space="preserve">191. Compañía de Baile Ballet Señorial, Inc.  </w:t>
      </w:r>
      <w:r w:rsidR="007B793F" w:rsidRPr="00E47C79">
        <w:rPr>
          <w:rFonts w:ascii="Book Antiqua" w:hAnsi="Book Antiqua"/>
          <w:lang w:val="es-PR"/>
        </w:rPr>
        <w:tab/>
      </w:r>
      <w:r w:rsidRPr="00026520">
        <w:rPr>
          <w:rFonts w:ascii="Book Antiqua" w:hAnsi="Book Antiqua"/>
          <w:lang w:val="es-ES"/>
        </w:rPr>
        <w:t xml:space="preserve">$3,000.00  </w:t>
      </w:r>
    </w:p>
    <w:p w14:paraId="6BAE1C45" w14:textId="04AB81ED"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192. Compromiso Social e Integral Para Las </w:t>
      </w:r>
      <w:proofErr w:type="gramStart"/>
      <w:r w:rsidRPr="00E47C79">
        <w:rPr>
          <w:rFonts w:ascii="Book Antiqua" w:hAnsi="Book Antiqua"/>
          <w:lang w:val="es-PR"/>
        </w:rPr>
        <w:t xml:space="preserve">Mujeres  </w:t>
      </w:r>
      <w:r w:rsidR="007B793F" w:rsidRPr="00E47C79">
        <w:rPr>
          <w:rFonts w:ascii="Book Antiqua" w:hAnsi="Book Antiqua"/>
          <w:lang w:val="es-PR"/>
        </w:rPr>
        <w:tab/>
      </w:r>
      <w:proofErr w:type="gramEnd"/>
      <w:r w:rsidRPr="00E47C79">
        <w:rPr>
          <w:rFonts w:ascii="Book Antiqua" w:hAnsi="Book Antiqua"/>
          <w:lang w:val="es-PR"/>
        </w:rPr>
        <w:t xml:space="preserve">$3,000.00  </w:t>
      </w:r>
    </w:p>
    <w:p w14:paraId="117F6646" w14:textId="42A410FA"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193. Comunidad del Bo Quebradas </w:t>
      </w:r>
      <w:proofErr w:type="spellStart"/>
      <w:proofErr w:type="gramStart"/>
      <w:r w:rsidRPr="00E47C79">
        <w:rPr>
          <w:rFonts w:ascii="Book Antiqua" w:hAnsi="Book Antiqua"/>
          <w:lang w:val="es-PR"/>
        </w:rPr>
        <w:t>Inc</w:t>
      </w:r>
      <w:proofErr w:type="spellEnd"/>
      <w:r w:rsidRPr="00E47C79">
        <w:rPr>
          <w:rFonts w:ascii="Book Antiqua" w:hAnsi="Book Antiqua"/>
          <w:lang w:val="es-PR"/>
        </w:rPr>
        <w:t xml:space="preserve">  </w:t>
      </w:r>
      <w:r w:rsidR="007B793F" w:rsidRPr="00E47C79">
        <w:rPr>
          <w:rFonts w:ascii="Book Antiqua" w:hAnsi="Book Antiqua"/>
          <w:lang w:val="es-PR"/>
        </w:rPr>
        <w:tab/>
      </w:r>
      <w:proofErr w:type="gramEnd"/>
      <w:r w:rsidRPr="00E47C79">
        <w:rPr>
          <w:rFonts w:ascii="Book Antiqua" w:hAnsi="Book Antiqua"/>
          <w:lang w:val="es-PR"/>
        </w:rPr>
        <w:t xml:space="preserve">$3,000.00  </w:t>
      </w:r>
    </w:p>
    <w:p w14:paraId="5F8351C9" w14:textId="2B2C2349"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194. Consejo </w:t>
      </w:r>
      <w:proofErr w:type="spellStart"/>
      <w:r w:rsidRPr="00E47C79">
        <w:rPr>
          <w:rFonts w:ascii="Book Antiqua" w:hAnsi="Book Antiqua"/>
          <w:lang w:val="es-PR"/>
        </w:rPr>
        <w:t>Juanadino</w:t>
      </w:r>
      <w:proofErr w:type="spellEnd"/>
      <w:r w:rsidRPr="00E47C79">
        <w:rPr>
          <w:rFonts w:ascii="Book Antiqua" w:hAnsi="Book Antiqua"/>
          <w:lang w:val="es-PR"/>
        </w:rPr>
        <w:t xml:space="preserve"> </w:t>
      </w:r>
      <w:proofErr w:type="gramStart"/>
      <w:r w:rsidRPr="00E47C79">
        <w:rPr>
          <w:rFonts w:ascii="Book Antiqua" w:hAnsi="Book Antiqua"/>
          <w:lang w:val="es-PR"/>
        </w:rPr>
        <w:t>Pro Festejo</w:t>
      </w:r>
      <w:proofErr w:type="gramEnd"/>
      <w:r w:rsidRPr="00E47C79">
        <w:rPr>
          <w:rFonts w:ascii="Book Antiqua" w:hAnsi="Book Antiqua"/>
          <w:lang w:val="es-PR"/>
        </w:rPr>
        <w:t xml:space="preserve"> de Reyes </w:t>
      </w:r>
      <w:proofErr w:type="spellStart"/>
      <w:proofErr w:type="gramStart"/>
      <w:r w:rsidRPr="00E47C79">
        <w:rPr>
          <w:rFonts w:ascii="Book Antiqua" w:hAnsi="Book Antiqua"/>
          <w:lang w:val="es-PR"/>
        </w:rPr>
        <w:t>Inc</w:t>
      </w:r>
      <w:proofErr w:type="spellEnd"/>
      <w:r w:rsidRPr="00E47C79">
        <w:rPr>
          <w:rFonts w:ascii="Book Antiqua" w:hAnsi="Book Antiqua"/>
          <w:lang w:val="es-PR"/>
        </w:rPr>
        <w:t xml:space="preserve">  </w:t>
      </w:r>
      <w:r w:rsidR="007B793F" w:rsidRPr="00E47C79">
        <w:rPr>
          <w:rFonts w:ascii="Book Antiqua" w:hAnsi="Book Antiqua"/>
          <w:lang w:val="es-PR"/>
        </w:rPr>
        <w:tab/>
      </w:r>
      <w:proofErr w:type="gramEnd"/>
      <w:r w:rsidRPr="00E47C79">
        <w:rPr>
          <w:rFonts w:ascii="Book Antiqua" w:hAnsi="Book Antiqua"/>
          <w:lang w:val="es-PR"/>
        </w:rPr>
        <w:t xml:space="preserve">$29,900.00  </w:t>
      </w:r>
    </w:p>
    <w:p w14:paraId="4BE57B5D" w14:textId="5752608A" w:rsidR="00FB51A3" w:rsidRPr="00026520" w:rsidRDefault="00FB51A3" w:rsidP="007B793F">
      <w:pPr>
        <w:tabs>
          <w:tab w:val="decimal" w:pos="8280"/>
        </w:tabs>
        <w:rPr>
          <w:rFonts w:ascii="Book Antiqua" w:hAnsi="Book Antiqua"/>
          <w:lang w:val="es-ES"/>
        </w:rPr>
      </w:pPr>
      <w:r w:rsidRPr="00E47C79">
        <w:rPr>
          <w:rFonts w:ascii="Book Antiqua" w:hAnsi="Book Antiqua"/>
          <w:lang w:val="es-PR"/>
        </w:rPr>
        <w:t xml:space="preserve">195. Consejo Recreo Deportivo y Educativo Inc.  </w:t>
      </w:r>
      <w:r w:rsidR="007B793F" w:rsidRPr="00E47C79">
        <w:rPr>
          <w:rFonts w:ascii="Book Antiqua" w:hAnsi="Book Antiqua"/>
          <w:lang w:val="es-PR"/>
        </w:rPr>
        <w:tab/>
      </w:r>
      <w:r w:rsidRPr="00026520">
        <w:rPr>
          <w:rFonts w:ascii="Book Antiqua" w:hAnsi="Book Antiqua"/>
          <w:lang w:val="es-ES"/>
        </w:rPr>
        <w:t xml:space="preserve">$3,000.00  </w:t>
      </w:r>
    </w:p>
    <w:p w14:paraId="3DBA757A" w14:textId="0E4E70BE"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196. Consejo Renal de Puerto </w:t>
      </w:r>
      <w:proofErr w:type="gramStart"/>
      <w:r w:rsidRPr="00E47C79">
        <w:rPr>
          <w:rFonts w:ascii="Book Antiqua" w:hAnsi="Book Antiqua"/>
          <w:lang w:val="es-PR"/>
        </w:rPr>
        <w:t xml:space="preserve">Rico  </w:t>
      </w:r>
      <w:r w:rsidR="007B793F" w:rsidRPr="00E47C79">
        <w:rPr>
          <w:rFonts w:ascii="Book Antiqua" w:hAnsi="Book Antiqua"/>
          <w:lang w:val="es-PR"/>
        </w:rPr>
        <w:tab/>
      </w:r>
      <w:proofErr w:type="gramEnd"/>
      <w:r w:rsidRPr="00E47C79">
        <w:rPr>
          <w:rFonts w:ascii="Book Antiqua" w:hAnsi="Book Antiqua"/>
          <w:lang w:val="es-PR"/>
        </w:rPr>
        <w:t xml:space="preserve">$55,000.00  </w:t>
      </w:r>
    </w:p>
    <w:p w14:paraId="3539A93B" w14:textId="4A1C6996" w:rsidR="00FB51A3" w:rsidRPr="00026520" w:rsidRDefault="00FB51A3" w:rsidP="007B793F">
      <w:pPr>
        <w:tabs>
          <w:tab w:val="decimal" w:pos="8280"/>
        </w:tabs>
        <w:rPr>
          <w:rFonts w:ascii="Book Antiqua" w:hAnsi="Book Antiqua"/>
          <w:lang w:val="es-PR"/>
        </w:rPr>
      </w:pPr>
      <w:r w:rsidRPr="00026520">
        <w:rPr>
          <w:rFonts w:ascii="Book Antiqua" w:hAnsi="Book Antiqua"/>
          <w:lang w:val="es-PR"/>
        </w:rPr>
        <w:t xml:space="preserve">197. Conservatorio de Música de Puerto Rico </w:t>
      </w:r>
      <w:r w:rsidR="007B793F" w:rsidRPr="00026520">
        <w:rPr>
          <w:rFonts w:ascii="Book Antiqua" w:hAnsi="Book Antiqua"/>
          <w:lang w:val="es-PR"/>
        </w:rPr>
        <w:tab/>
      </w:r>
      <w:r w:rsidRPr="00026520">
        <w:rPr>
          <w:rFonts w:ascii="Book Antiqua" w:hAnsi="Book Antiqua"/>
          <w:lang w:val="es-PR"/>
        </w:rPr>
        <w:t xml:space="preserve">$45,000.00  </w:t>
      </w:r>
    </w:p>
    <w:p w14:paraId="001E0318" w14:textId="3F0B7356" w:rsidR="00FB51A3" w:rsidRPr="00026520" w:rsidRDefault="00FB51A3" w:rsidP="007B793F">
      <w:pPr>
        <w:tabs>
          <w:tab w:val="decimal" w:pos="8280"/>
        </w:tabs>
        <w:rPr>
          <w:rFonts w:ascii="Book Antiqua" w:hAnsi="Book Antiqua"/>
          <w:lang w:val="es-PR"/>
        </w:rPr>
      </w:pPr>
      <w:r w:rsidRPr="00026520">
        <w:rPr>
          <w:rFonts w:ascii="Book Antiqua" w:hAnsi="Book Antiqua"/>
          <w:lang w:val="es-PR"/>
        </w:rPr>
        <w:t xml:space="preserve">198. Consultores Psicológicos Asociados, Inc.  </w:t>
      </w:r>
      <w:r w:rsidR="007B793F" w:rsidRPr="00026520">
        <w:rPr>
          <w:rFonts w:ascii="Book Antiqua" w:hAnsi="Book Antiqua"/>
          <w:lang w:val="es-PR"/>
        </w:rPr>
        <w:tab/>
      </w:r>
      <w:r w:rsidRPr="00026520">
        <w:rPr>
          <w:rFonts w:ascii="Book Antiqua" w:hAnsi="Book Antiqua"/>
          <w:lang w:val="es-PR"/>
        </w:rPr>
        <w:t xml:space="preserve">$3,000.00  </w:t>
      </w:r>
    </w:p>
    <w:p w14:paraId="1A696E36" w14:textId="35548DE6" w:rsidR="00FB51A3" w:rsidRPr="00026520" w:rsidRDefault="00FB51A3" w:rsidP="007B793F">
      <w:pPr>
        <w:tabs>
          <w:tab w:val="decimal" w:pos="8280"/>
        </w:tabs>
        <w:rPr>
          <w:rFonts w:ascii="Book Antiqua" w:hAnsi="Book Antiqua"/>
          <w:lang w:val="es-PR"/>
        </w:rPr>
      </w:pPr>
      <w:r w:rsidRPr="00026520">
        <w:rPr>
          <w:rFonts w:ascii="Book Antiqua" w:hAnsi="Book Antiqua"/>
          <w:lang w:val="es-PR"/>
        </w:rPr>
        <w:t xml:space="preserve">199. </w:t>
      </w:r>
      <w:proofErr w:type="spellStart"/>
      <w:r w:rsidRPr="00026520">
        <w:rPr>
          <w:rFonts w:ascii="Book Antiqua" w:hAnsi="Book Antiqua"/>
          <w:lang w:val="es-PR"/>
        </w:rPr>
        <w:t>Consumer</w:t>
      </w:r>
      <w:proofErr w:type="spellEnd"/>
      <w:r w:rsidRPr="00026520">
        <w:rPr>
          <w:rFonts w:ascii="Book Antiqua" w:hAnsi="Book Antiqua"/>
          <w:lang w:val="es-PR"/>
        </w:rPr>
        <w:t xml:space="preserve"> </w:t>
      </w:r>
      <w:proofErr w:type="spellStart"/>
      <w:r w:rsidRPr="00026520">
        <w:rPr>
          <w:rFonts w:ascii="Book Antiqua" w:hAnsi="Book Antiqua"/>
          <w:lang w:val="es-PR"/>
        </w:rPr>
        <w:t>Credit</w:t>
      </w:r>
      <w:proofErr w:type="spellEnd"/>
      <w:r w:rsidRPr="00026520">
        <w:rPr>
          <w:rFonts w:ascii="Book Antiqua" w:hAnsi="Book Antiqua"/>
          <w:lang w:val="es-PR"/>
        </w:rPr>
        <w:t xml:space="preserve"> </w:t>
      </w:r>
      <w:proofErr w:type="spellStart"/>
      <w:r w:rsidRPr="00026520">
        <w:rPr>
          <w:rFonts w:ascii="Book Antiqua" w:hAnsi="Book Antiqua"/>
          <w:lang w:val="es-PR"/>
        </w:rPr>
        <w:t>Counseling</w:t>
      </w:r>
      <w:proofErr w:type="spellEnd"/>
      <w:r w:rsidRPr="00026520">
        <w:rPr>
          <w:rFonts w:ascii="Book Antiqua" w:hAnsi="Book Antiqua"/>
          <w:lang w:val="es-PR"/>
        </w:rPr>
        <w:t xml:space="preserve"> </w:t>
      </w:r>
      <w:proofErr w:type="spellStart"/>
      <w:r w:rsidRPr="00026520">
        <w:rPr>
          <w:rFonts w:ascii="Book Antiqua" w:hAnsi="Book Antiqua"/>
          <w:lang w:val="es-PR"/>
        </w:rPr>
        <w:t>Services</w:t>
      </w:r>
      <w:proofErr w:type="spellEnd"/>
      <w:r w:rsidRPr="00026520">
        <w:rPr>
          <w:rFonts w:ascii="Book Antiqua" w:hAnsi="Book Antiqua"/>
          <w:lang w:val="es-PR"/>
        </w:rPr>
        <w:t xml:space="preserve"> </w:t>
      </w:r>
      <w:proofErr w:type="spellStart"/>
      <w:r w:rsidRPr="00026520">
        <w:rPr>
          <w:rFonts w:ascii="Book Antiqua" w:hAnsi="Book Antiqua"/>
          <w:lang w:val="es-PR"/>
        </w:rPr>
        <w:t>of</w:t>
      </w:r>
      <w:proofErr w:type="spellEnd"/>
      <w:r w:rsidRPr="00026520">
        <w:rPr>
          <w:rFonts w:ascii="Book Antiqua" w:hAnsi="Book Antiqua"/>
          <w:lang w:val="es-PR"/>
        </w:rPr>
        <w:t xml:space="preserve"> Puerto Rico, Inc.  </w:t>
      </w:r>
      <w:r w:rsidR="007B793F" w:rsidRPr="00026520">
        <w:rPr>
          <w:rFonts w:ascii="Book Antiqua" w:hAnsi="Book Antiqua"/>
          <w:lang w:val="es-PR"/>
        </w:rPr>
        <w:tab/>
      </w:r>
      <w:r w:rsidRPr="00026520">
        <w:rPr>
          <w:rFonts w:ascii="Book Antiqua" w:hAnsi="Book Antiqua"/>
          <w:lang w:val="es-PR"/>
        </w:rPr>
        <w:t xml:space="preserve">$14,250.00  </w:t>
      </w:r>
    </w:p>
    <w:p w14:paraId="59B5D3D3" w14:textId="07D47A5D"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200. Cooperativa de Servicios Integrados a la Niñez (</w:t>
      </w:r>
      <w:proofErr w:type="gramStart"/>
      <w:r w:rsidRPr="00E47C79">
        <w:rPr>
          <w:rFonts w:ascii="Book Antiqua" w:hAnsi="Book Antiqua"/>
          <w:lang w:val="es-PR"/>
        </w:rPr>
        <w:t xml:space="preserve">COSIANI)  </w:t>
      </w:r>
      <w:r w:rsidR="007B793F" w:rsidRPr="00E47C79">
        <w:rPr>
          <w:rFonts w:ascii="Book Antiqua" w:hAnsi="Book Antiqua"/>
          <w:lang w:val="es-PR"/>
        </w:rPr>
        <w:tab/>
      </w:r>
      <w:proofErr w:type="gramEnd"/>
      <w:r w:rsidRPr="00E47C79">
        <w:rPr>
          <w:rFonts w:ascii="Book Antiqua" w:hAnsi="Book Antiqua"/>
          <w:lang w:val="es-PR"/>
        </w:rPr>
        <w:t xml:space="preserve">$9,000.00  </w:t>
      </w:r>
    </w:p>
    <w:p w14:paraId="2F8C356E" w14:textId="7D66F209" w:rsidR="00FB51A3" w:rsidRPr="00E47C79" w:rsidRDefault="00FB51A3" w:rsidP="007B793F">
      <w:pPr>
        <w:tabs>
          <w:tab w:val="decimal" w:pos="8280"/>
        </w:tabs>
        <w:rPr>
          <w:rFonts w:ascii="Book Antiqua" w:hAnsi="Book Antiqua"/>
        </w:rPr>
      </w:pPr>
      <w:r w:rsidRPr="00E47C79">
        <w:rPr>
          <w:rFonts w:ascii="Book Antiqua" w:hAnsi="Book Antiqua"/>
        </w:rPr>
        <w:t xml:space="preserve">201. </w:t>
      </w:r>
      <w:proofErr w:type="spellStart"/>
      <w:r w:rsidRPr="00E47C79">
        <w:rPr>
          <w:rFonts w:ascii="Book Antiqua" w:hAnsi="Book Antiqua"/>
        </w:rPr>
        <w:t>Coordinadora</w:t>
      </w:r>
      <w:proofErr w:type="spellEnd"/>
      <w:r w:rsidRPr="00E47C79">
        <w:rPr>
          <w:rFonts w:ascii="Book Antiqua" w:hAnsi="Book Antiqua"/>
        </w:rPr>
        <w:t xml:space="preserve"> Morivivi </w:t>
      </w:r>
      <w:proofErr w:type="gramStart"/>
      <w:r w:rsidRPr="00E47C79">
        <w:rPr>
          <w:rFonts w:ascii="Book Antiqua" w:hAnsi="Book Antiqua"/>
        </w:rPr>
        <w:t xml:space="preserve">Inc  </w:t>
      </w:r>
      <w:r w:rsidR="007B793F" w:rsidRPr="00E47C79">
        <w:rPr>
          <w:rFonts w:ascii="Book Antiqua" w:hAnsi="Book Antiqua"/>
        </w:rPr>
        <w:tab/>
      </w:r>
      <w:proofErr w:type="gramEnd"/>
      <w:r w:rsidRPr="00E47C79">
        <w:rPr>
          <w:rFonts w:ascii="Book Antiqua" w:hAnsi="Book Antiqua"/>
        </w:rPr>
        <w:t xml:space="preserve">$3,000.00  </w:t>
      </w:r>
    </w:p>
    <w:p w14:paraId="30EA789B" w14:textId="14E6CC42" w:rsidR="00FB51A3" w:rsidRPr="00E47C79" w:rsidRDefault="00FB51A3" w:rsidP="007B793F">
      <w:pPr>
        <w:tabs>
          <w:tab w:val="decimal" w:pos="8280"/>
        </w:tabs>
        <w:rPr>
          <w:rFonts w:ascii="Book Antiqua" w:hAnsi="Book Antiqua"/>
          <w:lang w:val="es-ES"/>
        </w:rPr>
      </w:pPr>
      <w:r w:rsidRPr="00E47C79">
        <w:rPr>
          <w:rFonts w:ascii="Book Antiqua" w:hAnsi="Book Antiqua"/>
        </w:rPr>
        <w:t xml:space="preserve">202. Copan Community Center, Inc. </w:t>
      </w:r>
      <w:r w:rsidR="007B793F" w:rsidRPr="00E47C79">
        <w:rPr>
          <w:rFonts w:ascii="Book Antiqua" w:hAnsi="Book Antiqua"/>
        </w:rPr>
        <w:tab/>
      </w:r>
      <w:r w:rsidRPr="00E47C79">
        <w:rPr>
          <w:rFonts w:ascii="Book Antiqua" w:hAnsi="Book Antiqua"/>
          <w:lang w:val="es-ES"/>
        </w:rPr>
        <w:t xml:space="preserve">$10,000.00  </w:t>
      </w:r>
    </w:p>
    <w:p w14:paraId="2E219C44" w14:textId="7536C522"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203. Corazón Azul, Inc. </w:t>
      </w:r>
      <w:r w:rsidR="007B793F" w:rsidRPr="00E47C79">
        <w:rPr>
          <w:rFonts w:ascii="Book Antiqua" w:hAnsi="Book Antiqua"/>
          <w:lang w:val="es-ES"/>
        </w:rPr>
        <w:tab/>
      </w:r>
      <w:r w:rsidRPr="00E47C79">
        <w:rPr>
          <w:rFonts w:ascii="Book Antiqua" w:hAnsi="Book Antiqua"/>
          <w:lang w:val="es-ES"/>
        </w:rPr>
        <w:t xml:space="preserve"> $15,000.00  </w:t>
      </w:r>
    </w:p>
    <w:p w14:paraId="5A749AE4" w14:textId="51359C4A" w:rsidR="00FB51A3" w:rsidRPr="00026520" w:rsidRDefault="00FB51A3" w:rsidP="007B793F">
      <w:pPr>
        <w:tabs>
          <w:tab w:val="decimal" w:pos="8280"/>
        </w:tabs>
        <w:rPr>
          <w:rFonts w:ascii="Book Antiqua" w:hAnsi="Book Antiqua"/>
          <w:lang w:val="es-ES"/>
        </w:rPr>
      </w:pPr>
      <w:r w:rsidRPr="00E47C79">
        <w:rPr>
          <w:rFonts w:ascii="Book Antiqua" w:hAnsi="Book Antiqua"/>
          <w:lang w:val="es-PR"/>
        </w:rPr>
        <w:t xml:space="preserve">204. Coro de Niños de San Juan, Inc.  </w:t>
      </w:r>
      <w:r w:rsidR="007B793F" w:rsidRPr="00E47C79">
        <w:rPr>
          <w:rFonts w:ascii="Book Antiqua" w:hAnsi="Book Antiqua"/>
          <w:lang w:val="es-PR"/>
        </w:rPr>
        <w:tab/>
      </w:r>
      <w:r w:rsidRPr="00026520">
        <w:rPr>
          <w:rFonts w:ascii="Book Antiqua" w:hAnsi="Book Antiqua"/>
          <w:lang w:val="es-ES"/>
        </w:rPr>
        <w:t xml:space="preserve">$55,000.00  </w:t>
      </w:r>
    </w:p>
    <w:p w14:paraId="466713E4" w14:textId="10B9B54D"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205. Corporación </w:t>
      </w:r>
      <w:proofErr w:type="spellStart"/>
      <w:r w:rsidRPr="00E47C79">
        <w:rPr>
          <w:rFonts w:ascii="Book Antiqua" w:hAnsi="Book Antiqua"/>
          <w:lang w:val="es-PR"/>
        </w:rPr>
        <w:t>Agora</w:t>
      </w:r>
      <w:proofErr w:type="spellEnd"/>
      <w:r w:rsidRPr="00E47C79">
        <w:rPr>
          <w:rFonts w:ascii="Book Antiqua" w:hAnsi="Book Antiqua"/>
          <w:lang w:val="es-PR"/>
        </w:rPr>
        <w:t xml:space="preserve"> </w:t>
      </w:r>
      <w:proofErr w:type="gramStart"/>
      <w:r w:rsidRPr="00E47C79">
        <w:rPr>
          <w:rFonts w:ascii="Book Antiqua" w:hAnsi="Book Antiqua"/>
          <w:lang w:val="es-PR"/>
        </w:rPr>
        <w:t xml:space="preserve">Teatro  </w:t>
      </w:r>
      <w:r w:rsidR="007B793F" w:rsidRPr="00E47C79">
        <w:rPr>
          <w:rFonts w:ascii="Book Antiqua" w:hAnsi="Book Antiqua"/>
          <w:lang w:val="es-PR"/>
        </w:rPr>
        <w:tab/>
      </w:r>
      <w:proofErr w:type="gramEnd"/>
      <w:r w:rsidRPr="00E47C79">
        <w:rPr>
          <w:rFonts w:ascii="Book Antiqua" w:hAnsi="Book Antiqua"/>
          <w:lang w:val="es-PR"/>
        </w:rPr>
        <w:t xml:space="preserve">$13,000.00  </w:t>
      </w:r>
    </w:p>
    <w:p w14:paraId="0144BDF7" w14:textId="3F6D0C76"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206. Corporación Desarrollo Económico, Vivienda y </w:t>
      </w:r>
      <w:proofErr w:type="gramStart"/>
      <w:r w:rsidRPr="00E47C79">
        <w:rPr>
          <w:rFonts w:ascii="Book Antiqua" w:hAnsi="Book Antiqua"/>
          <w:lang w:val="es-PR"/>
        </w:rPr>
        <w:t xml:space="preserve">Salud  </w:t>
      </w:r>
      <w:r w:rsidR="007B793F" w:rsidRPr="00E47C79">
        <w:rPr>
          <w:rFonts w:ascii="Book Antiqua" w:hAnsi="Book Antiqua"/>
          <w:lang w:val="es-PR"/>
        </w:rPr>
        <w:tab/>
      </w:r>
      <w:proofErr w:type="gramEnd"/>
      <w:r w:rsidRPr="00E47C79">
        <w:rPr>
          <w:rFonts w:ascii="Book Antiqua" w:hAnsi="Book Antiqua"/>
          <w:lang w:val="es-PR"/>
        </w:rPr>
        <w:t xml:space="preserve">$5,000.00  </w:t>
      </w:r>
    </w:p>
    <w:p w14:paraId="45386D65" w14:textId="5583DB44"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207. Corporación GD&amp; E </w:t>
      </w:r>
      <w:proofErr w:type="spellStart"/>
      <w:r w:rsidRPr="00E47C79">
        <w:rPr>
          <w:rFonts w:ascii="Book Antiqua" w:hAnsi="Book Antiqua"/>
          <w:lang w:val="es-PR"/>
        </w:rPr>
        <w:t>Orfeon</w:t>
      </w:r>
      <w:proofErr w:type="spellEnd"/>
      <w:r w:rsidRPr="00E47C79">
        <w:rPr>
          <w:rFonts w:ascii="Book Antiqua" w:hAnsi="Book Antiqua"/>
          <w:lang w:val="es-PR"/>
        </w:rPr>
        <w:t xml:space="preserve"> San Juan </w:t>
      </w:r>
      <w:proofErr w:type="gramStart"/>
      <w:r w:rsidRPr="00E47C79">
        <w:rPr>
          <w:rFonts w:ascii="Book Antiqua" w:hAnsi="Book Antiqua"/>
          <w:lang w:val="es-PR"/>
        </w:rPr>
        <w:t xml:space="preserve">Bautista  </w:t>
      </w:r>
      <w:r w:rsidR="007B793F" w:rsidRPr="00E47C79">
        <w:rPr>
          <w:rFonts w:ascii="Book Antiqua" w:hAnsi="Book Antiqua"/>
          <w:lang w:val="es-PR"/>
        </w:rPr>
        <w:tab/>
      </w:r>
      <w:proofErr w:type="gramEnd"/>
      <w:r w:rsidRPr="00E47C79">
        <w:rPr>
          <w:rFonts w:ascii="Book Antiqua" w:hAnsi="Book Antiqua"/>
          <w:lang w:val="es-PR"/>
        </w:rPr>
        <w:t xml:space="preserve">$7,750.00  </w:t>
      </w:r>
    </w:p>
    <w:p w14:paraId="20C98C2B" w14:textId="3E7F95B9"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208. Corporación Hogar Santa </w:t>
      </w:r>
      <w:proofErr w:type="spellStart"/>
      <w:r w:rsidRPr="00E47C79">
        <w:rPr>
          <w:rFonts w:ascii="Book Antiqua" w:hAnsi="Book Antiqua"/>
          <w:lang w:val="es-PR"/>
        </w:rPr>
        <w:t>Maria</w:t>
      </w:r>
      <w:proofErr w:type="spellEnd"/>
      <w:r w:rsidRPr="00E47C79">
        <w:rPr>
          <w:rFonts w:ascii="Book Antiqua" w:hAnsi="Book Antiqua"/>
          <w:lang w:val="es-PR"/>
        </w:rPr>
        <w:t xml:space="preserve"> </w:t>
      </w:r>
      <w:proofErr w:type="gramStart"/>
      <w:r w:rsidRPr="00E47C79">
        <w:rPr>
          <w:rFonts w:ascii="Book Antiqua" w:hAnsi="Book Antiqua"/>
          <w:lang w:val="es-PR"/>
        </w:rPr>
        <w:t xml:space="preserve">Eufrasia  </w:t>
      </w:r>
      <w:r w:rsidR="007B793F" w:rsidRPr="00E47C79">
        <w:rPr>
          <w:rFonts w:ascii="Book Antiqua" w:hAnsi="Book Antiqua"/>
          <w:lang w:val="es-PR"/>
        </w:rPr>
        <w:tab/>
      </w:r>
      <w:proofErr w:type="gramEnd"/>
      <w:r w:rsidRPr="00E47C79">
        <w:rPr>
          <w:rFonts w:ascii="Book Antiqua" w:hAnsi="Book Antiqua"/>
          <w:lang w:val="es-PR"/>
        </w:rPr>
        <w:t xml:space="preserve">$9,000.00  </w:t>
      </w:r>
    </w:p>
    <w:p w14:paraId="6F130FB5" w14:textId="3F9FA1C4"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209. Corporación Juvenil para el Desarrollo de </w:t>
      </w:r>
      <w:proofErr w:type="gramStart"/>
      <w:r w:rsidRPr="00E47C79">
        <w:rPr>
          <w:rFonts w:ascii="Book Antiqua" w:hAnsi="Book Antiqua"/>
          <w:lang w:val="es-PR"/>
        </w:rPr>
        <w:t xml:space="preserve">Comunidades  </w:t>
      </w:r>
      <w:r w:rsidR="007B793F" w:rsidRPr="00E47C79">
        <w:rPr>
          <w:rFonts w:ascii="Book Antiqua" w:hAnsi="Book Antiqua"/>
          <w:lang w:val="es-PR"/>
        </w:rPr>
        <w:tab/>
      </w:r>
      <w:proofErr w:type="gramEnd"/>
      <w:r w:rsidRPr="00E47C79">
        <w:rPr>
          <w:rFonts w:ascii="Book Antiqua" w:hAnsi="Book Antiqua"/>
          <w:lang w:val="es-PR"/>
        </w:rPr>
        <w:t xml:space="preserve">$5,000.00  </w:t>
      </w:r>
    </w:p>
    <w:p w14:paraId="494E7489" w14:textId="6A0DA196"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210. Corporación La Fondita de </w:t>
      </w:r>
      <w:proofErr w:type="gramStart"/>
      <w:r w:rsidRPr="00E47C79">
        <w:rPr>
          <w:rFonts w:ascii="Book Antiqua" w:hAnsi="Book Antiqua"/>
          <w:lang w:val="es-PR"/>
        </w:rPr>
        <w:t xml:space="preserve">Jesús  </w:t>
      </w:r>
      <w:r w:rsidR="007B793F" w:rsidRPr="00E47C79">
        <w:rPr>
          <w:rFonts w:ascii="Book Antiqua" w:hAnsi="Book Antiqua"/>
          <w:lang w:val="es-PR"/>
        </w:rPr>
        <w:tab/>
      </w:r>
      <w:proofErr w:type="gramEnd"/>
      <w:r w:rsidRPr="00E47C79">
        <w:rPr>
          <w:rFonts w:ascii="Book Antiqua" w:hAnsi="Book Antiqua"/>
          <w:lang w:val="es-PR"/>
        </w:rPr>
        <w:t xml:space="preserve">$300,000.00  </w:t>
      </w:r>
    </w:p>
    <w:p w14:paraId="61D98741" w14:textId="27FCD8FA"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211. Corporación </w:t>
      </w:r>
      <w:proofErr w:type="spellStart"/>
      <w:proofErr w:type="gramStart"/>
      <w:r w:rsidRPr="00E47C79">
        <w:rPr>
          <w:rFonts w:ascii="Book Antiqua" w:hAnsi="Book Antiqua"/>
          <w:lang w:val="es-ES"/>
        </w:rPr>
        <w:t>Mabodamaca</w:t>
      </w:r>
      <w:proofErr w:type="spellEnd"/>
      <w:r w:rsidRPr="00E47C79">
        <w:rPr>
          <w:rFonts w:ascii="Book Antiqua" w:hAnsi="Book Antiqua"/>
          <w:lang w:val="es-ES"/>
        </w:rPr>
        <w:t xml:space="preserve">  </w:t>
      </w:r>
      <w:r w:rsidR="007B793F" w:rsidRPr="00E47C79">
        <w:rPr>
          <w:rFonts w:ascii="Book Antiqua" w:hAnsi="Book Antiqua"/>
          <w:lang w:val="es-ES"/>
        </w:rPr>
        <w:tab/>
      </w:r>
      <w:proofErr w:type="gramEnd"/>
      <w:r w:rsidRPr="00E47C79">
        <w:rPr>
          <w:rFonts w:ascii="Book Antiqua" w:hAnsi="Book Antiqua"/>
          <w:lang w:val="es-ES"/>
        </w:rPr>
        <w:t xml:space="preserve">$5,000.00  </w:t>
      </w:r>
    </w:p>
    <w:p w14:paraId="7126C07F" w14:textId="2959DA76"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212. Corporación Milagros del Amor </w:t>
      </w:r>
      <w:r w:rsidR="007B793F" w:rsidRPr="00E47C79">
        <w:rPr>
          <w:rFonts w:ascii="Book Antiqua" w:hAnsi="Book Antiqua"/>
          <w:lang w:val="es-ES"/>
        </w:rPr>
        <w:tab/>
      </w:r>
      <w:r w:rsidRPr="00E47C79">
        <w:rPr>
          <w:rFonts w:ascii="Book Antiqua" w:hAnsi="Book Antiqua"/>
          <w:lang w:val="es-ES"/>
        </w:rPr>
        <w:t xml:space="preserve">$10,000.00  </w:t>
      </w:r>
    </w:p>
    <w:p w14:paraId="76B3B9F3" w14:textId="771EAEF0"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213. Corporación para el Desarrollo del Centro Ponceño </w:t>
      </w:r>
      <w:proofErr w:type="gramStart"/>
      <w:r w:rsidRPr="00E47C79">
        <w:rPr>
          <w:rFonts w:ascii="Book Antiqua" w:hAnsi="Book Antiqua"/>
          <w:lang w:val="es-PR"/>
        </w:rPr>
        <w:t xml:space="preserve">Autismo  </w:t>
      </w:r>
      <w:r w:rsidR="007B793F" w:rsidRPr="00E47C79">
        <w:rPr>
          <w:rFonts w:ascii="Book Antiqua" w:hAnsi="Book Antiqua"/>
          <w:lang w:val="es-PR"/>
        </w:rPr>
        <w:tab/>
      </w:r>
      <w:proofErr w:type="gramEnd"/>
      <w:r w:rsidRPr="00E47C79">
        <w:rPr>
          <w:rFonts w:ascii="Book Antiqua" w:hAnsi="Book Antiqua"/>
          <w:lang w:val="es-PR"/>
        </w:rPr>
        <w:t xml:space="preserve">$30,000.00  </w:t>
      </w:r>
    </w:p>
    <w:p w14:paraId="67F19C2E" w14:textId="6F2A37BA"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214. Corporación Servicios a Poblaciones </w:t>
      </w:r>
      <w:proofErr w:type="gramStart"/>
      <w:r w:rsidRPr="00E47C79">
        <w:rPr>
          <w:rFonts w:ascii="Book Antiqua" w:hAnsi="Book Antiqua"/>
          <w:lang w:val="es-PR"/>
        </w:rPr>
        <w:t xml:space="preserve">Especiales  </w:t>
      </w:r>
      <w:r w:rsidR="007B793F" w:rsidRPr="00E47C79">
        <w:rPr>
          <w:rFonts w:ascii="Book Antiqua" w:hAnsi="Book Antiqua"/>
          <w:lang w:val="es-PR"/>
        </w:rPr>
        <w:tab/>
      </w:r>
      <w:proofErr w:type="gramEnd"/>
      <w:r w:rsidRPr="00E47C79">
        <w:rPr>
          <w:rFonts w:ascii="Book Antiqua" w:hAnsi="Book Antiqua"/>
          <w:lang w:val="es-PR"/>
        </w:rPr>
        <w:t xml:space="preserve">$6,000.00  </w:t>
      </w:r>
    </w:p>
    <w:p w14:paraId="3B01891F" w14:textId="41A8D53A"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215. </w:t>
      </w:r>
      <w:proofErr w:type="spellStart"/>
      <w:r w:rsidRPr="00E47C79">
        <w:rPr>
          <w:rFonts w:ascii="Book Antiqua" w:hAnsi="Book Antiqua"/>
          <w:lang w:val="es-PR"/>
        </w:rPr>
        <w:t>Cossma</w:t>
      </w:r>
      <w:proofErr w:type="spellEnd"/>
      <w:r w:rsidRPr="00E47C79">
        <w:rPr>
          <w:rFonts w:ascii="Book Antiqua" w:hAnsi="Book Antiqua"/>
          <w:lang w:val="es-PR"/>
        </w:rPr>
        <w:t xml:space="preserve">, Inc.  </w:t>
      </w:r>
      <w:r w:rsidR="007B793F" w:rsidRPr="00E47C79">
        <w:rPr>
          <w:rFonts w:ascii="Book Antiqua" w:hAnsi="Book Antiqua"/>
          <w:lang w:val="es-PR"/>
        </w:rPr>
        <w:tab/>
      </w:r>
      <w:r w:rsidRPr="00E47C79">
        <w:rPr>
          <w:rFonts w:ascii="Book Antiqua" w:hAnsi="Book Antiqua"/>
          <w:lang w:val="es-PR"/>
        </w:rPr>
        <w:t xml:space="preserve">$18,900.00  </w:t>
      </w:r>
    </w:p>
    <w:p w14:paraId="44F64021" w14:textId="0508F940"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lastRenderedPageBreak/>
        <w:t xml:space="preserve">216. CREE, Inc.  </w:t>
      </w:r>
      <w:r w:rsidR="007B793F" w:rsidRPr="00E47C79">
        <w:rPr>
          <w:rFonts w:ascii="Book Antiqua" w:hAnsi="Book Antiqua"/>
          <w:lang w:val="es-PR"/>
        </w:rPr>
        <w:tab/>
      </w:r>
      <w:r w:rsidRPr="00E47C79">
        <w:rPr>
          <w:rFonts w:ascii="Book Antiqua" w:hAnsi="Book Antiqua"/>
          <w:lang w:val="es-PR"/>
        </w:rPr>
        <w:t xml:space="preserve">$10,000.00  </w:t>
      </w:r>
    </w:p>
    <w:p w14:paraId="360711F9" w14:textId="444EC44C" w:rsidR="00FB51A3" w:rsidRPr="00684E5B" w:rsidRDefault="00FB51A3" w:rsidP="007B793F">
      <w:pPr>
        <w:tabs>
          <w:tab w:val="decimal" w:pos="8280"/>
        </w:tabs>
        <w:rPr>
          <w:rFonts w:ascii="Book Antiqua" w:hAnsi="Book Antiqua"/>
        </w:rPr>
      </w:pPr>
      <w:r w:rsidRPr="00E47C79">
        <w:rPr>
          <w:rFonts w:ascii="Book Antiqua" w:hAnsi="Book Antiqua"/>
          <w:lang w:val="it-IT"/>
        </w:rPr>
        <w:t xml:space="preserve">217. Cristo Se Interesa Por Ti Inc.  </w:t>
      </w:r>
      <w:r w:rsidR="007B793F" w:rsidRPr="00E47C79">
        <w:rPr>
          <w:rFonts w:ascii="Book Antiqua" w:hAnsi="Book Antiqua"/>
          <w:lang w:val="it-IT"/>
        </w:rPr>
        <w:tab/>
      </w:r>
      <w:r w:rsidRPr="00684E5B">
        <w:rPr>
          <w:rFonts w:ascii="Book Antiqua" w:hAnsi="Book Antiqua"/>
        </w:rPr>
        <w:t xml:space="preserve">$5,000.00  </w:t>
      </w:r>
    </w:p>
    <w:p w14:paraId="48494B15" w14:textId="38FD669A" w:rsidR="00FB51A3" w:rsidRPr="00E47C79" w:rsidRDefault="00FB51A3" w:rsidP="007B793F">
      <w:pPr>
        <w:tabs>
          <w:tab w:val="decimal" w:pos="8280"/>
        </w:tabs>
        <w:rPr>
          <w:rFonts w:ascii="Book Antiqua" w:hAnsi="Book Antiqua"/>
          <w:lang w:val="es-PR"/>
        </w:rPr>
      </w:pPr>
      <w:r w:rsidRPr="00684E5B">
        <w:rPr>
          <w:rFonts w:ascii="Book Antiqua" w:hAnsi="Book Antiqua"/>
        </w:rPr>
        <w:t>218. Cross The Goal Foundation Inc</w:t>
      </w:r>
      <w:r w:rsidR="00DA11C9" w:rsidRPr="00684E5B">
        <w:rPr>
          <w:rFonts w:ascii="Book Antiqua" w:hAnsi="Book Antiqua"/>
        </w:rPr>
        <w:t>.</w:t>
      </w:r>
      <w:r w:rsidRPr="00684E5B">
        <w:rPr>
          <w:rFonts w:ascii="Book Antiqua" w:hAnsi="Book Antiqua"/>
        </w:rPr>
        <w:t xml:space="preserve"> </w:t>
      </w:r>
      <w:r w:rsidR="007B793F" w:rsidRPr="00684E5B">
        <w:rPr>
          <w:rFonts w:ascii="Book Antiqua" w:hAnsi="Book Antiqua"/>
        </w:rPr>
        <w:tab/>
      </w:r>
      <w:r w:rsidRPr="00E47C79">
        <w:rPr>
          <w:rFonts w:ascii="Book Antiqua" w:hAnsi="Book Antiqua"/>
          <w:lang w:val="es-PR"/>
        </w:rPr>
        <w:t xml:space="preserve">$10,000.00  </w:t>
      </w:r>
    </w:p>
    <w:p w14:paraId="3ED2455D" w14:textId="6C55FD0E"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219. Cruce a Nado, Inc.  </w:t>
      </w:r>
      <w:r w:rsidR="007B793F" w:rsidRPr="00E47C79">
        <w:rPr>
          <w:rFonts w:ascii="Book Antiqua" w:hAnsi="Book Antiqua"/>
          <w:lang w:val="es-PR"/>
        </w:rPr>
        <w:tab/>
      </w:r>
      <w:r w:rsidRPr="00E47C79">
        <w:rPr>
          <w:rFonts w:ascii="Book Antiqua" w:hAnsi="Book Antiqua"/>
          <w:lang w:val="es-PR"/>
        </w:rPr>
        <w:t xml:space="preserve">$3,000.00  </w:t>
      </w:r>
    </w:p>
    <w:p w14:paraId="23BBC75F" w14:textId="39D9FD7E"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220. Cruz Roja Americana Capitulo de Puerto </w:t>
      </w:r>
      <w:proofErr w:type="gramStart"/>
      <w:r w:rsidRPr="00E47C79">
        <w:rPr>
          <w:rFonts w:ascii="Book Antiqua" w:hAnsi="Book Antiqua"/>
          <w:lang w:val="es-PR"/>
        </w:rPr>
        <w:t xml:space="preserve">Rico  </w:t>
      </w:r>
      <w:r w:rsidR="007B793F" w:rsidRPr="00E47C79">
        <w:rPr>
          <w:rFonts w:ascii="Book Antiqua" w:hAnsi="Book Antiqua"/>
          <w:lang w:val="es-PR"/>
        </w:rPr>
        <w:tab/>
      </w:r>
      <w:proofErr w:type="gramEnd"/>
      <w:r w:rsidRPr="00E47C79">
        <w:rPr>
          <w:rFonts w:ascii="Book Antiqua" w:hAnsi="Book Antiqua"/>
          <w:lang w:val="es-PR"/>
        </w:rPr>
        <w:t xml:space="preserve">$40,000.00  </w:t>
      </w:r>
    </w:p>
    <w:p w14:paraId="75DC3F08" w14:textId="7ADEAAE7" w:rsidR="00FB51A3" w:rsidRPr="00E47C79" w:rsidRDefault="00FB51A3" w:rsidP="007B793F">
      <w:pPr>
        <w:tabs>
          <w:tab w:val="decimal" w:pos="8280"/>
        </w:tabs>
        <w:rPr>
          <w:rFonts w:ascii="Book Antiqua" w:hAnsi="Book Antiqua"/>
          <w:lang w:val="es-ES"/>
        </w:rPr>
      </w:pPr>
      <w:r w:rsidRPr="00E47C79">
        <w:rPr>
          <w:rFonts w:ascii="Book Antiqua" w:hAnsi="Book Antiqua"/>
          <w:lang w:val="es-PR"/>
        </w:rPr>
        <w:t xml:space="preserve">221. Cuarzo Blanco, Inc.  </w:t>
      </w:r>
      <w:r w:rsidR="007B793F" w:rsidRPr="00E47C79">
        <w:rPr>
          <w:rFonts w:ascii="Book Antiqua" w:hAnsi="Book Antiqua"/>
          <w:lang w:val="es-PR"/>
        </w:rPr>
        <w:tab/>
      </w:r>
      <w:r w:rsidRPr="00E47C79">
        <w:rPr>
          <w:rFonts w:ascii="Book Antiqua" w:hAnsi="Book Antiqua"/>
          <w:lang w:val="es-ES"/>
        </w:rPr>
        <w:t xml:space="preserve">$3,000.00  </w:t>
      </w:r>
    </w:p>
    <w:p w14:paraId="1D6B069A" w14:textId="4B4F61D8"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222. Cuidadoras de la Montaña </w:t>
      </w:r>
      <w:proofErr w:type="spellStart"/>
      <w:r w:rsidRPr="00E47C79">
        <w:rPr>
          <w:rFonts w:ascii="Book Antiqua" w:hAnsi="Book Antiqua"/>
          <w:lang w:val="es-ES"/>
        </w:rPr>
        <w:t>Maria</w:t>
      </w:r>
      <w:proofErr w:type="spellEnd"/>
      <w:r w:rsidRPr="00E47C79">
        <w:rPr>
          <w:rFonts w:ascii="Book Antiqua" w:hAnsi="Book Antiqua"/>
          <w:lang w:val="es-ES"/>
        </w:rPr>
        <w:t xml:space="preserve"> S. Ortiz </w:t>
      </w:r>
      <w:proofErr w:type="spellStart"/>
      <w:r w:rsidRPr="00E47C79">
        <w:rPr>
          <w:rFonts w:ascii="Book Antiqua" w:hAnsi="Book Antiqua"/>
          <w:lang w:val="es-ES"/>
        </w:rPr>
        <w:t>Ortiz</w:t>
      </w:r>
      <w:proofErr w:type="spellEnd"/>
      <w:r w:rsidRPr="00E47C79">
        <w:rPr>
          <w:rFonts w:ascii="Book Antiqua" w:hAnsi="Book Antiqua"/>
          <w:lang w:val="es-ES"/>
        </w:rPr>
        <w:t xml:space="preserve"> Inc. </w:t>
      </w:r>
      <w:r w:rsidR="007B793F" w:rsidRPr="00E47C79">
        <w:rPr>
          <w:rFonts w:ascii="Book Antiqua" w:hAnsi="Book Antiqua"/>
          <w:lang w:val="es-ES"/>
        </w:rPr>
        <w:tab/>
      </w:r>
      <w:r w:rsidRPr="00E47C79">
        <w:rPr>
          <w:rFonts w:ascii="Book Antiqua" w:hAnsi="Book Antiqua"/>
          <w:lang w:val="es-ES"/>
        </w:rPr>
        <w:t xml:space="preserve"> $10,000.00  </w:t>
      </w:r>
    </w:p>
    <w:p w14:paraId="2DE8FC9E" w14:textId="27C75CA7"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223. Dando por Gracia lo que por Gracias recibimos</w:t>
      </w:r>
      <w:r w:rsidR="007B793F" w:rsidRPr="00E47C79">
        <w:rPr>
          <w:rFonts w:ascii="Book Antiqua" w:hAnsi="Book Antiqua"/>
          <w:lang w:val="es-ES"/>
        </w:rPr>
        <w:tab/>
      </w:r>
      <w:r w:rsidRPr="00E47C79">
        <w:rPr>
          <w:rFonts w:ascii="Book Antiqua" w:hAnsi="Book Antiqua"/>
          <w:lang w:val="es-ES"/>
        </w:rPr>
        <w:t xml:space="preserve">$5,000.00  </w:t>
      </w:r>
    </w:p>
    <w:p w14:paraId="5E2FF57D" w14:textId="263A3AE7" w:rsidR="00FB51A3" w:rsidRPr="00E47C79" w:rsidRDefault="00FB51A3" w:rsidP="007B793F">
      <w:pPr>
        <w:tabs>
          <w:tab w:val="decimal" w:pos="8280"/>
        </w:tabs>
        <w:rPr>
          <w:rFonts w:ascii="Book Antiqua" w:hAnsi="Book Antiqua"/>
          <w:lang w:val="pt-PT"/>
        </w:rPr>
      </w:pPr>
      <w:r w:rsidRPr="00E47C79">
        <w:rPr>
          <w:rFonts w:ascii="Book Antiqua" w:hAnsi="Book Antiqua"/>
          <w:lang w:val="pt-PT"/>
        </w:rPr>
        <w:t xml:space="preserve">224. Danzactiva, Inc.  </w:t>
      </w:r>
      <w:r w:rsidR="007B793F" w:rsidRPr="00E47C79">
        <w:rPr>
          <w:rFonts w:ascii="Book Antiqua" w:hAnsi="Book Antiqua"/>
          <w:lang w:val="pt-PT"/>
        </w:rPr>
        <w:tab/>
      </w:r>
      <w:r w:rsidRPr="00E47C79">
        <w:rPr>
          <w:rFonts w:ascii="Book Antiqua" w:hAnsi="Book Antiqua"/>
          <w:lang w:val="pt-PT"/>
        </w:rPr>
        <w:t xml:space="preserve">$3,000.00  </w:t>
      </w:r>
    </w:p>
    <w:p w14:paraId="70E9B02C" w14:textId="487164A3" w:rsidR="00FB51A3" w:rsidRPr="00E47C79" w:rsidRDefault="00FB51A3" w:rsidP="007B793F">
      <w:pPr>
        <w:tabs>
          <w:tab w:val="decimal" w:pos="8280"/>
        </w:tabs>
        <w:rPr>
          <w:rFonts w:ascii="Book Antiqua" w:hAnsi="Book Antiqua"/>
          <w:lang w:val="pt-PT"/>
        </w:rPr>
      </w:pPr>
      <w:r w:rsidRPr="00E47C79">
        <w:rPr>
          <w:rFonts w:ascii="Book Antiqua" w:hAnsi="Book Antiqua"/>
          <w:lang w:val="pt-PT"/>
        </w:rPr>
        <w:t xml:space="preserve">225. Decimania Inc. </w:t>
      </w:r>
      <w:r w:rsidR="007B793F" w:rsidRPr="00E47C79">
        <w:rPr>
          <w:rFonts w:ascii="Book Antiqua" w:hAnsi="Book Antiqua"/>
          <w:lang w:val="pt-PT"/>
        </w:rPr>
        <w:tab/>
      </w:r>
      <w:r w:rsidRPr="00E47C79">
        <w:rPr>
          <w:rFonts w:ascii="Book Antiqua" w:hAnsi="Book Antiqua"/>
          <w:lang w:val="pt-PT"/>
        </w:rPr>
        <w:t xml:space="preserve">$5,000.00  </w:t>
      </w:r>
    </w:p>
    <w:p w14:paraId="50187A2D" w14:textId="412EAA7D" w:rsidR="00FB51A3" w:rsidRPr="00E47C79" w:rsidRDefault="00FB51A3" w:rsidP="007B793F">
      <w:pPr>
        <w:tabs>
          <w:tab w:val="decimal" w:pos="8280"/>
        </w:tabs>
        <w:rPr>
          <w:rFonts w:ascii="Book Antiqua" w:hAnsi="Book Antiqua"/>
          <w:lang w:val="pt-PT"/>
        </w:rPr>
      </w:pPr>
      <w:r w:rsidRPr="00E47C79">
        <w:rPr>
          <w:rFonts w:ascii="Book Antiqua" w:hAnsi="Book Antiqua"/>
          <w:lang w:val="pt-PT"/>
        </w:rPr>
        <w:t xml:space="preserve">226. Delias Respite for Caregivers </w:t>
      </w:r>
      <w:r w:rsidR="007B793F" w:rsidRPr="00E47C79">
        <w:rPr>
          <w:rFonts w:ascii="Book Antiqua" w:hAnsi="Book Antiqua"/>
          <w:lang w:val="pt-PT"/>
        </w:rPr>
        <w:tab/>
      </w:r>
      <w:r w:rsidRPr="00E47C79">
        <w:rPr>
          <w:rFonts w:ascii="Book Antiqua" w:hAnsi="Book Antiqua"/>
          <w:lang w:val="pt-PT"/>
        </w:rPr>
        <w:t xml:space="preserve"> $3,000.00  </w:t>
      </w:r>
    </w:p>
    <w:p w14:paraId="5613E34B" w14:textId="1E00D658" w:rsidR="00FB51A3" w:rsidRPr="00026520" w:rsidRDefault="00FB51A3" w:rsidP="007B793F">
      <w:pPr>
        <w:tabs>
          <w:tab w:val="decimal" w:pos="8280"/>
        </w:tabs>
        <w:rPr>
          <w:rFonts w:ascii="Book Antiqua" w:hAnsi="Book Antiqua"/>
          <w:lang w:val="es-ES"/>
        </w:rPr>
      </w:pPr>
      <w:r w:rsidRPr="00E47C79">
        <w:rPr>
          <w:rFonts w:ascii="Book Antiqua" w:hAnsi="Book Antiqua"/>
          <w:lang w:val="pt-PT"/>
        </w:rPr>
        <w:t xml:space="preserve">227. Deporte Mulos de Juncos Team, Inc. </w:t>
      </w:r>
      <w:r w:rsidR="007B793F" w:rsidRPr="00E47C79">
        <w:rPr>
          <w:rFonts w:ascii="Book Antiqua" w:hAnsi="Book Antiqua"/>
          <w:lang w:val="pt-PT"/>
        </w:rPr>
        <w:tab/>
      </w:r>
      <w:r w:rsidRPr="00026520">
        <w:rPr>
          <w:rFonts w:ascii="Book Antiqua" w:hAnsi="Book Antiqua"/>
          <w:lang w:val="es-ES"/>
        </w:rPr>
        <w:t xml:space="preserve">$5,000.00  </w:t>
      </w:r>
    </w:p>
    <w:p w14:paraId="54039102" w14:textId="212BBCA5" w:rsidR="00FB51A3" w:rsidRPr="00026520" w:rsidRDefault="00FB51A3" w:rsidP="007B793F">
      <w:pPr>
        <w:tabs>
          <w:tab w:val="decimal" w:pos="8280"/>
        </w:tabs>
        <w:rPr>
          <w:rFonts w:ascii="Book Antiqua" w:hAnsi="Book Antiqua"/>
          <w:lang w:val="es-ES"/>
        </w:rPr>
      </w:pPr>
      <w:r w:rsidRPr="00026520">
        <w:rPr>
          <w:rFonts w:ascii="Book Antiqua" w:hAnsi="Book Antiqua"/>
          <w:lang w:val="es-ES"/>
        </w:rPr>
        <w:t xml:space="preserve">228. DER, Inc.  </w:t>
      </w:r>
      <w:r w:rsidR="007B793F" w:rsidRPr="00026520">
        <w:rPr>
          <w:rFonts w:ascii="Book Antiqua" w:hAnsi="Book Antiqua"/>
          <w:lang w:val="es-ES"/>
        </w:rPr>
        <w:tab/>
      </w:r>
      <w:r w:rsidRPr="00026520">
        <w:rPr>
          <w:rFonts w:ascii="Book Antiqua" w:hAnsi="Book Antiqua"/>
          <w:lang w:val="es-ES"/>
        </w:rPr>
        <w:t xml:space="preserve">$3,000.00  </w:t>
      </w:r>
    </w:p>
    <w:p w14:paraId="27DECE9F" w14:textId="232D9FB2" w:rsidR="00FB51A3" w:rsidRPr="00026520" w:rsidRDefault="00FB51A3" w:rsidP="007B793F">
      <w:pPr>
        <w:tabs>
          <w:tab w:val="decimal" w:pos="8280"/>
        </w:tabs>
        <w:rPr>
          <w:rFonts w:ascii="Book Antiqua" w:hAnsi="Book Antiqua"/>
          <w:lang w:val="es-ES"/>
        </w:rPr>
      </w:pPr>
      <w:r w:rsidRPr="00026520">
        <w:rPr>
          <w:rFonts w:ascii="Book Antiqua" w:hAnsi="Book Antiqua"/>
          <w:lang w:val="es-ES"/>
        </w:rPr>
        <w:t xml:space="preserve">229. Distrito Autónomo Antonio </w:t>
      </w:r>
      <w:proofErr w:type="spellStart"/>
      <w:r w:rsidRPr="00026520">
        <w:rPr>
          <w:rFonts w:ascii="Book Antiqua" w:hAnsi="Book Antiqua"/>
          <w:lang w:val="es-ES"/>
        </w:rPr>
        <w:t>Luchetti</w:t>
      </w:r>
      <w:proofErr w:type="spellEnd"/>
      <w:r w:rsidRPr="00026520">
        <w:rPr>
          <w:rFonts w:ascii="Book Antiqua" w:hAnsi="Book Antiqua"/>
          <w:lang w:val="es-ES"/>
        </w:rPr>
        <w:t xml:space="preserve">, Inc. </w:t>
      </w:r>
      <w:r w:rsidR="007B793F" w:rsidRPr="00026520">
        <w:rPr>
          <w:rFonts w:ascii="Book Antiqua" w:hAnsi="Book Antiqua"/>
          <w:lang w:val="es-ES"/>
        </w:rPr>
        <w:tab/>
      </w:r>
      <w:r w:rsidRPr="00026520">
        <w:rPr>
          <w:rFonts w:ascii="Book Antiqua" w:hAnsi="Book Antiqua"/>
          <w:lang w:val="es-ES"/>
        </w:rPr>
        <w:t xml:space="preserve">$3,000.00  </w:t>
      </w:r>
    </w:p>
    <w:p w14:paraId="29A97BE3" w14:textId="28542C6F"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230. Distrito Caribe de Conservación de Suelos </w:t>
      </w:r>
      <w:proofErr w:type="spellStart"/>
      <w:proofErr w:type="gramStart"/>
      <w:r w:rsidRPr="00E47C79">
        <w:rPr>
          <w:rFonts w:ascii="Book Antiqua" w:hAnsi="Book Antiqua"/>
          <w:lang w:val="es-PR"/>
        </w:rPr>
        <w:t>Inc</w:t>
      </w:r>
      <w:proofErr w:type="spellEnd"/>
      <w:r w:rsidRPr="00E47C79">
        <w:rPr>
          <w:rFonts w:ascii="Book Antiqua" w:hAnsi="Book Antiqua"/>
          <w:lang w:val="es-PR"/>
        </w:rPr>
        <w:t xml:space="preserve">  </w:t>
      </w:r>
      <w:r w:rsidR="007B793F" w:rsidRPr="00E47C79">
        <w:rPr>
          <w:rFonts w:ascii="Book Antiqua" w:hAnsi="Book Antiqua"/>
          <w:lang w:val="es-PR"/>
        </w:rPr>
        <w:tab/>
      </w:r>
      <w:proofErr w:type="gramEnd"/>
      <w:r w:rsidRPr="00E47C79">
        <w:rPr>
          <w:rFonts w:ascii="Book Antiqua" w:hAnsi="Book Antiqua"/>
          <w:lang w:val="es-PR"/>
        </w:rPr>
        <w:t xml:space="preserve">$3,000.00  </w:t>
      </w:r>
    </w:p>
    <w:p w14:paraId="660269F0" w14:textId="40395DB7"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231. Distrito Rotario </w:t>
      </w:r>
      <w:proofErr w:type="gramStart"/>
      <w:r w:rsidRPr="00E47C79">
        <w:rPr>
          <w:rFonts w:ascii="Book Antiqua" w:hAnsi="Book Antiqua"/>
          <w:lang w:val="es-PR"/>
        </w:rPr>
        <w:t>7000,Inc.</w:t>
      </w:r>
      <w:proofErr w:type="gramEnd"/>
      <w:r w:rsidRPr="00E47C79">
        <w:rPr>
          <w:rFonts w:ascii="Book Antiqua" w:hAnsi="Book Antiqua"/>
          <w:lang w:val="es-PR"/>
        </w:rPr>
        <w:t xml:space="preserve"> </w:t>
      </w:r>
      <w:r w:rsidR="007B793F" w:rsidRPr="00E47C79">
        <w:rPr>
          <w:rFonts w:ascii="Book Antiqua" w:hAnsi="Book Antiqua"/>
          <w:lang w:val="es-PR"/>
        </w:rPr>
        <w:tab/>
      </w:r>
      <w:r w:rsidRPr="00E47C79">
        <w:rPr>
          <w:rFonts w:ascii="Book Antiqua" w:hAnsi="Book Antiqua"/>
          <w:lang w:val="es-PR"/>
        </w:rPr>
        <w:t xml:space="preserve"> $3,000.00  </w:t>
      </w:r>
    </w:p>
    <w:p w14:paraId="05A6F80E" w14:textId="73CD0294"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232. Eco Recursos Comunitario Inc.  </w:t>
      </w:r>
      <w:r w:rsidR="007B793F" w:rsidRPr="00E47C79">
        <w:rPr>
          <w:rFonts w:ascii="Book Antiqua" w:hAnsi="Book Antiqua"/>
          <w:lang w:val="es-PR"/>
        </w:rPr>
        <w:tab/>
      </w:r>
      <w:r w:rsidRPr="00E47C79">
        <w:rPr>
          <w:rFonts w:ascii="Book Antiqua" w:hAnsi="Book Antiqua"/>
          <w:lang w:val="es-PR"/>
        </w:rPr>
        <w:t xml:space="preserve">$3,000.00  </w:t>
      </w:r>
    </w:p>
    <w:p w14:paraId="7186D8B8" w14:textId="1AE8E473"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233. </w:t>
      </w:r>
      <w:proofErr w:type="spellStart"/>
      <w:r w:rsidRPr="00E47C79">
        <w:rPr>
          <w:rFonts w:ascii="Book Antiqua" w:hAnsi="Book Antiqua"/>
          <w:lang w:val="es-PR"/>
        </w:rPr>
        <w:t>Ecoexploratorio</w:t>
      </w:r>
      <w:proofErr w:type="spellEnd"/>
      <w:r w:rsidRPr="00E47C79">
        <w:rPr>
          <w:rFonts w:ascii="Book Antiqua" w:hAnsi="Book Antiqua"/>
          <w:lang w:val="es-PR"/>
        </w:rPr>
        <w:t xml:space="preserve"> Inc.  </w:t>
      </w:r>
      <w:r w:rsidR="007B793F" w:rsidRPr="00E47C79">
        <w:rPr>
          <w:rFonts w:ascii="Book Antiqua" w:hAnsi="Book Antiqua"/>
          <w:lang w:val="es-PR"/>
        </w:rPr>
        <w:tab/>
      </w:r>
      <w:r w:rsidRPr="00E47C79">
        <w:rPr>
          <w:rFonts w:ascii="Book Antiqua" w:hAnsi="Book Antiqua"/>
          <w:lang w:val="es-PR"/>
        </w:rPr>
        <w:t xml:space="preserve">$80,000.00  </w:t>
      </w:r>
    </w:p>
    <w:p w14:paraId="5D350E6B" w14:textId="7390CCD7"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234. ECOS de Vida Inc.  </w:t>
      </w:r>
      <w:r w:rsidR="007B793F" w:rsidRPr="00E47C79">
        <w:rPr>
          <w:rFonts w:ascii="Book Antiqua" w:hAnsi="Book Antiqua"/>
          <w:lang w:val="es-PR"/>
        </w:rPr>
        <w:tab/>
      </w:r>
      <w:r w:rsidRPr="00E47C79">
        <w:rPr>
          <w:rFonts w:ascii="Book Antiqua" w:hAnsi="Book Antiqua"/>
          <w:lang w:val="es-PR"/>
        </w:rPr>
        <w:t xml:space="preserve">$10,000.00  </w:t>
      </w:r>
    </w:p>
    <w:p w14:paraId="5776F736" w14:textId="150F55BC"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235. EFATA Ministerio Sordos &amp; Señas Inc.  </w:t>
      </w:r>
      <w:r w:rsidR="007B793F" w:rsidRPr="00E47C79">
        <w:rPr>
          <w:rFonts w:ascii="Book Antiqua" w:hAnsi="Book Antiqua"/>
          <w:lang w:val="es-PR"/>
        </w:rPr>
        <w:tab/>
      </w:r>
      <w:r w:rsidRPr="00E47C79">
        <w:rPr>
          <w:rFonts w:ascii="Book Antiqua" w:hAnsi="Book Antiqua"/>
          <w:lang w:val="es-PR"/>
        </w:rPr>
        <w:t xml:space="preserve">$10,000.00  </w:t>
      </w:r>
    </w:p>
    <w:p w14:paraId="09F6B261" w14:textId="514CAD90" w:rsidR="00FB51A3" w:rsidRPr="00E47C79" w:rsidRDefault="00FB51A3" w:rsidP="007B793F">
      <w:pPr>
        <w:tabs>
          <w:tab w:val="decimal" w:pos="8280"/>
        </w:tabs>
        <w:rPr>
          <w:rFonts w:ascii="Book Antiqua" w:hAnsi="Book Antiqua"/>
          <w:lang w:val="es-ES"/>
        </w:rPr>
      </w:pPr>
      <w:r w:rsidRPr="00E47C79">
        <w:rPr>
          <w:rFonts w:ascii="Book Antiqua" w:hAnsi="Book Antiqua"/>
          <w:lang w:val="es-PR"/>
        </w:rPr>
        <w:t xml:space="preserve">236. Egida de la Policía, Inc. </w:t>
      </w:r>
      <w:r w:rsidR="007B793F" w:rsidRPr="00E47C79">
        <w:rPr>
          <w:rFonts w:ascii="Book Antiqua" w:hAnsi="Book Antiqua"/>
          <w:lang w:val="es-PR"/>
        </w:rPr>
        <w:tab/>
      </w:r>
      <w:r w:rsidRPr="00E47C79">
        <w:rPr>
          <w:rFonts w:ascii="Book Antiqua" w:hAnsi="Book Antiqua"/>
          <w:lang w:val="es-ES"/>
        </w:rPr>
        <w:t xml:space="preserve">$60,000.00  </w:t>
      </w:r>
    </w:p>
    <w:p w14:paraId="5825EBF5" w14:textId="448191D8"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237. El Acueducto Rural Pedro Calixto, </w:t>
      </w:r>
      <w:proofErr w:type="spellStart"/>
      <w:proofErr w:type="gramStart"/>
      <w:r w:rsidRPr="00E47C79">
        <w:rPr>
          <w:rFonts w:ascii="Book Antiqua" w:hAnsi="Book Antiqua"/>
          <w:lang w:val="es-PR"/>
        </w:rPr>
        <w:t>Inc</w:t>
      </w:r>
      <w:proofErr w:type="spellEnd"/>
      <w:r w:rsidRPr="00E47C79">
        <w:rPr>
          <w:rFonts w:ascii="Book Antiqua" w:hAnsi="Book Antiqua"/>
          <w:lang w:val="es-PR"/>
        </w:rPr>
        <w:t xml:space="preserve">  </w:t>
      </w:r>
      <w:r w:rsidR="007B793F" w:rsidRPr="00E47C79">
        <w:rPr>
          <w:rFonts w:ascii="Book Antiqua" w:hAnsi="Book Antiqua"/>
          <w:lang w:val="es-PR"/>
        </w:rPr>
        <w:tab/>
      </w:r>
      <w:proofErr w:type="gramEnd"/>
      <w:r w:rsidRPr="00E47C79">
        <w:rPr>
          <w:rFonts w:ascii="Book Antiqua" w:hAnsi="Book Antiqua"/>
          <w:lang w:val="es-PR"/>
        </w:rPr>
        <w:t>$2</w:t>
      </w:r>
      <w:r w:rsidR="00E10572" w:rsidRPr="00E47C79">
        <w:rPr>
          <w:rFonts w:ascii="Book Antiqua" w:hAnsi="Book Antiqua"/>
          <w:lang w:val="es-PR"/>
        </w:rPr>
        <w:t>9</w:t>
      </w:r>
      <w:r w:rsidRPr="00E47C79">
        <w:rPr>
          <w:rFonts w:ascii="Book Antiqua" w:hAnsi="Book Antiqua"/>
          <w:lang w:val="es-PR"/>
        </w:rPr>
        <w:t xml:space="preserve">,000.00  </w:t>
      </w:r>
    </w:p>
    <w:p w14:paraId="41DA031A" w14:textId="6801AC19"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238. El Amor Espera, Inc. </w:t>
      </w:r>
      <w:r w:rsidR="007B793F" w:rsidRPr="00E47C79">
        <w:rPr>
          <w:rFonts w:ascii="Book Antiqua" w:hAnsi="Book Antiqua"/>
          <w:lang w:val="es-ES"/>
        </w:rPr>
        <w:tab/>
      </w:r>
      <w:r w:rsidRPr="00E47C79">
        <w:rPr>
          <w:rFonts w:ascii="Book Antiqua" w:hAnsi="Book Antiqua"/>
          <w:lang w:val="es-ES"/>
        </w:rPr>
        <w:t xml:space="preserve">$15,000.00  </w:t>
      </w:r>
    </w:p>
    <w:p w14:paraId="63B5C1E7" w14:textId="23343CB6" w:rsidR="00FB51A3" w:rsidRPr="00026520" w:rsidRDefault="00FB51A3" w:rsidP="007B793F">
      <w:pPr>
        <w:tabs>
          <w:tab w:val="decimal" w:pos="8280"/>
        </w:tabs>
        <w:rPr>
          <w:rFonts w:ascii="Book Antiqua" w:hAnsi="Book Antiqua"/>
          <w:lang w:val="es-ES"/>
        </w:rPr>
      </w:pPr>
      <w:r w:rsidRPr="00E47C79">
        <w:rPr>
          <w:rFonts w:ascii="Book Antiqua" w:hAnsi="Book Antiqua"/>
          <w:lang w:val="es-ES"/>
        </w:rPr>
        <w:t xml:space="preserve">239. El Instituto de Orientación y Terapia Familiar de Caguas, Inc. </w:t>
      </w:r>
      <w:r w:rsidR="007B793F" w:rsidRPr="00E47C79">
        <w:rPr>
          <w:rFonts w:ascii="Book Antiqua" w:hAnsi="Book Antiqua"/>
          <w:lang w:val="es-ES"/>
        </w:rPr>
        <w:tab/>
      </w:r>
      <w:r w:rsidRPr="00E47C79">
        <w:rPr>
          <w:rFonts w:ascii="Book Antiqua" w:hAnsi="Book Antiqua"/>
          <w:lang w:val="es-ES"/>
        </w:rPr>
        <w:t xml:space="preserve"> </w:t>
      </w:r>
      <w:r w:rsidRPr="00026520">
        <w:rPr>
          <w:rFonts w:ascii="Book Antiqua" w:hAnsi="Book Antiqua"/>
          <w:lang w:val="es-ES"/>
        </w:rPr>
        <w:t xml:space="preserve">$15,000.00  </w:t>
      </w:r>
    </w:p>
    <w:p w14:paraId="4EDCA35E" w14:textId="2609CEBC"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240. El Museo Invisible que Cuenta la Historia de </w:t>
      </w:r>
      <w:proofErr w:type="gramStart"/>
      <w:r w:rsidRPr="00E47C79">
        <w:rPr>
          <w:rFonts w:ascii="Book Antiqua" w:hAnsi="Book Antiqua"/>
          <w:lang w:val="es-PR"/>
        </w:rPr>
        <w:t xml:space="preserve">Pocos  </w:t>
      </w:r>
      <w:r w:rsidR="007B793F" w:rsidRPr="00E47C79">
        <w:rPr>
          <w:rFonts w:ascii="Book Antiqua" w:hAnsi="Book Antiqua"/>
          <w:lang w:val="es-PR"/>
        </w:rPr>
        <w:tab/>
      </w:r>
      <w:proofErr w:type="gramEnd"/>
      <w:r w:rsidRPr="00E47C79">
        <w:rPr>
          <w:rFonts w:ascii="Book Antiqua" w:hAnsi="Book Antiqua"/>
          <w:lang w:val="es-PR"/>
        </w:rPr>
        <w:t xml:space="preserve">$15,000.00  </w:t>
      </w:r>
    </w:p>
    <w:p w14:paraId="01742EEF" w14:textId="5C585FE1"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241. El Punto en la Montaña, Inc. </w:t>
      </w:r>
      <w:r w:rsidR="007B793F" w:rsidRPr="00E47C79">
        <w:rPr>
          <w:rFonts w:ascii="Book Antiqua" w:hAnsi="Book Antiqua"/>
          <w:lang w:val="es-ES"/>
        </w:rPr>
        <w:tab/>
      </w:r>
      <w:r w:rsidRPr="00E47C79">
        <w:rPr>
          <w:rFonts w:ascii="Book Antiqua" w:hAnsi="Book Antiqua"/>
          <w:lang w:val="es-ES"/>
        </w:rPr>
        <w:t xml:space="preserve">$3,000.00  </w:t>
      </w:r>
    </w:p>
    <w:p w14:paraId="61393BDF" w14:textId="4563104E"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lastRenderedPageBreak/>
        <w:t xml:space="preserve">242. Enactus Puerto Rico, Inc.  </w:t>
      </w:r>
      <w:r w:rsidR="006864A6" w:rsidRPr="00E47C79">
        <w:rPr>
          <w:rFonts w:ascii="Book Antiqua" w:hAnsi="Book Antiqua"/>
          <w:lang w:val="es-ES"/>
        </w:rPr>
        <w:tab/>
      </w:r>
      <w:r w:rsidRPr="00E47C79">
        <w:rPr>
          <w:rFonts w:ascii="Book Antiqua" w:hAnsi="Book Antiqua"/>
          <w:lang w:val="es-ES"/>
        </w:rPr>
        <w:t xml:space="preserve">$5,000.00  </w:t>
      </w:r>
    </w:p>
    <w:p w14:paraId="6BBACAED" w14:textId="04756AD0"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243. </w:t>
      </w:r>
      <w:proofErr w:type="spellStart"/>
      <w:r w:rsidRPr="00E47C79">
        <w:rPr>
          <w:rFonts w:ascii="Book Antiqua" w:hAnsi="Book Antiqua"/>
          <w:lang w:val="es-ES"/>
        </w:rPr>
        <w:t>EnterPRize</w:t>
      </w:r>
      <w:proofErr w:type="spellEnd"/>
      <w:r w:rsidRPr="00E47C79">
        <w:rPr>
          <w:rFonts w:ascii="Book Antiqua" w:hAnsi="Book Antiqua"/>
          <w:lang w:val="es-ES"/>
        </w:rPr>
        <w:t xml:space="preserve"> </w:t>
      </w:r>
      <w:proofErr w:type="spellStart"/>
      <w:r w:rsidRPr="00E47C79">
        <w:rPr>
          <w:rFonts w:ascii="Book Antiqua" w:hAnsi="Book Antiqua"/>
          <w:lang w:val="es-ES"/>
        </w:rPr>
        <w:t>Events</w:t>
      </w:r>
      <w:proofErr w:type="spellEnd"/>
      <w:r w:rsidRPr="00E47C79">
        <w:rPr>
          <w:rFonts w:ascii="Book Antiqua" w:hAnsi="Book Antiqua"/>
          <w:lang w:val="es-ES"/>
        </w:rPr>
        <w:t xml:space="preserve"> </w:t>
      </w:r>
      <w:proofErr w:type="spellStart"/>
      <w:r w:rsidRPr="00E47C79">
        <w:rPr>
          <w:rFonts w:ascii="Book Antiqua" w:hAnsi="Book Antiqua"/>
          <w:lang w:val="es-ES"/>
        </w:rPr>
        <w:t>Inc</w:t>
      </w:r>
      <w:proofErr w:type="spellEnd"/>
      <w:r w:rsidRPr="00E47C79">
        <w:rPr>
          <w:rFonts w:ascii="Book Antiqua" w:hAnsi="Book Antiqua"/>
          <w:lang w:val="es-ES"/>
        </w:rPr>
        <w:t xml:space="preserve"> afiliada de Grupo Guayacán </w:t>
      </w:r>
      <w:proofErr w:type="spellStart"/>
      <w:r w:rsidRPr="00E47C79">
        <w:rPr>
          <w:rFonts w:ascii="Book Antiqua" w:hAnsi="Book Antiqua"/>
          <w:lang w:val="es-ES"/>
        </w:rPr>
        <w:t>Inc</w:t>
      </w:r>
      <w:proofErr w:type="spellEnd"/>
      <w:r w:rsidRPr="00E47C79">
        <w:rPr>
          <w:rFonts w:ascii="Book Antiqua" w:hAnsi="Book Antiqua"/>
          <w:lang w:val="es-ES"/>
        </w:rPr>
        <w:t xml:space="preserve"> </w:t>
      </w:r>
      <w:r w:rsidR="006864A6" w:rsidRPr="00E47C79">
        <w:rPr>
          <w:rFonts w:ascii="Book Antiqua" w:hAnsi="Book Antiqua"/>
          <w:lang w:val="es-ES"/>
        </w:rPr>
        <w:tab/>
      </w:r>
      <w:r w:rsidRPr="00E47C79">
        <w:rPr>
          <w:rFonts w:ascii="Book Antiqua" w:hAnsi="Book Antiqua"/>
          <w:lang w:val="es-ES"/>
        </w:rPr>
        <w:t xml:space="preserve"> $7,000.00  </w:t>
      </w:r>
    </w:p>
    <w:p w14:paraId="7807E77F" w14:textId="278F6550"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244. </w:t>
      </w:r>
      <w:proofErr w:type="spellStart"/>
      <w:r w:rsidRPr="00E47C79">
        <w:rPr>
          <w:rFonts w:ascii="Book Antiqua" w:hAnsi="Book Antiqua"/>
          <w:lang w:val="es-ES"/>
        </w:rPr>
        <w:t>Equinoterapia</w:t>
      </w:r>
      <w:proofErr w:type="spellEnd"/>
      <w:r w:rsidRPr="00E47C79">
        <w:rPr>
          <w:rFonts w:ascii="Book Antiqua" w:hAnsi="Book Antiqua"/>
          <w:lang w:val="es-ES"/>
        </w:rPr>
        <w:t xml:space="preserve"> Puerto Rico Inc. </w:t>
      </w:r>
      <w:r w:rsidR="006864A6" w:rsidRPr="00E47C79">
        <w:rPr>
          <w:rFonts w:ascii="Book Antiqua" w:hAnsi="Book Antiqua"/>
          <w:lang w:val="es-ES"/>
        </w:rPr>
        <w:tab/>
      </w:r>
      <w:r w:rsidRPr="00E47C79">
        <w:rPr>
          <w:rFonts w:ascii="Book Antiqua" w:hAnsi="Book Antiqua"/>
          <w:lang w:val="es-ES"/>
        </w:rPr>
        <w:t xml:space="preserve"> $8,000.00  </w:t>
      </w:r>
    </w:p>
    <w:p w14:paraId="6248E7A6" w14:textId="432E66EF" w:rsidR="00FB51A3" w:rsidRPr="00026520" w:rsidRDefault="00FB51A3" w:rsidP="007B793F">
      <w:pPr>
        <w:tabs>
          <w:tab w:val="decimal" w:pos="8280"/>
        </w:tabs>
        <w:rPr>
          <w:rFonts w:ascii="Book Antiqua" w:hAnsi="Book Antiqua"/>
          <w:lang w:val="es-ES"/>
        </w:rPr>
      </w:pPr>
      <w:r w:rsidRPr="00E47C79">
        <w:rPr>
          <w:rFonts w:ascii="Book Antiqua" w:hAnsi="Book Antiqua"/>
          <w:lang w:val="es-PR"/>
        </w:rPr>
        <w:t xml:space="preserve">245. Equipo Beisbol Juvenil Tiburones de Aguadilla, Inc.  </w:t>
      </w:r>
      <w:r w:rsidR="006864A6" w:rsidRPr="00E47C79">
        <w:rPr>
          <w:rFonts w:ascii="Book Antiqua" w:hAnsi="Book Antiqua"/>
          <w:lang w:val="es-PR"/>
        </w:rPr>
        <w:tab/>
      </w:r>
      <w:r w:rsidRPr="00026520">
        <w:rPr>
          <w:rFonts w:ascii="Book Antiqua" w:hAnsi="Book Antiqua"/>
          <w:lang w:val="es-ES"/>
        </w:rPr>
        <w:t xml:space="preserve">$3,000.00  </w:t>
      </w:r>
    </w:p>
    <w:p w14:paraId="21EBB687" w14:textId="662FB37E" w:rsidR="00FB51A3" w:rsidRPr="00026520" w:rsidRDefault="00FB51A3" w:rsidP="007B793F">
      <w:pPr>
        <w:tabs>
          <w:tab w:val="decimal" w:pos="8280"/>
        </w:tabs>
        <w:rPr>
          <w:rFonts w:ascii="Book Antiqua" w:hAnsi="Book Antiqua"/>
          <w:lang w:val="es-ES"/>
        </w:rPr>
      </w:pPr>
      <w:r w:rsidRPr="00E47C79">
        <w:rPr>
          <w:rFonts w:ascii="Book Antiqua" w:hAnsi="Book Antiqua"/>
          <w:lang w:val="es-PR"/>
        </w:rPr>
        <w:t xml:space="preserve">246. Equipo Clase A Marlins de Barrancas Inc.  </w:t>
      </w:r>
      <w:r w:rsidR="006864A6" w:rsidRPr="00E47C79">
        <w:rPr>
          <w:rFonts w:ascii="Book Antiqua" w:hAnsi="Book Antiqua"/>
          <w:lang w:val="es-PR"/>
        </w:rPr>
        <w:tab/>
      </w:r>
      <w:r w:rsidRPr="00026520">
        <w:rPr>
          <w:rFonts w:ascii="Book Antiqua" w:hAnsi="Book Antiqua"/>
          <w:lang w:val="es-ES"/>
        </w:rPr>
        <w:t xml:space="preserve">$15,000.00  </w:t>
      </w:r>
    </w:p>
    <w:p w14:paraId="6AC6301B" w14:textId="4F05CC5A"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247. Escuela de Bellas Artes de </w:t>
      </w:r>
      <w:proofErr w:type="gramStart"/>
      <w:r w:rsidRPr="00E47C79">
        <w:rPr>
          <w:rFonts w:ascii="Book Antiqua" w:hAnsi="Book Antiqua"/>
          <w:lang w:val="es-PR"/>
        </w:rPr>
        <w:t xml:space="preserve">Comerío  </w:t>
      </w:r>
      <w:r w:rsidR="006864A6" w:rsidRPr="00E47C79">
        <w:rPr>
          <w:rFonts w:ascii="Book Antiqua" w:hAnsi="Book Antiqua"/>
          <w:lang w:val="es-PR"/>
        </w:rPr>
        <w:tab/>
      </w:r>
      <w:proofErr w:type="gramEnd"/>
      <w:r w:rsidRPr="00E47C79">
        <w:rPr>
          <w:rFonts w:ascii="Book Antiqua" w:hAnsi="Book Antiqua"/>
          <w:lang w:val="es-PR"/>
        </w:rPr>
        <w:t xml:space="preserve">$20,000.00  </w:t>
      </w:r>
    </w:p>
    <w:p w14:paraId="50307E8F" w14:textId="2C7D81E5"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248. Escuela de Medicina San Juan Bautista </w:t>
      </w:r>
      <w:r w:rsidR="006864A6" w:rsidRPr="00E47C79">
        <w:rPr>
          <w:rFonts w:ascii="Book Antiqua" w:hAnsi="Book Antiqua"/>
          <w:lang w:val="es-ES"/>
        </w:rPr>
        <w:tab/>
      </w:r>
      <w:r w:rsidRPr="00E47C79">
        <w:rPr>
          <w:rFonts w:ascii="Book Antiqua" w:hAnsi="Book Antiqua"/>
          <w:lang w:val="es-ES"/>
        </w:rPr>
        <w:t xml:space="preserve"> $50,000.00  </w:t>
      </w:r>
    </w:p>
    <w:p w14:paraId="6F740C70" w14:textId="65ED08ED"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249. Escuela Federico Froebel, Inc. </w:t>
      </w:r>
      <w:r w:rsidR="006864A6" w:rsidRPr="00E47C79">
        <w:rPr>
          <w:rFonts w:ascii="Book Antiqua" w:hAnsi="Book Antiqua"/>
          <w:lang w:val="es-ES"/>
        </w:rPr>
        <w:tab/>
      </w:r>
      <w:r w:rsidRPr="00E47C79">
        <w:rPr>
          <w:rFonts w:ascii="Book Antiqua" w:hAnsi="Book Antiqua"/>
          <w:lang w:val="es-ES"/>
        </w:rPr>
        <w:t xml:space="preserve"> $4,000.00  </w:t>
      </w:r>
    </w:p>
    <w:p w14:paraId="520E1262" w14:textId="517C6B07" w:rsidR="00FB51A3" w:rsidRPr="00E47C79" w:rsidRDefault="00FB51A3" w:rsidP="007B793F">
      <w:pPr>
        <w:tabs>
          <w:tab w:val="decimal" w:pos="8280"/>
        </w:tabs>
        <w:rPr>
          <w:rFonts w:ascii="Book Antiqua" w:hAnsi="Book Antiqua"/>
          <w:lang w:val="es-ES"/>
        </w:rPr>
      </w:pPr>
      <w:r w:rsidRPr="00E47C79">
        <w:rPr>
          <w:rFonts w:ascii="Book Antiqua" w:hAnsi="Book Antiqua"/>
          <w:lang w:val="es-PR"/>
        </w:rPr>
        <w:t xml:space="preserve">250. Escuela Libre de Música Antonio Paoli, Inc.  </w:t>
      </w:r>
      <w:r w:rsidR="006864A6" w:rsidRPr="00E47C79">
        <w:rPr>
          <w:rFonts w:ascii="Book Antiqua" w:hAnsi="Book Antiqua"/>
          <w:lang w:val="es-PR"/>
        </w:rPr>
        <w:tab/>
      </w:r>
      <w:r w:rsidRPr="00E47C79">
        <w:rPr>
          <w:rFonts w:ascii="Book Antiqua" w:hAnsi="Book Antiqua"/>
          <w:lang w:val="es-ES"/>
        </w:rPr>
        <w:t xml:space="preserve">$8,000.00  </w:t>
      </w:r>
    </w:p>
    <w:p w14:paraId="00E41073" w14:textId="28406631"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251. Escuela Montessori San Cristóbal, </w:t>
      </w:r>
      <w:proofErr w:type="spellStart"/>
      <w:r w:rsidRPr="00E47C79">
        <w:rPr>
          <w:rFonts w:ascii="Book Antiqua" w:hAnsi="Book Antiqua"/>
          <w:lang w:val="es-ES"/>
        </w:rPr>
        <w:t>Inc</w:t>
      </w:r>
      <w:proofErr w:type="spellEnd"/>
      <w:r w:rsidRPr="00E47C79">
        <w:rPr>
          <w:rFonts w:ascii="Book Antiqua" w:hAnsi="Book Antiqua"/>
          <w:lang w:val="es-ES"/>
        </w:rPr>
        <w:t xml:space="preserve"> </w:t>
      </w:r>
      <w:r w:rsidR="006864A6" w:rsidRPr="00E47C79">
        <w:rPr>
          <w:rFonts w:ascii="Book Antiqua" w:hAnsi="Book Antiqua"/>
          <w:lang w:val="es-ES"/>
        </w:rPr>
        <w:tab/>
      </w:r>
      <w:r w:rsidRPr="00E47C79">
        <w:rPr>
          <w:rFonts w:ascii="Book Antiqua" w:hAnsi="Book Antiqua"/>
          <w:lang w:val="es-ES"/>
        </w:rPr>
        <w:t xml:space="preserve">$15,000.00  </w:t>
      </w:r>
    </w:p>
    <w:p w14:paraId="4857ACE5" w14:textId="2DED674A"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252. </w:t>
      </w:r>
      <w:proofErr w:type="spellStart"/>
      <w:r w:rsidRPr="00E47C79">
        <w:rPr>
          <w:rFonts w:ascii="Book Antiqua" w:hAnsi="Book Antiqua"/>
          <w:lang w:val="es-ES"/>
        </w:rPr>
        <w:t>Esenciart</w:t>
      </w:r>
      <w:proofErr w:type="spellEnd"/>
      <w:r w:rsidRPr="00E47C79">
        <w:rPr>
          <w:rFonts w:ascii="Book Antiqua" w:hAnsi="Book Antiqua"/>
          <w:lang w:val="es-ES"/>
        </w:rPr>
        <w:t xml:space="preserve"> Performance, Corp. </w:t>
      </w:r>
      <w:r w:rsidR="006864A6" w:rsidRPr="00E47C79">
        <w:rPr>
          <w:rFonts w:ascii="Book Antiqua" w:hAnsi="Book Antiqua"/>
          <w:lang w:val="es-ES"/>
        </w:rPr>
        <w:tab/>
      </w:r>
      <w:r w:rsidRPr="00E47C79">
        <w:rPr>
          <w:rFonts w:ascii="Book Antiqua" w:hAnsi="Book Antiqua"/>
          <w:lang w:val="es-ES"/>
        </w:rPr>
        <w:t xml:space="preserve">$15,000.00  </w:t>
      </w:r>
    </w:p>
    <w:p w14:paraId="6690B1F8" w14:textId="6E065707"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253. Esperanza para la Vejez, Inc.</w:t>
      </w:r>
      <w:r w:rsidR="006864A6" w:rsidRPr="00E47C79">
        <w:rPr>
          <w:rFonts w:ascii="Book Antiqua" w:hAnsi="Book Antiqua"/>
          <w:lang w:val="es-ES"/>
        </w:rPr>
        <w:tab/>
      </w:r>
      <w:r w:rsidRPr="00E47C79">
        <w:rPr>
          <w:rFonts w:ascii="Book Antiqua" w:hAnsi="Book Antiqua"/>
          <w:lang w:val="es-ES"/>
        </w:rPr>
        <w:t xml:space="preserve">$60,000.00  </w:t>
      </w:r>
    </w:p>
    <w:p w14:paraId="58086829" w14:textId="7CA35A57"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254. Estancia Corazón, Inc. </w:t>
      </w:r>
      <w:r w:rsidR="006864A6" w:rsidRPr="00E47C79">
        <w:rPr>
          <w:rFonts w:ascii="Book Antiqua" w:hAnsi="Book Antiqua"/>
          <w:lang w:val="es-ES"/>
        </w:rPr>
        <w:tab/>
      </w:r>
      <w:r w:rsidRPr="00E47C79">
        <w:rPr>
          <w:rFonts w:ascii="Book Antiqua" w:hAnsi="Book Antiqua"/>
          <w:lang w:val="es-ES"/>
        </w:rPr>
        <w:t xml:space="preserve">$8,000.00  </w:t>
      </w:r>
    </w:p>
    <w:p w14:paraId="5590CA67" w14:textId="691B8F04"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255. Estancia Serena, Inc. </w:t>
      </w:r>
      <w:r w:rsidR="006864A6" w:rsidRPr="00E47C79">
        <w:rPr>
          <w:rFonts w:ascii="Book Antiqua" w:hAnsi="Book Antiqua"/>
          <w:lang w:val="es-ES"/>
        </w:rPr>
        <w:tab/>
      </w:r>
      <w:r w:rsidRPr="00E47C79">
        <w:rPr>
          <w:rFonts w:ascii="Book Antiqua" w:hAnsi="Book Antiqua"/>
          <w:lang w:val="es-ES"/>
        </w:rPr>
        <w:t xml:space="preserve">$90,000.00  </w:t>
      </w:r>
    </w:p>
    <w:p w14:paraId="2EB1C5A2" w14:textId="1AA8DC21"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256. Esteriliza Tu Calle, Inc.</w:t>
      </w:r>
      <w:r w:rsidR="006864A6" w:rsidRPr="00E47C79">
        <w:rPr>
          <w:rFonts w:ascii="Book Antiqua" w:hAnsi="Book Antiqua"/>
          <w:lang w:val="es-ES"/>
        </w:rPr>
        <w:tab/>
      </w:r>
      <w:r w:rsidRPr="00E47C79">
        <w:rPr>
          <w:rFonts w:ascii="Book Antiqua" w:hAnsi="Book Antiqua"/>
          <w:lang w:val="es-ES"/>
        </w:rPr>
        <w:t xml:space="preserve">$5,000.00  </w:t>
      </w:r>
    </w:p>
    <w:p w14:paraId="74F7A71F" w14:textId="5B11AD0A" w:rsidR="00FB51A3" w:rsidRPr="00026520" w:rsidRDefault="00FB51A3" w:rsidP="007B793F">
      <w:pPr>
        <w:tabs>
          <w:tab w:val="decimal" w:pos="8280"/>
        </w:tabs>
        <w:rPr>
          <w:rFonts w:ascii="Book Antiqua" w:hAnsi="Book Antiqua"/>
          <w:lang w:val="es-ES"/>
        </w:rPr>
      </w:pPr>
      <w:r w:rsidRPr="00E47C79">
        <w:rPr>
          <w:rFonts w:ascii="Book Antiqua" w:hAnsi="Book Antiqua"/>
          <w:lang w:val="es-ES"/>
        </w:rPr>
        <w:t xml:space="preserve">257. Familias CAPACES Inc.  </w:t>
      </w:r>
      <w:r w:rsidR="006864A6" w:rsidRPr="00E47C79">
        <w:rPr>
          <w:rFonts w:ascii="Book Antiqua" w:hAnsi="Book Antiqua"/>
          <w:lang w:val="es-ES"/>
        </w:rPr>
        <w:tab/>
      </w:r>
      <w:r w:rsidRPr="00026520">
        <w:rPr>
          <w:rFonts w:ascii="Book Antiqua" w:hAnsi="Book Antiqua"/>
          <w:lang w:val="es-ES"/>
        </w:rPr>
        <w:t xml:space="preserve">$14,000.00  </w:t>
      </w:r>
    </w:p>
    <w:p w14:paraId="5BD35735" w14:textId="30BF122F" w:rsidR="00FB51A3" w:rsidRPr="00026520" w:rsidRDefault="00FB51A3" w:rsidP="007B793F">
      <w:pPr>
        <w:tabs>
          <w:tab w:val="decimal" w:pos="8280"/>
        </w:tabs>
        <w:rPr>
          <w:rFonts w:ascii="Book Antiqua" w:hAnsi="Book Antiqua"/>
          <w:lang w:val="es-ES"/>
        </w:rPr>
      </w:pPr>
      <w:r w:rsidRPr="00026520">
        <w:rPr>
          <w:rFonts w:ascii="Book Antiqua" w:hAnsi="Book Antiqua"/>
          <w:lang w:val="es-ES"/>
        </w:rPr>
        <w:t xml:space="preserve">258. FC Mayagüez </w:t>
      </w:r>
      <w:r w:rsidR="006864A6" w:rsidRPr="00026520">
        <w:rPr>
          <w:rFonts w:ascii="Book Antiqua" w:hAnsi="Book Antiqua"/>
          <w:lang w:val="es-ES"/>
        </w:rPr>
        <w:tab/>
      </w:r>
      <w:r w:rsidRPr="00026520">
        <w:rPr>
          <w:rFonts w:ascii="Book Antiqua" w:hAnsi="Book Antiqua"/>
          <w:lang w:val="es-ES"/>
        </w:rPr>
        <w:t xml:space="preserve">$3,000.00  </w:t>
      </w:r>
    </w:p>
    <w:p w14:paraId="55C56B56" w14:textId="5DBCBD71"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259. Federación Beisbol de Puerto </w:t>
      </w:r>
      <w:proofErr w:type="gramStart"/>
      <w:r w:rsidRPr="00E47C79">
        <w:rPr>
          <w:rFonts w:ascii="Book Antiqua" w:hAnsi="Book Antiqua"/>
          <w:lang w:val="es-PR"/>
        </w:rPr>
        <w:t xml:space="preserve">Rico  </w:t>
      </w:r>
      <w:r w:rsidR="006864A6" w:rsidRPr="00E47C79">
        <w:rPr>
          <w:rFonts w:ascii="Book Antiqua" w:hAnsi="Book Antiqua"/>
          <w:lang w:val="es-PR"/>
        </w:rPr>
        <w:tab/>
      </w:r>
      <w:proofErr w:type="gramEnd"/>
      <w:r w:rsidRPr="00E47C79">
        <w:rPr>
          <w:rFonts w:ascii="Book Antiqua" w:hAnsi="Book Antiqua"/>
          <w:lang w:val="es-PR"/>
        </w:rPr>
        <w:t>$</w:t>
      </w:r>
      <w:r w:rsidR="00E10572" w:rsidRPr="00E47C79">
        <w:rPr>
          <w:rFonts w:ascii="Book Antiqua" w:hAnsi="Book Antiqua"/>
          <w:lang w:val="es-PR"/>
        </w:rPr>
        <w:t>7</w:t>
      </w:r>
      <w:r w:rsidRPr="00E47C79">
        <w:rPr>
          <w:rFonts w:ascii="Book Antiqua" w:hAnsi="Book Antiqua"/>
          <w:lang w:val="es-PR"/>
        </w:rPr>
        <w:t xml:space="preserve">5,000.00  </w:t>
      </w:r>
    </w:p>
    <w:p w14:paraId="11B3AF57" w14:textId="74202CC8"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260. Federación de </w:t>
      </w:r>
      <w:proofErr w:type="gramStart"/>
      <w:r w:rsidRPr="00E47C79">
        <w:rPr>
          <w:rFonts w:ascii="Book Antiqua" w:hAnsi="Book Antiqua"/>
          <w:lang w:val="es-ES"/>
        </w:rPr>
        <w:t>Alcaldes</w:t>
      </w:r>
      <w:proofErr w:type="gramEnd"/>
      <w:r w:rsidRPr="00E47C79">
        <w:rPr>
          <w:rFonts w:ascii="Book Antiqua" w:hAnsi="Book Antiqua"/>
          <w:lang w:val="es-ES"/>
        </w:rPr>
        <w:t xml:space="preserve"> de PR, Inc. </w:t>
      </w:r>
      <w:r w:rsidR="006864A6" w:rsidRPr="00E47C79">
        <w:rPr>
          <w:rFonts w:ascii="Book Antiqua" w:hAnsi="Book Antiqua"/>
          <w:lang w:val="es-ES"/>
        </w:rPr>
        <w:tab/>
      </w:r>
      <w:r w:rsidRPr="00E47C79">
        <w:rPr>
          <w:rFonts w:ascii="Book Antiqua" w:hAnsi="Book Antiqua"/>
          <w:lang w:val="es-ES"/>
        </w:rPr>
        <w:t xml:space="preserve">$100,000.00  </w:t>
      </w:r>
    </w:p>
    <w:p w14:paraId="355A6211" w14:textId="1162D82A"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261. Federación de Baloncesto de Puerto Rico, Inc. </w:t>
      </w:r>
      <w:r w:rsidR="006864A6" w:rsidRPr="00E47C79">
        <w:rPr>
          <w:rFonts w:ascii="Book Antiqua" w:hAnsi="Book Antiqua"/>
          <w:lang w:val="es-ES"/>
        </w:rPr>
        <w:tab/>
      </w:r>
      <w:r w:rsidRPr="00E47C79">
        <w:rPr>
          <w:rFonts w:ascii="Book Antiqua" w:hAnsi="Book Antiqua"/>
          <w:lang w:val="es-ES"/>
        </w:rPr>
        <w:t xml:space="preserve"> $60,000.00  </w:t>
      </w:r>
    </w:p>
    <w:p w14:paraId="6770E843" w14:textId="180B7F21"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262. Federación de Dominó de Puerto Rico </w:t>
      </w:r>
      <w:r w:rsidR="006864A6" w:rsidRPr="00E47C79">
        <w:rPr>
          <w:rFonts w:ascii="Book Antiqua" w:hAnsi="Book Antiqua"/>
          <w:lang w:val="es-ES"/>
        </w:rPr>
        <w:tab/>
      </w:r>
      <w:r w:rsidRPr="00E47C79">
        <w:rPr>
          <w:rFonts w:ascii="Book Antiqua" w:hAnsi="Book Antiqua"/>
          <w:lang w:val="es-ES"/>
        </w:rPr>
        <w:t xml:space="preserve"> $5,000.00  </w:t>
      </w:r>
    </w:p>
    <w:p w14:paraId="718B341E" w14:textId="0C18CD7D"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263. Federación de Levantamiento de Pesas de PR </w:t>
      </w:r>
      <w:r w:rsidR="006864A6" w:rsidRPr="00E47C79">
        <w:rPr>
          <w:rFonts w:ascii="Book Antiqua" w:hAnsi="Book Antiqua"/>
          <w:lang w:val="es-PR"/>
        </w:rPr>
        <w:tab/>
      </w:r>
      <w:r w:rsidRPr="00E47C79">
        <w:rPr>
          <w:rFonts w:ascii="Book Antiqua" w:hAnsi="Book Antiqua"/>
          <w:lang w:val="es-PR"/>
        </w:rPr>
        <w:t xml:space="preserve"> $10,000.00  </w:t>
      </w:r>
    </w:p>
    <w:p w14:paraId="045B64AE" w14:textId="618083FB"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264. Federación de Motociclismo de Puerto Rico </w:t>
      </w:r>
      <w:proofErr w:type="spellStart"/>
      <w:r w:rsidRPr="00E47C79">
        <w:rPr>
          <w:rFonts w:ascii="Book Antiqua" w:hAnsi="Book Antiqua"/>
          <w:lang w:val="es-PR"/>
        </w:rPr>
        <w:t>Inc</w:t>
      </w:r>
      <w:proofErr w:type="spellEnd"/>
      <w:r w:rsidRPr="00E47C79">
        <w:rPr>
          <w:rFonts w:ascii="Book Antiqua" w:hAnsi="Book Antiqua"/>
          <w:lang w:val="es-PR"/>
        </w:rPr>
        <w:t xml:space="preserve"> </w:t>
      </w:r>
      <w:r w:rsidR="006864A6" w:rsidRPr="00E47C79">
        <w:rPr>
          <w:rFonts w:ascii="Book Antiqua" w:hAnsi="Book Antiqua"/>
          <w:lang w:val="es-PR"/>
        </w:rPr>
        <w:tab/>
      </w:r>
      <w:r w:rsidRPr="00E47C79">
        <w:rPr>
          <w:rFonts w:ascii="Book Antiqua" w:hAnsi="Book Antiqua"/>
          <w:lang w:val="es-PR"/>
        </w:rPr>
        <w:t xml:space="preserve">$3,000.00  </w:t>
      </w:r>
    </w:p>
    <w:p w14:paraId="41320B67" w14:textId="27B03693"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265. Federación de Para Natación de Puerto Rico </w:t>
      </w:r>
      <w:r w:rsidR="006864A6" w:rsidRPr="00E47C79">
        <w:rPr>
          <w:rFonts w:ascii="Book Antiqua" w:hAnsi="Book Antiqua"/>
          <w:lang w:val="es-ES"/>
        </w:rPr>
        <w:tab/>
      </w:r>
      <w:r w:rsidRPr="00E47C79">
        <w:rPr>
          <w:rFonts w:ascii="Book Antiqua" w:hAnsi="Book Antiqua"/>
          <w:lang w:val="es-ES"/>
        </w:rPr>
        <w:t xml:space="preserve">$10,000.00  </w:t>
      </w:r>
    </w:p>
    <w:p w14:paraId="37EC3DFE" w14:textId="2E2A71E8"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266. Federación de Para-Atletismo de Puerto </w:t>
      </w:r>
      <w:proofErr w:type="gramStart"/>
      <w:r w:rsidRPr="00E47C79">
        <w:rPr>
          <w:rFonts w:ascii="Book Antiqua" w:hAnsi="Book Antiqua"/>
          <w:lang w:val="es-PR"/>
        </w:rPr>
        <w:t xml:space="preserve">Rico  </w:t>
      </w:r>
      <w:r w:rsidR="006864A6" w:rsidRPr="00E47C79">
        <w:rPr>
          <w:rFonts w:ascii="Book Antiqua" w:hAnsi="Book Antiqua"/>
          <w:lang w:val="es-PR"/>
        </w:rPr>
        <w:tab/>
      </w:r>
      <w:proofErr w:type="gramEnd"/>
      <w:r w:rsidRPr="00E47C79">
        <w:rPr>
          <w:rFonts w:ascii="Book Antiqua" w:hAnsi="Book Antiqua"/>
          <w:lang w:val="es-PR"/>
        </w:rPr>
        <w:t xml:space="preserve">$10,000.00  </w:t>
      </w:r>
    </w:p>
    <w:p w14:paraId="7D130F5D" w14:textId="2D609637"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267. Federación de Tiro de Armas Cortas y Rifles de Puerto </w:t>
      </w:r>
      <w:proofErr w:type="gramStart"/>
      <w:r w:rsidRPr="00E47C79">
        <w:rPr>
          <w:rFonts w:ascii="Book Antiqua" w:hAnsi="Book Antiqua"/>
          <w:lang w:val="es-PR"/>
        </w:rPr>
        <w:t xml:space="preserve">Rico  </w:t>
      </w:r>
      <w:r w:rsidR="006864A6" w:rsidRPr="00E47C79">
        <w:rPr>
          <w:rFonts w:ascii="Book Antiqua" w:hAnsi="Book Antiqua"/>
          <w:lang w:val="es-PR"/>
        </w:rPr>
        <w:tab/>
      </w:r>
      <w:proofErr w:type="gramEnd"/>
      <w:r w:rsidRPr="00E47C79">
        <w:rPr>
          <w:rFonts w:ascii="Book Antiqua" w:hAnsi="Book Antiqua"/>
          <w:lang w:val="es-PR"/>
        </w:rPr>
        <w:t xml:space="preserve">$10,000.00  </w:t>
      </w:r>
    </w:p>
    <w:p w14:paraId="5F4157AC" w14:textId="6D6F9A03"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lastRenderedPageBreak/>
        <w:t xml:space="preserve">268. Federación Nacional de Baloncesto en Silla de Ruedas </w:t>
      </w:r>
      <w:proofErr w:type="gramStart"/>
      <w:r w:rsidRPr="00E47C79">
        <w:rPr>
          <w:rFonts w:ascii="Book Antiqua" w:hAnsi="Book Antiqua"/>
          <w:lang w:val="es-PR"/>
        </w:rPr>
        <w:t xml:space="preserve">PR  </w:t>
      </w:r>
      <w:r w:rsidR="006864A6" w:rsidRPr="00E47C79">
        <w:rPr>
          <w:rFonts w:ascii="Book Antiqua" w:hAnsi="Book Antiqua"/>
          <w:lang w:val="es-PR"/>
        </w:rPr>
        <w:tab/>
      </w:r>
      <w:proofErr w:type="gramEnd"/>
      <w:r w:rsidRPr="00E47C79">
        <w:rPr>
          <w:rFonts w:ascii="Book Antiqua" w:hAnsi="Book Antiqua"/>
          <w:lang w:val="es-PR"/>
        </w:rPr>
        <w:t xml:space="preserve">$75,000.00  </w:t>
      </w:r>
    </w:p>
    <w:p w14:paraId="68CD491C" w14:textId="6D7463B7"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269. Federación Puertorriqueña de Deportes Ecuestres </w:t>
      </w:r>
      <w:r w:rsidR="006864A6" w:rsidRPr="00E47C79">
        <w:rPr>
          <w:rFonts w:ascii="Book Antiqua" w:hAnsi="Book Antiqua"/>
          <w:lang w:val="es-ES"/>
        </w:rPr>
        <w:tab/>
      </w:r>
      <w:r w:rsidRPr="00E47C79">
        <w:rPr>
          <w:rFonts w:ascii="Book Antiqua" w:hAnsi="Book Antiqua"/>
          <w:lang w:val="es-ES"/>
        </w:rPr>
        <w:t xml:space="preserve"> $25,000.00  </w:t>
      </w:r>
    </w:p>
    <w:p w14:paraId="267A9908" w14:textId="252262C9"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270. Federación Puertorriqueña de Deportistas </w:t>
      </w:r>
      <w:proofErr w:type="gramStart"/>
      <w:r w:rsidRPr="00E47C79">
        <w:rPr>
          <w:rFonts w:ascii="Book Antiqua" w:hAnsi="Book Antiqua"/>
          <w:lang w:val="es-PR"/>
        </w:rPr>
        <w:t xml:space="preserve">Ciegos  </w:t>
      </w:r>
      <w:r w:rsidR="006864A6" w:rsidRPr="00E47C79">
        <w:rPr>
          <w:rFonts w:ascii="Book Antiqua" w:hAnsi="Book Antiqua"/>
          <w:lang w:val="es-PR"/>
        </w:rPr>
        <w:tab/>
      </w:r>
      <w:proofErr w:type="gramEnd"/>
      <w:r w:rsidRPr="00E47C79">
        <w:rPr>
          <w:rFonts w:ascii="Book Antiqua" w:hAnsi="Book Antiqua"/>
          <w:lang w:val="es-PR"/>
        </w:rPr>
        <w:t xml:space="preserve">$25,000.00  </w:t>
      </w:r>
    </w:p>
    <w:p w14:paraId="484D83EC" w14:textId="333483E0" w:rsidR="00FB51A3" w:rsidRPr="00026520" w:rsidRDefault="00FB51A3" w:rsidP="007B793F">
      <w:pPr>
        <w:tabs>
          <w:tab w:val="decimal" w:pos="8280"/>
        </w:tabs>
        <w:rPr>
          <w:rFonts w:ascii="Book Antiqua" w:hAnsi="Book Antiqua"/>
          <w:lang w:val="es-ES"/>
        </w:rPr>
      </w:pPr>
      <w:r w:rsidRPr="00E47C79">
        <w:rPr>
          <w:rFonts w:ascii="Book Antiqua" w:hAnsi="Book Antiqua"/>
          <w:lang w:val="es-PR"/>
        </w:rPr>
        <w:t xml:space="preserve">271. Federación Puertorriqueña de Voleibol, Inc.  </w:t>
      </w:r>
      <w:r w:rsidR="006864A6" w:rsidRPr="00E47C79">
        <w:rPr>
          <w:rFonts w:ascii="Book Antiqua" w:hAnsi="Book Antiqua"/>
          <w:lang w:val="es-PR"/>
        </w:rPr>
        <w:tab/>
      </w:r>
      <w:r w:rsidRPr="00026520">
        <w:rPr>
          <w:rFonts w:ascii="Book Antiqua" w:hAnsi="Book Antiqua"/>
          <w:lang w:val="es-ES"/>
        </w:rPr>
        <w:t xml:space="preserve">$40,000.00  </w:t>
      </w:r>
    </w:p>
    <w:p w14:paraId="60CAE187" w14:textId="00B3ED77" w:rsidR="00FB51A3" w:rsidRPr="00026520" w:rsidRDefault="00FB51A3" w:rsidP="007B793F">
      <w:pPr>
        <w:tabs>
          <w:tab w:val="decimal" w:pos="8280"/>
        </w:tabs>
        <w:rPr>
          <w:rFonts w:ascii="Book Antiqua" w:hAnsi="Book Antiqua"/>
          <w:lang w:val="es-ES"/>
        </w:rPr>
      </w:pPr>
      <w:r w:rsidRPr="00026520">
        <w:rPr>
          <w:rFonts w:ascii="Book Antiqua" w:hAnsi="Book Antiqua"/>
          <w:lang w:val="es-ES"/>
        </w:rPr>
        <w:t xml:space="preserve">272. FEMBPUR Corp. </w:t>
      </w:r>
      <w:r w:rsidR="006864A6" w:rsidRPr="00026520">
        <w:rPr>
          <w:rFonts w:ascii="Book Antiqua" w:hAnsi="Book Antiqua"/>
          <w:lang w:val="es-ES"/>
        </w:rPr>
        <w:tab/>
      </w:r>
      <w:r w:rsidRPr="00026520">
        <w:rPr>
          <w:rFonts w:ascii="Book Antiqua" w:hAnsi="Book Antiqua"/>
          <w:lang w:val="es-ES"/>
        </w:rPr>
        <w:t xml:space="preserve"> $19,750.00  </w:t>
      </w:r>
    </w:p>
    <w:p w14:paraId="623AEE5A" w14:textId="11A98D7B"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273. Festival Internacional de Poesía en Puerto </w:t>
      </w:r>
      <w:proofErr w:type="gramStart"/>
      <w:r w:rsidRPr="00E47C79">
        <w:rPr>
          <w:rFonts w:ascii="Book Antiqua" w:hAnsi="Book Antiqua"/>
          <w:lang w:val="es-PR"/>
        </w:rPr>
        <w:t xml:space="preserve">Rico  </w:t>
      </w:r>
      <w:r w:rsidR="006864A6" w:rsidRPr="00E47C79">
        <w:rPr>
          <w:rFonts w:ascii="Book Antiqua" w:hAnsi="Book Antiqua"/>
          <w:lang w:val="es-PR"/>
        </w:rPr>
        <w:tab/>
      </w:r>
      <w:proofErr w:type="gramEnd"/>
      <w:r w:rsidRPr="00E47C79">
        <w:rPr>
          <w:rFonts w:ascii="Book Antiqua" w:hAnsi="Book Antiqua"/>
          <w:lang w:val="es-PR"/>
        </w:rPr>
        <w:t xml:space="preserve">$3,000.00  </w:t>
      </w:r>
    </w:p>
    <w:p w14:paraId="09D6EBA2" w14:textId="30A55159"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274. Fideicomiso de Ballet de San Juan </w:t>
      </w:r>
      <w:r w:rsidR="006864A6" w:rsidRPr="00E47C79">
        <w:rPr>
          <w:rFonts w:ascii="Book Antiqua" w:hAnsi="Book Antiqua"/>
          <w:lang w:val="es-ES"/>
        </w:rPr>
        <w:tab/>
      </w:r>
      <w:r w:rsidRPr="00E47C79">
        <w:rPr>
          <w:rFonts w:ascii="Book Antiqua" w:hAnsi="Book Antiqua"/>
          <w:lang w:val="es-ES"/>
        </w:rPr>
        <w:t xml:space="preserve"> $60,000.00  </w:t>
      </w:r>
    </w:p>
    <w:p w14:paraId="151A5FC6" w14:textId="512E8202" w:rsidR="00FB51A3" w:rsidRPr="00684E5B" w:rsidRDefault="00FB51A3" w:rsidP="007B793F">
      <w:pPr>
        <w:tabs>
          <w:tab w:val="decimal" w:pos="8280"/>
        </w:tabs>
        <w:rPr>
          <w:rFonts w:ascii="Book Antiqua" w:hAnsi="Book Antiqua"/>
        </w:rPr>
      </w:pPr>
      <w:r w:rsidRPr="00E47C79">
        <w:rPr>
          <w:rFonts w:ascii="Book Antiqua" w:hAnsi="Book Antiqua"/>
          <w:lang w:val="es-ES"/>
        </w:rPr>
        <w:t xml:space="preserve">275. Finca Mis Dos Abuelos, Corp. </w:t>
      </w:r>
      <w:r w:rsidR="006864A6" w:rsidRPr="00E47C79">
        <w:rPr>
          <w:rFonts w:ascii="Book Antiqua" w:hAnsi="Book Antiqua"/>
          <w:lang w:val="es-ES"/>
        </w:rPr>
        <w:tab/>
      </w:r>
      <w:r w:rsidRPr="00E47C79">
        <w:rPr>
          <w:rFonts w:ascii="Book Antiqua" w:hAnsi="Book Antiqua"/>
          <w:lang w:val="es-ES"/>
        </w:rPr>
        <w:t xml:space="preserve"> </w:t>
      </w:r>
      <w:r w:rsidRPr="00684E5B">
        <w:rPr>
          <w:rFonts w:ascii="Book Antiqua" w:hAnsi="Book Antiqua"/>
        </w:rPr>
        <w:t xml:space="preserve">$5,000.00  </w:t>
      </w:r>
    </w:p>
    <w:p w14:paraId="2FD8F211" w14:textId="003E718B" w:rsidR="00FB51A3" w:rsidRPr="00E47C79" w:rsidRDefault="00FB51A3" w:rsidP="007B793F">
      <w:pPr>
        <w:tabs>
          <w:tab w:val="decimal" w:pos="8280"/>
        </w:tabs>
        <w:rPr>
          <w:rFonts w:ascii="Book Antiqua" w:hAnsi="Book Antiqua"/>
          <w:lang w:val="es-ES"/>
        </w:rPr>
      </w:pPr>
      <w:r w:rsidRPr="00684E5B">
        <w:rPr>
          <w:rFonts w:ascii="Book Antiqua" w:hAnsi="Book Antiqua"/>
        </w:rPr>
        <w:t xml:space="preserve">276. First Response Emergency Medical Services, Inc. </w:t>
      </w:r>
      <w:r w:rsidR="006864A6" w:rsidRPr="00684E5B">
        <w:rPr>
          <w:rFonts w:ascii="Book Antiqua" w:hAnsi="Book Antiqua"/>
        </w:rPr>
        <w:tab/>
      </w:r>
      <w:r w:rsidRPr="00684E5B">
        <w:rPr>
          <w:rFonts w:ascii="Book Antiqua" w:hAnsi="Book Antiqua"/>
        </w:rPr>
        <w:t xml:space="preserve"> </w:t>
      </w:r>
      <w:r w:rsidRPr="00E47C79">
        <w:rPr>
          <w:rFonts w:ascii="Book Antiqua" w:hAnsi="Book Antiqua"/>
          <w:lang w:val="es-ES"/>
        </w:rPr>
        <w:t xml:space="preserve">$40,000.00  </w:t>
      </w:r>
    </w:p>
    <w:p w14:paraId="30CB466D" w14:textId="76967F04"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277. Folklore Nacional de PR </w:t>
      </w:r>
      <w:r w:rsidR="006864A6" w:rsidRPr="00E47C79">
        <w:rPr>
          <w:rFonts w:ascii="Book Antiqua" w:hAnsi="Book Antiqua"/>
          <w:lang w:val="es-ES"/>
        </w:rPr>
        <w:tab/>
      </w:r>
      <w:r w:rsidRPr="00E47C79">
        <w:rPr>
          <w:rFonts w:ascii="Book Antiqua" w:hAnsi="Book Antiqua"/>
          <w:lang w:val="es-ES"/>
        </w:rPr>
        <w:t xml:space="preserve"> $3,000.00  </w:t>
      </w:r>
    </w:p>
    <w:p w14:paraId="01598BAF" w14:textId="0693AC07"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278. </w:t>
      </w:r>
      <w:proofErr w:type="spellStart"/>
      <w:r w:rsidRPr="00E47C79">
        <w:rPr>
          <w:rFonts w:ascii="Book Antiqua" w:hAnsi="Book Antiqua"/>
          <w:lang w:val="es-ES"/>
        </w:rPr>
        <w:t>Fojando</w:t>
      </w:r>
      <w:proofErr w:type="spellEnd"/>
      <w:r w:rsidRPr="00E47C79">
        <w:rPr>
          <w:rFonts w:ascii="Book Antiqua" w:hAnsi="Book Antiqua"/>
          <w:lang w:val="es-ES"/>
        </w:rPr>
        <w:t xml:space="preserve"> Un Nuevo </w:t>
      </w:r>
      <w:proofErr w:type="gramStart"/>
      <w:r w:rsidRPr="00E47C79">
        <w:rPr>
          <w:rFonts w:ascii="Book Antiqua" w:hAnsi="Book Antiqua"/>
          <w:lang w:val="es-ES"/>
        </w:rPr>
        <w:t xml:space="preserve">Comienzo  </w:t>
      </w:r>
      <w:r w:rsidR="006864A6" w:rsidRPr="00E47C79">
        <w:rPr>
          <w:rFonts w:ascii="Book Antiqua" w:hAnsi="Book Antiqua"/>
          <w:lang w:val="es-ES"/>
        </w:rPr>
        <w:tab/>
      </w:r>
      <w:proofErr w:type="gramEnd"/>
      <w:r w:rsidRPr="00E47C79">
        <w:rPr>
          <w:rFonts w:ascii="Book Antiqua" w:hAnsi="Book Antiqua"/>
          <w:lang w:val="es-ES"/>
        </w:rPr>
        <w:t xml:space="preserve">$60,000.00  </w:t>
      </w:r>
    </w:p>
    <w:p w14:paraId="63506202" w14:textId="7C8EA817" w:rsidR="00FB51A3" w:rsidRPr="00026520" w:rsidRDefault="00FB51A3" w:rsidP="007B793F">
      <w:pPr>
        <w:tabs>
          <w:tab w:val="decimal" w:pos="8280"/>
        </w:tabs>
        <w:rPr>
          <w:rFonts w:ascii="Book Antiqua" w:hAnsi="Book Antiqua"/>
        </w:rPr>
      </w:pPr>
      <w:r w:rsidRPr="00026520">
        <w:rPr>
          <w:rFonts w:ascii="Book Antiqua" w:hAnsi="Book Antiqua"/>
        </w:rPr>
        <w:t xml:space="preserve">279. Friends of Puerto Rico </w:t>
      </w:r>
      <w:r w:rsidR="006864A6" w:rsidRPr="00026520">
        <w:rPr>
          <w:rFonts w:ascii="Book Antiqua" w:hAnsi="Book Antiqua"/>
        </w:rPr>
        <w:tab/>
      </w:r>
      <w:r w:rsidRPr="00026520">
        <w:rPr>
          <w:rFonts w:ascii="Book Antiqua" w:hAnsi="Book Antiqua"/>
        </w:rPr>
        <w:t xml:space="preserve">$20,000.00  </w:t>
      </w:r>
    </w:p>
    <w:p w14:paraId="1DCCD1BA" w14:textId="07D372C5" w:rsidR="00FB51A3" w:rsidRPr="00E47C79" w:rsidRDefault="00FB51A3" w:rsidP="007B793F">
      <w:pPr>
        <w:tabs>
          <w:tab w:val="decimal" w:pos="8280"/>
        </w:tabs>
        <w:rPr>
          <w:rFonts w:ascii="Book Antiqua" w:hAnsi="Book Antiqua"/>
          <w:lang w:val="es-ES"/>
        </w:rPr>
      </w:pPr>
      <w:r w:rsidRPr="00E47C79">
        <w:rPr>
          <w:rFonts w:ascii="Book Antiqua" w:hAnsi="Book Antiqua"/>
        </w:rPr>
        <w:t xml:space="preserve">280. Fund Amyotrophic Lateral Sclerosis de PR (ALS) Inc.  </w:t>
      </w:r>
      <w:r w:rsidR="006864A6" w:rsidRPr="00E47C79">
        <w:rPr>
          <w:rFonts w:ascii="Book Antiqua" w:hAnsi="Book Antiqua"/>
        </w:rPr>
        <w:tab/>
      </w:r>
      <w:r w:rsidRPr="00E47C79">
        <w:rPr>
          <w:rFonts w:ascii="Book Antiqua" w:hAnsi="Book Antiqua"/>
          <w:lang w:val="es-ES"/>
        </w:rPr>
        <w:t xml:space="preserve">$10,000.00  </w:t>
      </w:r>
    </w:p>
    <w:p w14:paraId="55969A32" w14:textId="0B743565" w:rsidR="00FB51A3" w:rsidRPr="00026520" w:rsidRDefault="00FB51A3" w:rsidP="007B793F">
      <w:pPr>
        <w:tabs>
          <w:tab w:val="decimal" w:pos="8280"/>
        </w:tabs>
        <w:rPr>
          <w:rFonts w:ascii="Book Antiqua" w:hAnsi="Book Antiqua"/>
          <w:lang w:val="es-ES"/>
        </w:rPr>
      </w:pPr>
      <w:r w:rsidRPr="00E47C79">
        <w:rPr>
          <w:rFonts w:ascii="Book Antiqua" w:hAnsi="Book Antiqua"/>
          <w:lang w:val="es-ES"/>
        </w:rPr>
        <w:t xml:space="preserve">281. Fundación Alas a la Mujer, Inc. </w:t>
      </w:r>
      <w:r w:rsidR="006864A6" w:rsidRPr="00E47C79">
        <w:rPr>
          <w:rFonts w:ascii="Book Antiqua" w:hAnsi="Book Antiqua"/>
          <w:lang w:val="es-ES"/>
        </w:rPr>
        <w:tab/>
      </w:r>
      <w:r w:rsidRPr="00026520">
        <w:rPr>
          <w:rFonts w:ascii="Book Antiqua" w:hAnsi="Book Antiqua"/>
          <w:lang w:val="es-ES"/>
        </w:rPr>
        <w:t xml:space="preserve">$60,000.00  </w:t>
      </w:r>
    </w:p>
    <w:p w14:paraId="0DA650E6" w14:textId="04312D33"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282. Fundación A-MAR para niños </w:t>
      </w:r>
      <w:proofErr w:type="gramStart"/>
      <w:r w:rsidRPr="00E47C79">
        <w:rPr>
          <w:rFonts w:ascii="Book Antiqua" w:hAnsi="Book Antiqua"/>
          <w:lang w:val="es-PR"/>
        </w:rPr>
        <w:t xml:space="preserve">quemados  </w:t>
      </w:r>
      <w:r w:rsidR="006864A6" w:rsidRPr="00E47C79">
        <w:rPr>
          <w:rFonts w:ascii="Book Antiqua" w:hAnsi="Book Antiqua"/>
          <w:lang w:val="es-PR"/>
        </w:rPr>
        <w:tab/>
      </w:r>
      <w:proofErr w:type="gramEnd"/>
      <w:r w:rsidRPr="00E47C79">
        <w:rPr>
          <w:rFonts w:ascii="Book Antiqua" w:hAnsi="Book Antiqua"/>
          <w:lang w:val="es-PR"/>
        </w:rPr>
        <w:t xml:space="preserve">$80,000.00  </w:t>
      </w:r>
    </w:p>
    <w:p w14:paraId="407A4E23" w14:textId="236D187E"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283. Fundación Antonio J Fas Alzamora</w:t>
      </w:r>
      <w:r w:rsidR="006864A6" w:rsidRPr="00E47C79">
        <w:rPr>
          <w:rFonts w:ascii="Book Antiqua" w:hAnsi="Book Antiqua"/>
          <w:lang w:val="es-PR"/>
        </w:rPr>
        <w:tab/>
      </w:r>
      <w:r w:rsidRPr="00E47C79">
        <w:rPr>
          <w:rFonts w:ascii="Book Antiqua" w:hAnsi="Book Antiqua"/>
          <w:lang w:val="es-PR"/>
        </w:rPr>
        <w:t xml:space="preserve"> $50,000.00  </w:t>
      </w:r>
    </w:p>
    <w:p w14:paraId="2F14729A" w14:textId="4DECB0A5"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284. Fundación Atención </w:t>
      </w:r>
      <w:proofErr w:type="spellStart"/>
      <w:proofErr w:type="gramStart"/>
      <w:r w:rsidRPr="00E47C79">
        <w:rPr>
          <w:rFonts w:ascii="Book Antiqua" w:hAnsi="Book Antiqua"/>
          <w:lang w:val="es-PR"/>
        </w:rPr>
        <w:t>Atención</w:t>
      </w:r>
      <w:proofErr w:type="spellEnd"/>
      <w:r w:rsidRPr="00E47C79">
        <w:rPr>
          <w:rFonts w:ascii="Book Antiqua" w:hAnsi="Book Antiqua"/>
          <w:lang w:val="es-PR"/>
        </w:rPr>
        <w:t xml:space="preserve">  </w:t>
      </w:r>
      <w:r w:rsidR="006864A6" w:rsidRPr="00E47C79">
        <w:rPr>
          <w:rFonts w:ascii="Book Antiqua" w:hAnsi="Book Antiqua"/>
          <w:lang w:val="es-PR"/>
        </w:rPr>
        <w:tab/>
      </w:r>
      <w:proofErr w:type="gramEnd"/>
      <w:r w:rsidRPr="00E47C79">
        <w:rPr>
          <w:rFonts w:ascii="Book Antiqua" w:hAnsi="Book Antiqua"/>
          <w:lang w:val="es-PR"/>
        </w:rPr>
        <w:t>$1</w:t>
      </w:r>
      <w:r w:rsidR="001D3CC1" w:rsidRPr="00E47C79">
        <w:rPr>
          <w:rFonts w:ascii="Book Antiqua" w:hAnsi="Book Antiqua"/>
          <w:lang w:val="es-PR"/>
        </w:rPr>
        <w:t>5</w:t>
      </w:r>
      <w:r w:rsidRPr="00E47C79">
        <w:rPr>
          <w:rFonts w:ascii="Book Antiqua" w:hAnsi="Book Antiqua"/>
          <w:lang w:val="es-PR"/>
        </w:rPr>
        <w:t xml:space="preserve">,000.00  </w:t>
      </w:r>
    </w:p>
    <w:p w14:paraId="3E7D4846" w14:textId="6C54BC28"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285. Fundación </w:t>
      </w:r>
      <w:proofErr w:type="spellStart"/>
      <w:r w:rsidRPr="00E47C79">
        <w:rPr>
          <w:rFonts w:ascii="Book Antiqua" w:hAnsi="Book Antiqua"/>
          <w:lang w:val="es-PR"/>
        </w:rPr>
        <w:t>Azriel</w:t>
      </w:r>
      <w:proofErr w:type="spellEnd"/>
      <w:r w:rsidRPr="00E47C79">
        <w:rPr>
          <w:rFonts w:ascii="Book Antiqua" w:hAnsi="Book Antiqua"/>
          <w:lang w:val="es-PR"/>
        </w:rPr>
        <w:t xml:space="preserve">– </w:t>
      </w:r>
      <w:r w:rsidR="006864A6" w:rsidRPr="00E47C79">
        <w:rPr>
          <w:rFonts w:ascii="Book Antiqua" w:hAnsi="Book Antiqua"/>
          <w:lang w:val="es-PR"/>
        </w:rPr>
        <w:tab/>
      </w:r>
      <w:r w:rsidRPr="00E47C79">
        <w:rPr>
          <w:rFonts w:ascii="Book Antiqua" w:hAnsi="Book Antiqua"/>
          <w:lang w:val="es-PR"/>
        </w:rPr>
        <w:t xml:space="preserve">$127,000.00  </w:t>
      </w:r>
    </w:p>
    <w:p w14:paraId="674A8676" w14:textId="3AC58244"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286. Fundación Biblioteca Rafael Hernández </w:t>
      </w:r>
      <w:proofErr w:type="gramStart"/>
      <w:r w:rsidRPr="00E47C79">
        <w:rPr>
          <w:rFonts w:ascii="Book Antiqua" w:hAnsi="Book Antiqua"/>
          <w:lang w:val="es-PR"/>
        </w:rPr>
        <w:t>Col</w:t>
      </w:r>
      <w:r w:rsidR="00E84FEC" w:rsidRPr="00E47C79">
        <w:rPr>
          <w:rFonts w:ascii="Book Antiqua" w:hAnsi="Book Antiqua"/>
          <w:lang w:val="es-PR"/>
        </w:rPr>
        <w:t>ó</w:t>
      </w:r>
      <w:r w:rsidRPr="00E47C79">
        <w:rPr>
          <w:rFonts w:ascii="Book Antiqua" w:hAnsi="Book Antiqua"/>
          <w:lang w:val="es-PR"/>
        </w:rPr>
        <w:t xml:space="preserve">n  </w:t>
      </w:r>
      <w:r w:rsidR="006864A6" w:rsidRPr="00E47C79">
        <w:rPr>
          <w:rFonts w:ascii="Book Antiqua" w:hAnsi="Book Antiqua"/>
          <w:lang w:val="es-PR"/>
        </w:rPr>
        <w:tab/>
      </w:r>
      <w:proofErr w:type="gramEnd"/>
      <w:r w:rsidRPr="00E47C79">
        <w:rPr>
          <w:rFonts w:ascii="Book Antiqua" w:hAnsi="Book Antiqua"/>
          <w:lang w:val="es-PR"/>
        </w:rPr>
        <w:t xml:space="preserve">$25,000.00  </w:t>
      </w:r>
    </w:p>
    <w:p w14:paraId="31153F53" w14:textId="21E93923"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287. Fundación Cabecitas de Algodón Inc. </w:t>
      </w:r>
      <w:r w:rsidR="006864A6" w:rsidRPr="00E47C79">
        <w:rPr>
          <w:rFonts w:ascii="Book Antiqua" w:hAnsi="Book Antiqua"/>
          <w:lang w:val="es-ES"/>
        </w:rPr>
        <w:tab/>
      </w:r>
      <w:r w:rsidRPr="00E47C79">
        <w:rPr>
          <w:rFonts w:ascii="Book Antiqua" w:hAnsi="Book Antiqua"/>
          <w:lang w:val="es-ES"/>
        </w:rPr>
        <w:t xml:space="preserve"> $3,000.00  </w:t>
      </w:r>
    </w:p>
    <w:p w14:paraId="172B208E" w14:textId="70C633D3"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288. Fundación Caná de Puerto Rico, Inc.</w:t>
      </w:r>
      <w:r w:rsidR="006864A6" w:rsidRPr="00E47C79">
        <w:rPr>
          <w:rFonts w:ascii="Book Antiqua" w:hAnsi="Book Antiqua"/>
          <w:lang w:val="es-PR"/>
        </w:rPr>
        <w:tab/>
      </w:r>
      <w:r w:rsidRPr="00E47C79">
        <w:rPr>
          <w:rFonts w:ascii="Book Antiqua" w:hAnsi="Book Antiqua"/>
          <w:lang w:val="es-PR"/>
        </w:rPr>
        <w:t xml:space="preserve"> $3,000.00  </w:t>
      </w:r>
    </w:p>
    <w:p w14:paraId="6C8CB369" w14:textId="7EBF10CC"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289. Fundación Capilla Beato, Inc.  </w:t>
      </w:r>
      <w:r w:rsidR="006864A6" w:rsidRPr="00E47C79">
        <w:rPr>
          <w:rFonts w:ascii="Book Antiqua" w:hAnsi="Book Antiqua"/>
          <w:lang w:val="es-ES"/>
        </w:rPr>
        <w:tab/>
      </w:r>
      <w:r w:rsidRPr="00E47C79">
        <w:rPr>
          <w:rFonts w:ascii="Book Antiqua" w:hAnsi="Book Antiqua"/>
          <w:lang w:val="es-ES"/>
        </w:rPr>
        <w:t xml:space="preserve">$3,000.00  </w:t>
      </w:r>
    </w:p>
    <w:p w14:paraId="6CCBBC73" w14:textId="02F458BA"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290. Fundación Casa de Salud Ven Rose </w:t>
      </w:r>
      <w:r w:rsidR="006864A6" w:rsidRPr="00E47C79">
        <w:rPr>
          <w:rFonts w:ascii="Book Antiqua" w:hAnsi="Book Antiqua"/>
          <w:lang w:val="es-ES"/>
        </w:rPr>
        <w:tab/>
      </w:r>
      <w:r w:rsidRPr="00E47C79">
        <w:rPr>
          <w:rFonts w:ascii="Book Antiqua" w:hAnsi="Book Antiqua"/>
          <w:lang w:val="es-ES"/>
        </w:rPr>
        <w:t xml:space="preserve"> $5,000.00  </w:t>
      </w:r>
    </w:p>
    <w:p w14:paraId="5F098AFA" w14:textId="5AC8BB8E"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291. Fundación Child </w:t>
      </w:r>
      <w:r w:rsidR="006864A6" w:rsidRPr="00E47C79">
        <w:rPr>
          <w:rFonts w:ascii="Book Antiqua" w:hAnsi="Book Antiqua"/>
          <w:lang w:val="es-ES"/>
        </w:rPr>
        <w:tab/>
      </w:r>
      <w:r w:rsidRPr="00E47C79">
        <w:rPr>
          <w:rFonts w:ascii="Book Antiqua" w:hAnsi="Book Antiqua"/>
          <w:lang w:val="es-ES"/>
        </w:rPr>
        <w:t xml:space="preserve">$500,000.00  </w:t>
      </w:r>
    </w:p>
    <w:p w14:paraId="0C2574C3" w14:textId="729CD75E" w:rsidR="00FB51A3" w:rsidRPr="00E47C79" w:rsidRDefault="00FB51A3" w:rsidP="007B793F">
      <w:pPr>
        <w:tabs>
          <w:tab w:val="decimal" w:pos="8280"/>
        </w:tabs>
        <w:rPr>
          <w:rFonts w:ascii="Book Antiqua" w:hAnsi="Book Antiqua"/>
          <w:lang w:val="es-ES"/>
        </w:rPr>
      </w:pPr>
      <w:r w:rsidRPr="00E47C79">
        <w:rPr>
          <w:rFonts w:ascii="Book Antiqua" w:hAnsi="Book Antiqua"/>
          <w:lang w:val="es-PR"/>
        </w:rPr>
        <w:t xml:space="preserve">292. Fundación </w:t>
      </w:r>
      <w:proofErr w:type="spellStart"/>
      <w:r w:rsidRPr="00E47C79">
        <w:rPr>
          <w:rFonts w:ascii="Book Antiqua" w:hAnsi="Book Antiqua"/>
          <w:lang w:val="es-PR"/>
        </w:rPr>
        <w:t>Coameños</w:t>
      </w:r>
      <w:proofErr w:type="spellEnd"/>
      <w:r w:rsidRPr="00E47C79">
        <w:rPr>
          <w:rFonts w:ascii="Book Antiqua" w:hAnsi="Book Antiqua"/>
          <w:lang w:val="es-PR"/>
        </w:rPr>
        <w:t xml:space="preserve"> por la Niñez, Inc. </w:t>
      </w:r>
      <w:r w:rsidR="006864A6" w:rsidRPr="00E47C79">
        <w:rPr>
          <w:rFonts w:ascii="Book Antiqua" w:hAnsi="Book Antiqua"/>
          <w:lang w:val="es-PR"/>
        </w:rPr>
        <w:tab/>
      </w:r>
      <w:r w:rsidRPr="00E47C79">
        <w:rPr>
          <w:rFonts w:ascii="Book Antiqua" w:hAnsi="Book Antiqua"/>
          <w:lang w:val="es-PR"/>
        </w:rPr>
        <w:t xml:space="preserve"> </w:t>
      </w:r>
      <w:r w:rsidRPr="00E47C79">
        <w:rPr>
          <w:rFonts w:ascii="Book Antiqua" w:hAnsi="Book Antiqua"/>
          <w:lang w:val="es-ES"/>
        </w:rPr>
        <w:t>$</w:t>
      </w:r>
      <w:r w:rsidR="00447E59" w:rsidRPr="00E47C79">
        <w:rPr>
          <w:rFonts w:ascii="Book Antiqua" w:hAnsi="Book Antiqua"/>
          <w:lang w:val="es-ES"/>
        </w:rPr>
        <w:t>27</w:t>
      </w:r>
      <w:r w:rsidRPr="00E47C79">
        <w:rPr>
          <w:rFonts w:ascii="Book Antiqua" w:hAnsi="Book Antiqua"/>
          <w:lang w:val="es-ES"/>
        </w:rPr>
        <w:t xml:space="preserve">,000.00  </w:t>
      </w:r>
    </w:p>
    <w:p w14:paraId="13FD0B73" w14:textId="05BCBB27"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293. Fundación Corazón Elástico Inc.  </w:t>
      </w:r>
      <w:r w:rsidR="006864A6" w:rsidRPr="00E47C79">
        <w:rPr>
          <w:rFonts w:ascii="Book Antiqua" w:hAnsi="Book Antiqua"/>
          <w:lang w:val="es-ES"/>
        </w:rPr>
        <w:tab/>
      </w:r>
      <w:r w:rsidRPr="00E47C79">
        <w:rPr>
          <w:rFonts w:ascii="Book Antiqua" w:hAnsi="Book Antiqua"/>
          <w:lang w:val="es-ES"/>
        </w:rPr>
        <w:t xml:space="preserve">$4,000.00  </w:t>
      </w:r>
    </w:p>
    <w:p w14:paraId="6DACED80" w14:textId="346482BD"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lastRenderedPageBreak/>
        <w:t xml:space="preserve">294. Fundación </w:t>
      </w:r>
      <w:proofErr w:type="gramStart"/>
      <w:r w:rsidRPr="00E47C79">
        <w:rPr>
          <w:rFonts w:ascii="Book Antiqua" w:hAnsi="Book Antiqua"/>
          <w:lang w:val="es-PR"/>
        </w:rPr>
        <w:t xml:space="preserve">Cortés  </w:t>
      </w:r>
      <w:r w:rsidR="006864A6" w:rsidRPr="00E47C79">
        <w:rPr>
          <w:rFonts w:ascii="Book Antiqua" w:hAnsi="Book Antiqua"/>
          <w:lang w:val="es-PR"/>
        </w:rPr>
        <w:tab/>
      </w:r>
      <w:proofErr w:type="gramEnd"/>
      <w:r w:rsidRPr="00E47C79">
        <w:rPr>
          <w:rFonts w:ascii="Book Antiqua" w:hAnsi="Book Antiqua"/>
          <w:lang w:val="es-PR"/>
        </w:rPr>
        <w:t xml:space="preserve">$3,000.00  </w:t>
      </w:r>
    </w:p>
    <w:p w14:paraId="1E204695" w14:textId="0EF84FA6" w:rsidR="00FB51A3" w:rsidRPr="00E47C79" w:rsidRDefault="00FB51A3" w:rsidP="007B793F">
      <w:pPr>
        <w:tabs>
          <w:tab w:val="decimal" w:pos="8280"/>
        </w:tabs>
        <w:rPr>
          <w:rFonts w:ascii="Book Antiqua" w:hAnsi="Book Antiqua"/>
          <w:lang w:val="es-ES"/>
        </w:rPr>
      </w:pPr>
      <w:r w:rsidRPr="00E47C79">
        <w:rPr>
          <w:rFonts w:ascii="Book Antiqua" w:hAnsi="Book Antiqua"/>
          <w:lang w:val="es-PR"/>
        </w:rPr>
        <w:t xml:space="preserve">295. Fundación Creemos En Ti, Corp.  </w:t>
      </w:r>
      <w:r w:rsidR="006864A6" w:rsidRPr="00E47C79">
        <w:rPr>
          <w:rFonts w:ascii="Book Antiqua" w:hAnsi="Book Antiqua"/>
          <w:lang w:val="es-PR"/>
        </w:rPr>
        <w:tab/>
      </w:r>
      <w:r w:rsidRPr="00E47C79">
        <w:rPr>
          <w:rFonts w:ascii="Book Antiqua" w:hAnsi="Book Antiqua"/>
          <w:lang w:val="es-ES"/>
        </w:rPr>
        <w:t xml:space="preserve">$10,000.00  </w:t>
      </w:r>
    </w:p>
    <w:p w14:paraId="57407800" w14:textId="6714559D"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296. Fundación DAR, Inc.  </w:t>
      </w:r>
      <w:r w:rsidR="006864A6" w:rsidRPr="00E47C79">
        <w:rPr>
          <w:rFonts w:ascii="Book Antiqua" w:hAnsi="Book Antiqua"/>
          <w:lang w:val="es-ES"/>
        </w:rPr>
        <w:tab/>
      </w:r>
      <w:r w:rsidRPr="00E47C79">
        <w:rPr>
          <w:rFonts w:ascii="Book Antiqua" w:hAnsi="Book Antiqua"/>
          <w:lang w:val="es-ES"/>
        </w:rPr>
        <w:t xml:space="preserve">$20,000.00  </w:t>
      </w:r>
    </w:p>
    <w:p w14:paraId="5F4888D7" w14:textId="12255EBA" w:rsidR="00FB51A3" w:rsidRPr="00026520" w:rsidRDefault="00FB51A3" w:rsidP="007B793F">
      <w:pPr>
        <w:tabs>
          <w:tab w:val="decimal" w:pos="8280"/>
        </w:tabs>
        <w:rPr>
          <w:rFonts w:ascii="Book Antiqua" w:hAnsi="Book Antiqua"/>
          <w:lang w:val="es-ES"/>
        </w:rPr>
      </w:pPr>
      <w:r w:rsidRPr="00E47C79">
        <w:rPr>
          <w:rFonts w:ascii="Book Antiqua" w:hAnsi="Book Antiqua"/>
          <w:lang w:val="es-PR"/>
        </w:rPr>
        <w:t xml:space="preserve">297. Fundación de Acción Social Resplandor, Inc.  </w:t>
      </w:r>
      <w:r w:rsidR="006864A6" w:rsidRPr="00E47C79">
        <w:rPr>
          <w:rFonts w:ascii="Book Antiqua" w:hAnsi="Book Antiqua"/>
          <w:lang w:val="es-PR"/>
        </w:rPr>
        <w:tab/>
      </w:r>
      <w:r w:rsidRPr="00026520">
        <w:rPr>
          <w:rFonts w:ascii="Book Antiqua" w:hAnsi="Book Antiqua"/>
          <w:lang w:val="es-ES"/>
        </w:rPr>
        <w:t xml:space="preserve">$10,000.00  </w:t>
      </w:r>
    </w:p>
    <w:p w14:paraId="7CB68F12" w14:textId="3EAFAE42"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298. Fundación de Desarrollo Comunal de </w:t>
      </w:r>
      <w:proofErr w:type="gramStart"/>
      <w:r w:rsidRPr="00E47C79">
        <w:rPr>
          <w:rFonts w:ascii="Book Antiqua" w:hAnsi="Book Antiqua"/>
          <w:lang w:val="es-PR"/>
        </w:rPr>
        <w:t xml:space="preserve">PR  </w:t>
      </w:r>
      <w:r w:rsidR="006864A6" w:rsidRPr="00E47C79">
        <w:rPr>
          <w:rFonts w:ascii="Book Antiqua" w:hAnsi="Book Antiqua"/>
          <w:lang w:val="es-PR"/>
        </w:rPr>
        <w:tab/>
      </w:r>
      <w:proofErr w:type="gramEnd"/>
      <w:r w:rsidRPr="00E47C79">
        <w:rPr>
          <w:rFonts w:ascii="Book Antiqua" w:hAnsi="Book Antiqua"/>
          <w:lang w:val="es-PR"/>
        </w:rPr>
        <w:t xml:space="preserve">$5,000.00  </w:t>
      </w:r>
    </w:p>
    <w:p w14:paraId="029BA61F" w14:textId="74BCE5A7"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299. Fundación de Esclerosis Múltiple de PR, Inc.  </w:t>
      </w:r>
      <w:r w:rsidR="006864A6" w:rsidRPr="00E47C79">
        <w:rPr>
          <w:rFonts w:ascii="Book Antiqua" w:hAnsi="Book Antiqua"/>
          <w:lang w:val="es-PR"/>
        </w:rPr>
        <w:tab/>
      </w:r>
      <w:r w:rsidRPr="00E47C79">
        <w:rPr>
          <w:rFonts w:ascii="Book Antiqua" w:hAnsi="Book Antiqua"/>
          <w:lang w:val="es-PR"/>
        </w:rPr>
        <w:t xml:space="preserve">$90,000.00  </w:t>
      </w:r>
    </w:p>
    <w:p w14:paraId="554A04EE" w14:textId="77777777" w:rsidR="006864A6"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300. Fundación de Niños de Puerto Rico / San Jorge </w:t>
      </w:r>
      <w:proofErr w:type="spellStart"/>
      <w:r w:rsidRPr="00E47C79">
        <w:rPr>
          <w:rFonts w:ascii="Book Antiqua" w:hAnsi="Book Antiqua"/>
          <w:lang w:val="es-ES"/>
        </w:rPr>
        <w:t>Childrens</w:t>
      </w:r>
      <w:proofErr w:type="spellEnd"/>
      <w:r w:rsidRPr="00E47C79">
        <w:rPr>
          <w:rFonts w:ascii="Book Antiqua" w:hAnsi="Book Antiqua"/>
          <w:lang w:val="es-ES"/>
        </w:rPr>
        <w:t xml:space="preserve"> </w:t>
      </w:r>
    </w:p>
    <w:p w14:paraId="28409B0D" w14:textId="0DC3230B" w:rsidR="00FB51A3" w:rsidRPr="00E47C79" w:rsidRDefault="00FB51A3" w:rsidP="007B793F">
      <w:pPr>
        <w:tabs>
          <w:tab w:val="decimal" w:pos="8280"/>
        </w:tabs>
        <w:rPr>
          <w:rFonts w:ascii="Book Antiqua" w:hAnsi="Book Antiqua"/>
          <w:lang w:val="es-PR"/>
        </w:rPr>
      </w:pPr>
      <w:proofErr w:type="spellStart"/>
      <w:proofErr w:type="gramStart"/>
      <w:r w:rsidRPr="00E47C79">
        <w:rPr>
          <w:rFonts w:ascii="Book Antiqua" w:hAnsi="Book Antiqua"/>
          <w:lang w:val="es-PR"/>
        </w:rPr>
        <w:t>Foundation</w:t>
      </w:r>
      <w:proofErr w:type="spellEnd"/>
      <w:r w:rsidRPr="00E47C79">
        <w:rPr>
          <w:rFonts w:ascii="Book Antiqua" w:hAnsi="Book Antiqua"/>
          <w:lang w:val="es-PR"/>
        </w:rPr>
        <w:t xml:space="preserve">  </w:t>
      </w:r>
      <w:r w:rsidR="006864A6" w:rsidRPr="00E47C79">
        <w:rPr>
          <w:rFonts w:ascii="Book Antiqua" w:hAnsi="Book Antiqua"/>
          <w:lang w:val="es-PR"/>
        </w:rPr>
        <w:tab/>
      </w:r>
      <w:proofErr w:type="gramEnd"/>
      <w:r w:rsidRPr="00E47C79">
        <w:rPr>
          <w:rFonts w:ascii="Book Antiqua" w:hAnsi="Book Antiqua"/>
          <w:lang w:val="es-PR"/>
        </w:rPr>
        <w:t xml:space="preserve">$89,500.00  </w:t>
      </w:r>
    </w:p>
    <w:p w14:paraId="51890682" w14:textId="12241BB7"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301. Fundación Dr. Raúl García Rinaldi, Inc.  </w:t>
      </w:r>
      <w:r w:rsidR="006864A6" w:rsidRPr="00E47C79">
        <w:rPr>
          <w:rFonts w:ascii="Book Antiqua" w:hAnsi="Book Antiqua"/>
          <w:lang w:val="es-PR"/>
        </w:rPr>
        <w:tab/>
      </w:r>
      <w:r w:rsidRPr="00E47C79">
        <w:rPr>
          <w:rFonts w:ascii="Book Antiqua" w:hAnsi="Book Antiqua"/>
          <w:lang w:val="es-PR"/>
        </w:rPr>
        <w:t xml:space="preserve">$4,000.00  </w:t>
      </w:r>
    </w:p>
    <w:p w14:paraId="10CB9055" w14:textId="0E47F03C"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302. Fundación Ecológica Educativa Inc.  </w:t>
      </w:r>
      <w:r w:rsidR="006864A6" w:rsidRPr="00E47C79">
        <w:rPr>
          <w:rFonts w:ascii="Book Antiqua" w:hAnsi="Book Antiqua"/>
          <w:lang w:val="es-ES"/>
        </w:rPr>
        <w:tab/>
      </w:r>
      <w:r w:rsidRPr="00E47C79">
        <w:rPr>
          <w:rFonts w:ascii="Book Antiqua" w:hAnsi="Book Antiqua"/>
          <w:lang w:val="es-ES"/>
        </w:rPr>
        <w:t xml:space="preserve">$13,000.00  </w:t>
      </w:r>
    </w:p>
    <w:p w14:paraId="58A2B758" w14:textId="77777777" w:rsidR="006864A6" w:rsidRPr="00E47C79" w:rsidRDefault="00FB51A3" w:rsidP="007B793F">
      <w:pPr>
        <w:tabs>
          <w:tab w:val="decimal" w:pos="8280"/>
        </w:tabs>
        <w:rPr>
          <w:rFonts w:ascii="Book Antiqua" w:hAnsi="Book Antiqua"/>
          <w:lang w:val="es-ES"/>
        </w:rPr>
      </w:pPr>
      <w:r w:rsidRPr="00E47C79">
        <w:rPr>
          <w:rFonts w:ascii="Book Antiqua" w:hAnsi="Book Antiqua"/>
          <w:lang w:val="es-ES"/>
        </w:rPr>
        <w:t>303. Fundación Educativa Comunitaria para el Desarrollo del</w:t>
      </w:r>
    </w:p>
    <w:p w14:paraId="6C6CBDF4" w14:textId="78D7DC79"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 Liderazgo Efectivo de la Mujer </w:t>
      </w:r>
      <w:r w:rsidR="006864A6" w:rsidRPr="00E47C79">
        <w:rPr>
          <w:rFonts w:ascii="Book Antiqua" w:hAnsi="Book Antiqua"/>
          <w:lang w:val="es-PR"/>
        </w:rPr>
        <w:tab/>
      </w:r>
      <w:r w:rsidRPr="00E47C79">
        <w:rPr>
          <w:rFonts w:ascii="Book Antiqua" w:hAnsi="Book Antiqua"/>
          <w:lang w:val="es-PR"/>
        </w:rPr>
        <w:t xml:space="preserve"> $6,000.00  </w:t>
      </w:r>
    </w:p>
    <w:p w14:paraId="22C038DF" w14:textId="7844A1FB"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304. Fundación Emilio Millo Romero Cuevas </w:t>
      </w:r>
      <w:proofErr w:type="spellStart"/>
      <w:r w:rsidRPr="00E47C79">
        <w:rPr>
          <w:rFonts w:ascii="Book Antiqua" w:hAnsi="Book Antiqua"/>
          <w:lang w:val="es-ES"/>
        </w:rPr>
        <w:t>Inc</w:t>
      </w:r>
      <w:proofErr w:type="spellEnd"/>
      <w:r w:rsidRPr="00E47C79">
        <w:rPr>
          <w:rFonts w:ascii="Book Antiqua" w:hAnsi="Book Antiqua"/>
          <w:lang w:val="es-ES"/>
        </w:rPr>
        <w:t xml:space="preserve"> </w:t>
      </w:r>
      <w:r w:rsidR="006864A6" w:rsidRPr="00E47C79">
        <w:rPr>
          <w:rFonts w:ascii="Book Antiqua" w:hAnsi="Book Antiqua"/>
          <w:lang w:val="es-ES"/>
        </w:rPr>
        <w:tab/>
      </w:r>
      <w:r w:rsidRPr="00E47C79">
        <w:rPr>
          <w:rFonts w:ascii="Book Antiqua" w:hAnsi="Book Antiqua"/>
          <w:lang w:val="es-ES"/>
        </w:rPr>
        <w:t xml:space="preserve">$20,000.00  </w:t>
      </w:r>
    </w:p>
    <w:p w14:paraId="435286F9" w14:textId="344D5F2A"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305. Fundación </w:t>
      </w:r>
      <w:proofErr w:type="gramStart"/>
      <w:r w:rsidRPr="00E47C79">
        <w:rPr>
          <w:rFonts w:ascii="Book Antiqua" w:hAnsi="Book Antiqua"/>
          <w:lang w:val="es-ES"/>
        </w:rPr>
        <w:t>Extra Bases</w:t>
      </w:r>
      <w:proofErr w:type="gramEnd"/>
      <w:r w:rsidRPr="00E47C79">
        <w:rPr>
          <w:rFonts w:ascii="Book Antiqua" w:hAnsi="Book Antiqua"/>
          <w:lang w:val="es-ES"/>
        </w:rPr>
        <w:t xml:space="preserve">/Proyecto Ángeles Vivientes </w:t>
      </w:r>
      <w:r w:rsidR="006864A6" w:rsidRPr="00E47C79">
        <w:rPr>
          <w:rFonts w:ascii="Book Antiqua" w:hAnsi="Book Antiqua"/>
          <w:lang w:val="es-ES"/>
        </w:rPr>
        <w:tab/>
      </w:r>
      <w:r w:rsidRPr="00E47C79">
        <w:rPr>
          <w:rFonts w:ascii="Book Antiqua" w:hAnsi="Book Antiqua"/>
          <w:lang w:val="es-ES"/>
        </w:rPr>
        <w:t xml:space="preserve">$40,000.00  </w:t>
      </w:r>
    </w:p>
    <w:p w14:paraId="5010CEA1" w14:textId="55F04096"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306. Fundación Felisa Rincón de Gautier, Inc. </w:t>
      </w:r>
      <w:r w:rsidR="006864A6" w:rsidRPr="00E47C79">
        <w:rPr>
          <w:rFonts w:ascii="Book Antiqua" w:hAnsi="Book Antiqua"/>
          <w:lang w:val="es-ES"/>
        </w:rPr>
        <w:tab/>
      </w:r>
      <w:r w:rsidRPr="00E47C79">
        <w:rPr>
          <w:rFonts w:ascii="Book Antiqua" w:hAnsi="Book Antiqua"/>
          <w:lang w:val="es-ES"/>
        </w:rPr>
        <w:t xml:space="preserve">$45,000.00  </w:t>
      </w:r>
    </w:p>
    <w:p w14:paraId="2FD3DDF7" w14:textId="4EB68DA3"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307. Fundación Hechos de Amor, Inc. </w:t>
      </w:r>
      <w:r w:rsidR="006864A6" w:rsidRPr="00E47C79">
        <w:rPr>
          <w:rFonts w:ascii="Book Antiqua" w:hAnsi="Book Antiqua"/>
          <w:lang w:val="es-ES"/>
        </w:rPr>
        <w:tab/>
      </w:r>
      <w:r w:rsidRPr="00E47C79">
        <w:rPr>
          <w:rFonts w:ascii="Book Antiqua" w:hAnsi="Book Antiqua"/>
          <w:lang w:val="es-ES"/>
        </w:rPr>
        <w:t xml:space="preserve">$30,000.00  </w:t>
      </w:r>
    </w:p>
    <w:p w14:paraId="6DF720A6" w14:textId="4C647C75"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308. Fundación Hogar Niñito </w:t>
      </w:r>
      <w:proofErr w:type="gramStart"/>
      <w:r w:rsidRPr="00E47C79">
        <w:rPr>
          <w:rFonts w:ascii="Book Antiqua" w:hAnsi="Book Antiqua"/>
          <w:lang w:val="es-PR"/>
        </w:rPr>
        <w:t xml:space="preserve">Jesús  </w:t>
      </w:r>
      <w:r w:rsidR="006864A6" w:rsidRPr="00E47C79">
        <w:rPr>
          <w:rFonts w:ascii="Book Antiqua" w:hAnsi="Book Antiqua"/>
          <w:lang w:val="es-PR"/>
        </w:rPr>
        <w:tab/>
      </w:r>
      <w:proofErr w:type="gramEnd"/>
      <w:r w:rsidRPr="00E47C79">
        <w:rPr>
          <w:rFonts w:ascii="Book Antiqua" w:hAnsi="Book Antiqua"/>
          <w:lang w:val="es-PR"/>
        </w:rPr>
        <w:t xml:space="preserve">$50,000.00  </w:t>
      </w:r>
    </w:p>
    <w:p w14:paraId="3CAC6AEE" w14:textId="460770F7" w:rsidR="00FB51A3" w:rsidRPr="00E47C79" w:rsidRDefault="00FB51A3" w:rsidP="007B793F">
      <w:pPr>
        <w:tabs>
          <w:tab w:val="decimal" w:pos="8280"/>
        </w:tabs>
        <w:rPr>
          <w:rFonts w:ascii="Book Antiqua" w:hAnsi="Book Antiqua"/>
          <w:lang w:val="es-ES"/>
        </w:rPr>
      </w:pPr>
      <w:r w:rsidRPr="00E47C79">
        <w:rPr>
          <w:rFonts w:ascii="Book Antiqua" w:hAnsi="Book Antiqua"/>
          <w:lang w:val="es-PR"/>
        </w:rPr>
        <w:t xml:space="preserve">309. Fundación HOPE Inc.  </w:t>
      </w:r>
      <w:r w:rsidR="006864A6" w:rsidRPr="00E47C79">
        <w:rPr>
          <w:rFonts w:ascii="Book Antiqua" w:hAnsi="Book Antiqua"/>
          <w:lang w:val="es-PR"/>
        </w:rPr>
        <w:tab/>
      </w:r>
      <w:r w:rsidRPr="00E47C79">
        <w:rPr>
          <w:rFonts w:ascii="Book Antiqua" w:hAnsi="Book Antiqua"/>
          <w:lang w:val="es-ES"/>
        </w:rPr>
        <w:t xml:space="preserve">$3,000.00  </w:t>
      </w:r>
    </w:p>
    <w:p w14:paraId="3D8EF238" w14:textId="2685931E"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310. Fundación Hospital </w:t>
      </w:r>
      <w:proofErr w:type="gramStart"/>
      <w:r w:rsidRPr="00E47C79">
        <w:rPr>
          <w:rFonts w:ascii="Book Antiqua" w:hAnsi="Book Antiqua"/>
          <w:lang w:val="es-PR"/>
        </w:rPr>
        <w:t xml:space="preserve">Pediátrico  </w:t>
      </w:r>
      <w:r w:rsidR="006864A6" w:rsidRPr="00E47C79">
        <w:rPr>
          <w:rFonts w:ascii="Book Antiqua" w:hAnsi="Book Antiqua"/>
          <w:lang w:val="es-PR"/>
        </w:rPr>
        <w:tab/>
      </w:r>
      <w:proofErr w:type="gramEnd"/>
      <w:r w:rsidRPr="00E47C79">
        <w:rPr>
          <w:rFonts w:ascii="Book Antiqua" w:hAnsi="Book Antiqua"/>
          <w:lang w:val="es-PR"/>
        </w:rPr>
        <w:t xml:space="preserve">$100,000.00  </w:t>
      </w:r>
    </w:p>
    <w:p w14:paraId="2FEF2C4E" w14:textId="6D69A223" w:rsidR="00FB51A3" w:rsidRPr="00E47C79" w:rsidRDefault="00FB51A3" w:rsidP="007B793F">
      <w:pPr>
        <w:tabs>
          <w:tab w:val="decimal" w:pos="8280"/>
        </w:tabs>
        <w:rPr>
          <w:rFonts w:ascii="Book Antiqua" w:hAnsi="Book Antiqua"/>
          <w:lang w:val="es-ES"/>
        </w:rPr>
      </w:pPr>
      <w:r w:rsidRPr="00E47C79">
        <w:rPr>
          <w:rFonts w:ascii="Book Antiqua" w:hAnsi="Book Antiqua"/>
          <w:lang w:val="es-PR"/>
        </w:rPr>
        <w:t xml:space="preserve">311. Fundación Huntington Puerto Rico Inc.  </w:t>
      </w:r>
      <w:r w:rsidR="006864A6" w:rsidRPr="00E47C79">
        <w:rPr>
          <w:rFonts w:ascii="Book Antiqua" w:hAnsi="Book Antiqua"/>
          <w:lang w:val="es-PR"/>
        </w:rPr>
        <w:tab/>
      </w:r>
      <w:r w:rsidRPr="00E47C79">
        <w:rPr>
          <w:rFonts w:ascii="Book Antiqua" w:hAnsi="Book Antiqua"/>
          <w:lang w:val="es-ES"/>
        </w:rPr>
        <w:t xml:space="preserve">$48,250.00  </w:t>
      </w:r>
    </w:p>
    <w:p w14:paraId="05837DA3" w14:textId="68C83E87"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312. Fundación </w:t>
      </w:r>
      <w:proofErr w:type="spellStart"/>
      <w:r w:rsidRPr="00E47C79">
        <w:rPr>
          <w:rFonts w:ascii="Book Antiqua" w:hAnsi="Book Antiqua"/>
          <w:lang w:val="es-ES"/>
        </w:rPr>
        <w:t>Kinesis</w:t>
      </w:r>
      <w:proofErr w:type="spellEnd"/>
      <w:r w:rsidRPr="00E47C79">
        <w:rPr>
          <w:rFonts w:ascii="Book Antiqua" w:hAnsi="Book Antiqua"/>
          <w:lang w:val="es-ES"/>
        </w:rPr>
        <w:t xml:space="preserve">, Inc. </w:t>
      </w:r>
      <w:r w:rsidR="006864A6" w:rsidRPr="00E47C79">
        <w:rPr>
          <w:rFonts w:ascii="Book Antiqua" w:hAnsi="Book Antiqua"/>
          <w:lang w:val="es-ES"/>
        </w:rPr>
        <w:tab/>
      </w:r>
      <w:r w:rsidRPr="00E47C79">
        <w:rPr>
          <w:rFonts w:ascii="Book Antiqua" w:hAnsi="Book Antiqua"/>
          <w:lang w:val="es-ES"/>
        </w:rPr>
        <w:t>$80,000.00</w:t>
      </w:r>
    </w:p>
    <w:p w14:paraId="16A6E99E" w14:textId="6513C211"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313. Fundación Luis Muñoz Marín, Inc. </w:t>
      </w:r>
      <w:r w:rsidR="006864A6" w:rsidRPr="00E47C79">
        <w:rPr>
          <w:rFonts w:ascii="Book Antiqua" w:hAnsi="Book Antiqua"/>
          <w:lang w:val="es-ES"/>
        </w:rPr>
        <w:tab/>
      </w:r>
      <w:r w:rsidRPr="00E47C79">
        <w:rPr>
          <w:rFonts w:ascii="Book Antiqua" w:hAnsi="Book Antiqua"/>
          <w:lang w:val="es-ES"/>
        </w:rPr>
        <w:t xml:space="preserve"> $10,000.00  </w:t>
      </w:r>
    </w:p>
    <w:p w14:paraId="1C5CFE16" w14:textId="4208FE23"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314. Fundación Mariposas Renales, Inc.  </w:t>
      </w:r>
      <w:r w:rsidR="006864A6" w:rsidRPr="00E47C79">
        <w:rPr>
          <w:rFonts w:ascii="Book Antiqua" w:hAnsi="Book Antiqua"/>
          <w:lang w:val="es-ES"/>
        </w:rPr>
        <w:tab/>
      </w:r>
      <w:r w:rsidRPr="00E47C79">
        <w:rPr>
          <w:rFonts w:ascii="Book Antiqua" w:hAnsi="Book Antiqua"/>
          <w:lang w:val="es-ES"/>
        </w:rPr>
        <w:t xml:space="preserve">$20,000.00  </w:t>
      </w:r>
    </w:p>
    <w:p w14:paraId="368C417F" w14:textId="6E0A5722"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315. Fundación Mi Gran Sueño Inc. </w:t>
      </w:r>
      <w:r w:rsidR="006864A6" w:rsidRPr="00E47C79">
        <w:rPr>
          <w:rFonts w:ascii="Book Antiqua" w:hAnsi="Book Antiqua"/>
          <w:lang w:val="es-ES"/>
        </w:rPr>
        <w:tab/>
      </w:r>
      <w:r w:rsidRPr="00E47C79">
        <w:rPr>
          <w:rFonts w:ascii="Book Antiqua" w:hAnsi="Book Antiqua"/>
          <w:lang w:val="es-ES"/>
        </w:rPr>
        <w:t xml:space="preserve"> $12,000.00  </w:t>
      </w:r>
    </w:p>
    <w:p w14:paraId="3DB9851F" w14:textId="1DBDAC10"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316. Fundación MMM, </w:t>
      </w:r>
      <w:proofErr w:type="spellStart"/>
      <w:proofErr w:type="gramStart"/>
      <w:r w:rsidRPr="00E47C79">
        <w:rPr>
          <w:rFonts w:ascii="Book Antiqua" w:hAnsi="Book Antiqua"/>
          <w:lang w:val="es-PR"/>
        </w:rPr>
        <w:t>Inc</w:t>
      </w:r>
      <w:proofErr w:type="spellEnd"/>
      <w:r w:rsidRPr="00E47C79">
        <w:rPr>
          <w:rFonts w:ascii="Book Antiqua" w:hAnsi="Book Antiqua"/>
          <w:lang w:val="es-PR"/>
        </w:rPr>
        <w:t xml:space="preserve">  </w:t>
      </w:r>
      <w:r w:rsidR="006864A6" w:rsidRPr="00E47C79">
        <w:rPr>
          <w:rFonts w:ascii="Book Antiqua" w:hAnsi="Book Antiqua"/>
          <w:lang w:val="es-PR"/>
        </w:rPr>
        <w:tab/>
      </w:r>
      <w:proofErr w:type="gramEnd"/>
      <w:r w:rsidRPr="00E47C79">
        <w:rPr>
          <w:rFonts w:ascii="Book Antiqua" w:hAnsi="Book Antiqua"/>
          <w:lang w:val="es-PR"/>
        </w:rPr>
        <w:t xml:space="preserve">$3,000.00  </w:t>
      </w:r>
    </w:p>
    <w:p w14:paraId="1134C3E4" w14:textId="5F1D7C17"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317. Fundación Música y Pa</w:t>
      </w:r>
      <w:r w:rsidR="000C403F" w:rsidRPr="00E47C79">
        <w:rPr>
          <w:rFonts w:ascii="Book Antiqua" w:hAnsi="Book Antiqua"/>
          <w:lang w:val="es-PR"/>
        </w:rPr>
        <w:t>í</w:t>
      </w:r>
      <w:r w:rsidRPr="00E47C79">
        <w:rPr>
          <w:rFonts w:ascii="Book Antiqua" w:hAnsi="Book Antiqua"/>
          <w:lang w:val="es-PR"/>
        </w:rPr>
        <w:t xml:space="preserve">s </w:t>
      </w:r>
      <w:r w:rsidR="006864A6" w:rsidRPr="00E47C79">
        <w:rPr>
          <w:rFonts w:ascii="Book Antiqua" w:hAnsi="Book Antiqua"/>
          <w:lang w:val="es-PR"/>
        </w:rPr>
        <w:tab/>
      </w:r>
      <w:r w:rsidRPr="00E47C79">
        <w:rPr>
          <w:rFonts w:ascii="Book Antiqua" w:hAnsi="Book Antiqua"/>
          <w:lang w:val="es-PR"/>
        </w:rPr>
        <w:t xml:space="preserve">$3,000.00  </w:t>
      </w:r>
    </w:p>
    <w:p w14:paraId="304BBC33" w14:textId="30AA36EF"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lastRenderedPageBreak/>
        <w:t xml:space="preserve">318. Fundación Nacional para la Cultura Popular </w:t>
      </w:r>
      <w:r w:rsidR="006864A6" w:rsidRPr="00E47C79">
        <w:rPr>
          <w:rFonts w:ascii="Book Antiqua" w:hAnsi="Book Antiqua"/>
          <w:lang w:val="es-ES"/>
        </w:rPr>
        <w:tab/>
      </w:r>
      <w:r w:rsidRPr="00E47C79">
        <w:rPr>
          <w:rFonts w:ascii="Book Antiqua" w:hAnsi="Book Antiqua"/>
          <w:lang w:val="es-ES"/>
        </w:rPr>
        <w:t xml:space="preserve">$25,000.00  </w:t>
      </w:r>
    </w:p>
    <w:p w14:paraId="647FB71C" w14:textId="0D0A2C32"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319. Fundación OE-</w:t>
      </w:r>
      <w:proofErr w:type="gramStart"/>
      <w:r w:rsidRPr="00E47C79">
        <w:rPr>
          <w:rFonts w:ascii="Book Antiqua" w:hAnsi="Book Antiqua"/>
          <w:lang w:val="es-ES"/>
        </w:rPr>
        <w:t xml:space="preserve">ITE  </w:t>
      </w:r>
      <w:r w:rsidR="006864A6" w:rsidRPr="00E47C79">
        <w:rPr>
          <w:rFonts w:ascii="Book Antiqua" w:hAnsi="Book Antiqua"/>
          <w:lang w:val="es-ES"/>
        </w:rPr>
        <w:tab/>
      </w:r>
      <w:proofErr w:type="gramEnd"/>
      <w:r w:rsidRPr="00E47C79">
        <w:rPr>
          <w:rFonts w:ascii="Book Antiqua" w:hAnsi="Book Antiqua"/>
          <w:lang w:val="es-ES"/>
        </w:rPr>
        <w:t xml:space="preserve">$18,000.00  </w:t>
      </w:r>
    </w:p>
    <w:p w14:paraId="12A08B0F" w14:textId="5A4E2492" w:rsidR="00FB51A3" w:rsidRPr="00026520" w:rsidRDefault="00FB51A3" w:rsidP="007B793F">
      <w:pPr>
        <w:tabs>
          <w:tab w:val="decimal" w:pos="8280"/>
        </w:tabs>
        <w:rPr>
          <w:rFonts w:ascii="Book Antiqua" w:hAnsi="Book Antiqua"/>
          <w:lang w:val="es-ES"/>
        </w:rPr>
      </w:pPr>
      <w:r w:rsidRPr="00E47C79">
        <w:rPr>
          <w:rFonts w:ascii="Book Antiqua" w:hAnsi="Book Antiqua"/>
          <w:lang w:val="es-ES"/>
        </w:rPr>
        <w:t xml:space="preserve">320. Fundación para la Prevención del Parto Prematuro </w:t>
      </w:r>
      <w:r w:rsidR="006864A6" w:rsidRPr="00E47C79">
        <w:rPr>
          <w:rFonts w:ascii="Book Antiqua" w:hAnsi="Book Antiqua"/>
          <w:lang w:val="es-ES"/>
        </w:rPr>
        <w:br/>
      </w:r>
      <w:r w:rsidRPr="00E47C79">
        <w:rPr>
          <w:rFonts w:ascii="Book Antiqua" w:hAnsi="Book Antiqua"/>
          <w:lang w:val="es-ES"/>
        </w:rPr>
        <w:t xml:space="preserve">y el Coronavirus, Inc. </w:t>
      </w:r>
      <w:r w:rsidR="006864A6" w:rsidRPr="00E47C79">
        <w:rPr>
          <w:rFonts w:ascii="Book Antiqua" w:hAnsi="Book Antiqua"/>
          <w:lang w:val="es-ES"/>
        </w:rPr>
        <w:tab/>
      </w:r>
      <w:r w:rsidRPr="00E47C79">
        <w:rPr>
          <w:rFonts w:ascii="Book Antiqua" w:hAnsi="Book Antiqua"/>
          <w:lang w:val="es-ES"/>
        </w:rPr>
        <w:t xml:space="preserve"> </w:t>
      </w:r>
      <w:r w:rsidRPr="00026520">
        <w:rPr>
          <w:rFonts w:ascii="Book Antiqua" w:hAnsi="Book Antiqua"/>
          <w:lang w:val="es-ES"/>
        </w:rPr>
        <w:t xml:space="preserve">$60,000.00  </w:t>
      </w:r>
    </w:p>
    <w:p w14:paraId="340388C7" w14:textId="02DDEDE7" w:rsidR="00FB51A3" w:rsidRPr="00026520" w:rsidRDefault="00FB51A3" w:rsidP="007B793F">
      <w:pPr>
        <w:tabs>
          <w:tab w:val="decimal" w:pos="8280"/>
        </w:tabs>
        <w:rPr>
          <w:rFonts w:ascii="Book Antiqua" w:hAnsi="Book Antiqua"/>
          <w:lang w:val="es-ES"/>
        </w:rPr>
      </w:pPr>
      <w:r w:rsidRPr="00E47C79">
        <w:rPr>
          <w:rFonts w:ascii="Book Antiqua" w:hAnsi="Book Antiqua"/>
          <w:lang w:val="es-PR"/>
        </w:rPr>
        <w:t xml:space="preserve">321. Fundación Pediátrica de Diabetes, Inc.  </w:t>
      </w:r>
      <w:r w:rsidR="006864A6" w:rsidRPr="00E47C79">
        <w:rPr>
          <w:rFonts w:ascii="Book Antiqua" w:hAnsi="Book Antiqua"/>
          <w:lang w:val="es-PR"/>
        </w:rPr>
        <w:tab/>
      </w:r>
      <w:r w:rsidRPr="00026520">
        <w:rPr>
          <w:rFonts w:ascii="Book Antiqua" w:hAnsi="Book Antiqua"/>
          <w:lang w:val="es-ES"/>
        </w:rPr>
        <w:t xml:space="preserve">$50,000.00  </w:t>
      </w:r>
    </w:p>
    <w:p w14:paraId="06A31B54" w14:textId="16FC69DF" w:rsidR="00FB51A3" w:rsidRPr="00026520" w:rsidRDefault="00FB51A3" w:rsidP="007B793F">
      <w:pPr>
        <w:tabs>
          <w:tab w:val="decimal" w:pos="8280"/>
        </w:tabs>
        <w:rPr>
          <w:rFonts w:ascii="Book Antiqua" w:hAnsi="Book Antiqua"/>
          <w:lang w:val="es-ES"/>
        </w:rPr>
      </w:pPr>
      <w:r w:rsidRPr="00026520">
        <w:rPr>
          <w:rFonts w:ascii="Book Antiqua" w:hAnsi="Book Antiqua"/>
          <w:lang w:val="es-ES"/>
        </w:rPr>
        <w:t xml:space="preserve">322. Fundación por la Arquitectura </w:t>
      </w:r>
      <w:r w:rsidR="006864A6" w:rsidRPr="00026520">
        <w:rPr>
          <w:rFonts w:ascii="Book Antiqua" w:hAnsi="Book Antiqua"/>
          <w:lang w:val="es-ES"/>
        </w:rPr>
        <w:tab/>
      </w:r>
      <w:r w:rsidRPr="00026520">
        <w:rPr>
          <w:rFonts w:ascii="Book Antiqua" w:hAnsi="Book Antiqua"/>
          <w:lang w:val="es-ES"/>
        </w:rPr>
        <w:t xml:space="preserve"> $5,000.00  </w:t>
      </w:r>
    </w:p>
    <w:p w14:paraId="3A5C219C" w14:textId="6C765745"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323. Fundación Puertorriqueña de las </w:t>
      </w:r>
      <w:proofErr w:type="gramStart"/>
      <w:r w:rsidRPr="00E47C79">
        <w:rPr>
          <w:rFonts w:ascii="Book Antiqua" w:hAnsi="Book Antiqua"/>
          <w:lang w:val="es-PR"/>
        </w:rPr>
        <w:t xml:space="preserve">Humanidades  </w:t>
      </w:r>
      <w:r w:rsidR="006864A6" w:rsidRPr="00E47C79">
        <w:rPr>
          <w:rFonts w:ascii="Book Antiqua" w:hAnsi="Book Antiqua"/>
          <w:lang w:val="es-PR"/>
        </w:rPr>
        <w:tab/>
      </w:r>
      <w:proofErr w:type="gramEnd"/>
      <w:r w:rsidRPr="00E47C79">
        <w:rPr>
          <w:rFonts w:ascii="Book Antiqua" w:hAnsi="Book Antiqua"/>
          <w:lang w:val="es-PR"/>
        </w:rPr>
        <w:t xml:space="preserve">$6,000.00  </w:t>
      </w:r>
    </w:p>
    <w:p w14:paraId="7B822B12" w14:textId="12FED8F2" w:rsidR="00FB51A3" w:rsidRPr="00026520" w:rsidRDefault="00FB51A3" w:rsidP="007B793F">
      <w:pPr>
        <w:tabs>
          <w:tab w:val="decimal" w:pos="8280"/>
        </w:tabs>
        <w:rPr>
          <w:rFonts w:ascii="Book Antiqua" w:hAnsi="Book Antiqua"/>
          <w:lang w:val="es-ES"/>
        </w:rPr>
      </w:pPr>
      <w:r w:rsidRPr="00E47C79">
        <w:rPr>
          <w:rFonts w:ascii="Book Antiqua" w:hAnsi="Book Antiqua"/>
          <w:lang w:val="es-PR"/>
        </w:rPr>
        <w:t xml:space="preserve">324. Fundación Puertorriqueña del Riñón, Inc.  </w:t>
      </w:r>
      <w:r w:rsidR="006864A6" w:rsidRPr="00E47C79">
        <w:rPr>
          <w:rFonts w:ascii="Book Antiqua" w:hAnsi="Book Antiqua"/>
          <w:lang w:val="es-PR"/>
        </w:rPr>
        <w:tab/>
      </w:r>
      <w:r w:rsidRPr="00026520">
        <w:rPr>
          <w:rFonts w:ascii="Book Antiqua" w:hAnsi="Book Antiqua"/>
          <w:lang w:val="es-ES"/>
        </w:rPr>
        <w:t xml:space="preserve">$30,000.00  </w:t>
      </w:r>
    </w:p>
    <w:p w14:paraId="4BBB43BB" w14:textId="55D57E86"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325. Fundación Puertorriqueña Síndrome </w:t>
      </w:r>
      <w:proofErr w:type="gramStart"/>
      <w:r w:rsidRPr="00E47C79">
        <w:rPr>
          <w:rFonts w:ascii="Book Antiqua" w:hAnsi="Book Antiqua"/>
          <w:lang w:val="es-PR"/>
        </w:rPr>
        <w:t xml:space="preserve">Down  </w:t>
      </w:r>
      <w:r w:rsidR="006864A6" w:rsidRPr="00E47C79">
        <w:rPr>
          <w:rFonts w:ascii="Book Antiqua" w:hAnsi="Book Antiqua"/>
          <w:lang w:val="es-PR"/>
        </w:rPr>
        <w:tab/>
      </w:r>
      <w:proofErr w:type="gramEnd"/>
      <w:r w:rsidRPr="00E47C79">
        <w:rPr>
          <w:rFonts w:ascii="Book Antiqua" w:hAnsi="Book Antiqua"/>
          <w:lang w:val="es-PR"/>
        </w:rPr>
        <w:t xml:space="preserve">$51,900.00  </w:t>
      </w:r>
    </w:p>
    <w:p w14:paraId="6A222FE1" w14:textId="7A63C6DF"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326. Fundación </w:t>
      </w:r>
      <w:proofErr w:type="spellStart"/>
      <w:r w:rsidRPr="00E47C79">
        <w:rPr>
          <w:rFonts w:ascii="Book Antiqua" w:hAnsi="Book Antiqua"/>
          <w:lang w:val="es-PR"/>
        </w:rPr>
        <w:t>Riojueyana</w:t>
      </w:r>
      <w:proofErr w:type="spellEnd"/>
      <w:r w:rsidRPr="00E47C79">
        <w:rPr>
          <w:rFonts w:ascii="Book Antiqua" w:hAnsi="Book Antiqua"/>
          <w:lang w:val="es-PR"/>
        </w:rPr>
        <w:t xml:space="preserve"> </w:t>
      </w:r>
      <w:proofErr w:type="gramStart"/>
      <w:r w:rsidRPr="00E47C79">
        <w:rPr>
          <w:rFonts w:ascii="Book Antiqua" w:hAnsi="Book Antiqua"/>
          <w:lang w:val="es-PR"/>
        </w:rPr>
        <w:t>Pro Pacientes</w:t>
      </w:r>
      <w:proofErr w:type="gramEnd"/>
      <w:r w:rsidRPr="00E47C79">
        <w:rPr>
          <w:rFonts w:ascii="Book Antiqua" w:hAnsi="Book Antiqua"/>
          <w:lang w:val="es-PR"/>
        </w:rPr>
        <w:t xml:space="preserve"> de </w:t>
      </w:r>
      <w:proofErr w:type="spellStart"/>
      <w:proofErr w:type="gramStart"/>
      <w:r w:rsidRPr="00E47C79">
        <w:rPr>
          <w:rFonts w:ascii="Book Antiqua" w:hAnsi="Book Antiqua"/>
          <w:lang w:val="es-PR"/>
        </w:rPr>
        <w:t>Cancer</w:t>
      </w:r>
      <w:proofErr w:type="spellEnd"/>
      <w:r w:rsidRPr="00E47C79">
        <w:rPr>
          <w:rFonts w:ascii="Book Antiqua" w:hAnsi="Book Antiqua"/>
          <w:lang w:val="es-PR"/>
        </w:rPr>
        <w:t xml:space="preserve">  </w:t>
      </w:r>
      <w:r w:rsidR="006864A6" w:rsidRPr="00E47C79">
        <w:rPr>
          <w:rFonts w:ascii="Book Antiqua" w:hAnsi="Book Antiqua"/>
          <w:lang w:val="es-PR"/>
        </w:rPr>
        <w:tab/>
      </w:r>
      <w:proofErr w:type="gramEnd"/>
      <w:r w:rsidRPr="00E47C79">
        <w:rPr>
          <w:rFonts w:ascii="Book Antiqua" w:hAnsi="Book Antiqua"/>
          <w:lang w:val="es-PR"/>
        </w:rPr>
        <w:t xml:space="preserve">$20,000.00  </w:t>
      </w:r>
    </w:p>
    <w:p w14:paraId="3C93A780" w14:textId="60D1644D" w:rsidR="00FB51A3" w:rsidRPr="00E47C79" w:rsidRDefault="00FB51A3" w:rsidP="007B793F">
      <w:pPr>
        <w:tabs>
          <w:tab w:val="decimal" w:pos="8280"/>
        </w:tabs>
        <w:rPr>
          <w:rFonts w:ascii="Book Antiqua" w:hAnsi="Book Antiqua"/>
        </w:rPr>
      </w:pPr>
      <w:r w:rsidRPr="00E47C79">
        <w:rPr>
          <w:rFonts w:ascii="Book Antiqua" w:hAnsi="Book Antiqua"/>
          <w:lang w:val="es-PR"/>
        </w:rPr>
        <w:t xml:space="preserve">327. Fundación Santa María de los Angeles, Inc.  </w:t>
      </w:r>
      <w:r w:rsidR="006864A6" w:rsidRPr="00E47C79">
        <w:rPr>
          <w:rFonts w:ascii="Book Antiqua" w:hAnsi="Book Antiqua"/>
          <w:lang w:val="es-PR"/>
        </w:rPr>
        <w:tab/>
      </w:r>
      <w:r w:rsidRPr="00E47C79">
        <w:rPr>
          <w:rFonts w:ascii="Book Antiqua" w:hAnsi="Book Antiqua"/>
        </w:rPr>
        <w:t xml:space="preserve">$10,000.00  </w:t>
      </w:r>
    </w:p>
    <w:p w14:paraId="078DAE66" w14:textId="4CD24BBF" w:rsidR="00FB51A3" w:rsidRPr="00E47C79" w:rsidRDefault="00FB51A3" w:rsidP="007B793F">
      <w:pPr>
        <w:tabs>
          <w:tab w:val="decimal" w:pos="8280"/>
        </w:tabs>
        <w:rPr>
          <w:rFonts w:ascii="Book Antiqua" w:hAnsi="Book Antiqua"/>
          <w:lang w:val="es-ES"/>
        </w:rPr>
      </w:pPr>
      <w:r w:rsidRPr="00E47C79">
        <w:rPr>
          <w:rFonts w:ascii="Book Antiqua" w:hAnsi="Book Antiqua"/>
        </w:rPr>
        <w:t xml:space="preserve">328. Fundación Stefano </w:t>
      </w:r>
      <w:proofErr w:type="spellStart"/>
      <w:r w:rsidRPr="00E47C79">
        <w:rPr>
          <w:rFonts w:ascii="Book Antiqua" w:hAnsi="Book Antiqua"/>
        </w:rPr>
        <w:t>Steenbakkers</w:t>
      </w:r>
      <w:proofErr w:type="spellEnd"/>
      <w:r w:rsidRPr="00E47C79">
        <w:rPr>
          <w:rFonts w:ascii="Book Antiqua" w:hAnsi="Book Antiqua"/>
        </w:rPr>
        <w:t xml:space="preserve"> </w:t>
      </w:r>
      <w:proofErr w:type="spellStart"/>
      <w:r w:rsidRPr="00E47C79">
        <w:rPr>
          <w:rFonts w:ascii="Book Antiqua" w:hAnsi="Book Antiqua"/>
        </w:rPr>
        <w:t>Betauncourt</w:t>
      </w:r>
      <w:proofErr w:type="spellEnd"/>
      <w:r w:rsidRPr="00E47C79">
        <w:rPr>
          <w:rFonts w:ascii="Book Antiqua" w:hAnsi="Book Antiqua"/>
        </w:rPr>
        <w:t xml:space="preserve"> Inc. </w:t>
      </w:r>
      <w:r w:rsidR="006864A6" w:rsidRPr="00E47C79">
        <w:rPr>
          <w:rFonts w:ascii="Book Antiqua" w:hAnsi="Book Antiqua"/>
        </w:rPr>
        <w:tab/>
      </w:r>
      <w:r w:rsidRPr="00E47C79">
        <w:rPr>
          <w:rFonts w:ascii="Book Antiqua" w:hAnsi="Book Antiqua"/>
          <w:lang w:val="es-ES"/>
        </w:rPr>
        <w:t xml:space="preserve">$24,900.00  </w:t>
      </w:r>
    </w:p>
    <w:p w14:paraId="61682AD0" w14:textId="3AB0B993" w:rsidR="00FB51A3" w:rsidRPr="00E47C79" w:rsidRDefault="00FB51A3" w:rsidP="007B793F">
      <w:pPr>
        <w:tabs>
          <w:tab w:val="decimal" w:pos="8280"/>
        </w:tabs>
        <w:rPr>
          <w:rFonts w:ascii="Book Antiqua" w:hAnsi="Book Antiqua"/>
          <w:lang w:val="es-ES"/>
        </w:rPr>
      </w:pPr>
      <w:r w:rsidRPr="00E47C79">
        <w:rPr>
          <w:rFonts w:ascii="Book Antiqua" w:hAnsi="Book Antiqua"/>
          <w:lang w:val="es-PR"/>
        </w:rPr>
        <w:t xml:space="preserve">329. Fundación Unidos por Quebrada Grande, Inc.  </w:t>
      </w:r>
      <w:r w:rsidR="006864A6" w:rsidRPr="00E47C79">
        <w:rPr>
          <w:rFonts w:ascii="Book Antiqua" w:hAnsi="Book Antiqua"/>
          <w:lang w:val="es-PR"/>
        </w:rPr>
        <w:tab/>
      </w:r>
      <w:r w:rsidRPr="00E47C79">
        <w:rPr>
          <w:rFonts w:ascii="Book Antiqua" w:hAnsi="Book Antiqua"/>
          <w:lang w:val="es-ES"/>
        </w:rPr>
        <w:t xml:space="preserve">$3,000.00  </w:t>
      </w:r>
    </w:p>
    <w:p w14:paraId="743F4A65" w14:textId="38D17672"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330. Fundación UPENS, Inc. </w:t>
      </w:r>
      <w:r w:rsidR="006864A6" w:rsidRPr="00E47C79">
        <w:rPr>
          <w:rFonts w:ascii="Book Antiqua" w:hAnsi="Book Antiqua"/>
          <w:lang w:val="es-ES"/>
        </w:rPr>
        <w:tab/>
      </w:r>
      <w:r w:rsidRPr="00E47C79">
        <w:rPr>
          <w:rFonts w:ascii="Book Antiqua" w:hAnsi="Book Antiqua"/>
          <w:lang w:val="es-ES"/>
        </w:rPr>
        <w:t xml:space="preserve">$350,000.00  </w:t>
      </w:r>
    </w:p>
    <w:p w14:paraId="3B1606EB" w14:textId="304930B1"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331. Fundación Yo Puedo, Inc. </w:t>
      </w:r>
      <w:r w:rsidR="006864A6" w:rsidRPr="00E47C79">
        <w:rPr>
          <w:rFonts w:ascii="Book Antiqua" w:hAnsi="Book Antiqua"/>
          <w:lang w:val="es-ES"/>
        </w:rPr>
        <w:tab/>
      </w:r>
      <w:r w:rsidRPr="00E47C79">
        <w:rPr>
          <w:rFonts w:ascii="Book Antiqua" w:hAnsi="Book Antiqua"/>
          <w:lang w:val="es-ES"/>
        </w:rPr>
        <w:t>$17,500.00</w:t>
      </w:r>
    </w:p>
    <w:p w14:paraId="2855077E" w14:textId="02DDCF05" w:rsidR="00FB51A3" w:rsidRPr="00E47C79" w:rsidRDefault="00FB51A3" w:rsidP="007B793F">
      <w:pPr>
        <w:tabs>
          <w:tab w:val="decimal" w:pos="8280"/>
        </w:tabs>
        <w:rPr>
          <w:rFonts w:ascii="Book Antiqua" w:hAnsi="Book Antiqua"/>
          <w:lang w:val="es-ES"/>
        </w:rPr>
      </w:pPr>
      <w:r w:rsidRPr="00E47C79">
        <w:rPr>
          <w:rFonts w:ascii="Book Antiqua" w:hAnsi="Book Antiqua"/>
          <w:lang w:val="es-PR"/>
        </w:rPr>
        <w:t xml:space="preserve">332. G-8, Grupo de las Ocho Comunidades Caño Martin Peña, Inc.  </w:t>
      </w:r>
      <w:r w:rsidR="006864A6" w:rsidRPr="00E47C79">
        <w:rPr>
          <w:rFonts w:ascii="Book Antiqua" w:hAnsi="Book Antiqua"/>
          <w:lang w:val="es-PR"/>
        </w:rPr>
        <w:tab/>
      </w:r>
      <w:r w:rsidRPr="00E47C79">
        <w:rPr>
          <w:rFonts w:ascii="Book Antiqua" w:hAnsi="Book Antiqua"/>
          <w:lang w:val="es-ES"/>
        </w:rPr>
        <w:t xml:space="preserve">$40,000.00  </w:t>
      </w:r>
    </w:p>
    <w:p w14:paraId="610D292A" w14:textId="616358C8"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333. </w:t>
      </w:r>
      <w:proofErr w:type="spellStart"/>
      <w:r w:rsidRPr="00E47C79">
        <w:rPr>
          <w:rFonts w:ascii="Book Antiqua" w:hAnsi="Book Antiqua"/>
          <w:lang w:val="es-ES"/>
        </w:rPr>
        <w:t>Gibaro</w:t>
      </w:r>
      <w:proofErr w:type="spellEnd"/>
      <w:r w:rsidRPr="00E47C79">
        <w:rPr>
          <w:rFonts w:ascii="Book Antiqua" w:hAnsi="Book Antiqua"/>
          <w:lang w:val="es-ES"/>
        </w:rPr>
        <w:t xml:space="preserve"> de Puerto Rico </w:t>
      </w:r>
      <w:r w:rsidR="006864A6" w:rsidRPr="00E47C79">
        <w:rPr>
          <w:rFonts w:ascii="Book Antiqua" w:hAnsi="Book Antiqua"/>
          <w:lang w:val="es-ES"/>
        </w:rPr>
        <w:tab/>
      </w:r>
      <w:r w:rsidRPr="00E47C79">
        <w:rPr>
          <w:rFonts w:ascii="Book Antiqua" w:hAnsi="Book Antiqua"/>
          <w:lang w:val="es-ES"/>
        </w:rPr>
        <w:t xml:space="preserve">$60,000.00  </w:t>
      </w:r>
    </w:p>
    <w:p w14:paraId="50F11988" w14:textId="4CAF91DA"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334. </w:t>
      </w:r>
      <w:proofErr w:type="spellStart"/>
      <w:r w:rsidRPr="00E47C79">
        <w:rPr>
          <w:rFonts w:ascii="Book Antiqua" w:hAnsi="Book Antiqua"/>
          <w:lang w:val="es-ES"/>
        </w:rPr>
        <w:t>Go</w:t>
      </w:r>
      <w:proofErr w:type="spellEnd"/>
      <w:r w:rsidRPr="00E47C79">
        <w:rPr>
          <w:rFonts w:ascii="Book Antiqua" w:hAnsi="Book Antiqua"/>
          <w:lang w:val="es-ES"/>
        </w:rPr>
        <w:t xml:space="preserve"> </w:t>
      </w:r>
      <w:proofErr w:type="spellStart"/>
      <w:r w:rsidRPr="00E47C79">
        <w:rPr>
          <w:rFonts w:ascii="Book Antiqua" w:hAnsi="Book Antiqua"/>
          <w:lang w:val="es-ES"/>
        </w:rPr>
        <w:t>Go</w:t>
      </w:r>
      <w:proofErr w:type="spellEnd"/>
      <w:r w:rsidRPr="00E47C79">
        <w:rPr>
          <w:rFonts w:ascii="Book Antiqua" w:hAnsi="Book Antiqua"/>
          <w:lang w:val="es-ES"/>
        </w:rPr>
        <w:t xml:space="preserve"> </w:t>
      </w:r>
      <w:proofErr w:type="spellStart"/>
      <w:r w:rsidRPr="00E47C79">
        <w:rPr>
          <w:rFonts w:ascii="Book Antiqua" w:hAnsi="Book Antiqua"/>
          <w:lang w:val="es-ES"/>
        </w:rPr>
        <w:t>Go</w:t>
      </w:r>
      <w:proofErr w:type="spellEnd"/>
      <w:r w:rsidRPr="00E47C79">
        <w:rPr>
          <w:rFonts w:ascii="Book Antiqua" w:hAnsi="Book Antiqua"/>
          <w:lang w:val="es-ES"/>
        </w:rPr>
        <w:t xml:space="preserve"> </w:t>
      </w:r>
      <w:proofErr w:type="spellStart"/>
      <w:r w:rsidRPr="00E47C79">
        <w:rPr>
          <w:rFonts w:ascii="Book Antiqua" w:hAnsi="Book Antiqua"/>
          <w:lang w:val="es-ES"/>
        </w:rPr>
        <w:t>Foundation</w:t>
      </w:r>
      <w:proofErr w:type="spellEnd"/>
      <w:r w:rsidRPr="00E47C79">
        <w:rPr>
          <w:rFonts w:ascii="Book Antiqua" w:hAnsi="Book Antiqua"/>
          <w:lang w:val="es-ES"/>
        </w:rPr>
        <w:t xml:space="preserve"> Corp. </w:t>
      </w:r>
      <w:r w:rsidR="006864A6" w:rsidRPr="00E47C79">
        <w:rPr>
          <w:rFonts w:ascii="Book Antiqua" w:hAnsi="Book Antiqua"/>
          <w:lang w:val="es-ES"/>
        </w:rPr>
        <w:tab/>
      </w:r>
      <w:r w:rsidRPr="00E47C79">
        <w:rPr>
          <w:rFonts w:ascii="Book Antiqua" w:hAnsi="Book Antiqua"/>
          <w:lang w:val="es-ES"/>
        </w:rPr>
        <w:t xml:space="preserve">$200,000.00  </w:t>
      </w:r>
    </w:p>
    <w:p w14:paraId="31C717BE" w14:textId="77777777" w:rsidR="006864A6"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335. Gran Logia Soberana de Libres Y Aceptados Masones de </w:t>
      </w:r>
    </w:p>
    <w:p w14:paraId="4C6D581D" w14:textId="3D9A87B2" w:rsidR="00FB51A3" w:rsidRPr="00E47C79" w:rsidRDefault="00FB51A3" w:rsidP="007B793F">
      <w:pPr>
        <w:tabs>
          <w:tab w:val="decimal" w:pos="8280"/>
        </w:tabs>
        <w:rPr>
          <w:rFonts w:ascii="Book Antiqua" w:hAnsi="Book Antiqua"/>
          <w:lang w:val="es-PR"/>
        </w:rPr>
      </w:pPr>
      <w:r w:rsidRPr="00E47C79">
        <w:rPr>
          <w:rFonts w:ascii="Book Antiqua" w:hAnsi="Book Antiqua"/>
          <w:lang w:val="es-ES"/>
        </w:rPr>
        <w:t xml:space="preserve">Puerto Rico </w:t>
      </w:r>
      <w:r w:rsidR="006864A6" w:rsidRPr="00E47C79">
        <w:rPr>
          <w:rFonts w:ascii="Book Antiqua" w:hAnsi="Book Antiqua"/>
          <w:lang w:val="es-ES"/>
        </w:rPr>
        <w:tab/>
      </w:r>
      <w:r w:rsidRPr="00E47C79">
        <w:rPr>
          <w:rFonts w:ascii="Book Antiqua" w:hAnsi="Book Antiqua"/>
          <w:lang w:val="es-PR"/>
        </w:rPr>
        <w:t xml:space="preserve">$40,000.00  </w:t>
      </w:r>
    </w:p>
    <w:p w14:paraId="19DA24FB" w14:textId="6C5480CB" w:rsidR="00FB51A3" w:rsidRPr="00E47C79" w:rsidRDefault="00FB51A3" w:rsidP="007B793F">
      <w:pPr>
        <w:tabs>
          <w:tab w:val="decimal" w:pos="8280"/>
        </w:tabs>
        <w:rPr>
          <w:rFonts w:ascii="Book Antiqua" w:hAnsi="Book Antiqua"/>
          <w:lang w:val="es-ES"/>
        </w:rPr>
      </w:pPr>
      <w:r w:rsidRPr="00E47C79">
        <w:rPr>
          <w:rFonts w:ascii="Book Antiqua" w:hAnsi="Book Antiqua"/>
          <w:lang w:val="es-PR"/>
        </w:rPr>
        <w:t xml:space="preserve">336. Grupo Camuy Arenas AA, Inc.  </w:t>
      </w:r>
      <w:r w:rsidR="006864A6" w:rsidRPr="00E47C79">
        <w:rPr>
          <w:rFonts w:ascii="Book Antiqua" w:hAnsi="Book Antiqua"/>
          <w:lang w:val="es-PR"/>
        </w:rPr>
        <w:tab/>
      </w:r>
      <w:r w:rsidRPr="00E47C79">
        <w:rPr>
          <w:rFonts w:ascii="Book Antiqua" w:hAnsi="Book Antiqua"/>
          <w:lang w:val="es-ES"/>
        </w:rPr>
        <w:t xml:space="preserve">$70,000.00  </w:t>
      </w:r>
    </w:p>
    <w:p w14:paraId="60C97FDB" w14:textId="00DDD061"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337. Guara BI, Inc.  </w:t>
      </w:r>
      <w:r w:rsidR="006864A6" w:rsidRPr="00E47C79">
        <w:rPr>
          <w:rFonts w:ascii="Book Antiqua" w:hAnsi="Book Antiqua"/>
          <w:lang w:val="es-ES"/>
        </w:rPr>
        <w:tab/>
      </w:r>
      <w:r w:rsidRPr="00E47C79">
        <w:rPr>
          <w:rFonts w:ascii="Book Antiqua" w:hAnsi="Book Antiqua"/>
          <w:lang w:val="es-ES"/>
        </w:rPr>
        <w:t xml:space="preserve">$4,000.00  </w:t>
      </w:r>
    </w:p>
    <w:p w14:paraId="2D3AEA1F" w14:textId="588FCA9D"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338. Guateque Taller </w:t>
      </w:r>
      <w:proofErr w:type="spellStart"/>
      <w:r w:rsidRPr="00E47C79">
        <w:rPr>
          <w:rFonts w:ascii="Book Antiqua" w:hAnsi="Book Antiqua"/>
          <w:lang w:val="es-ES"/>
        </w:rPr>
        <w:t>Folklorico</w:t>
      </w:r>
      <w:proofErr w:type="spellEnd"/>
      <w:r w:rsidRPr="00E47C79">
        <w:rPr>
          <w:rFonts w:ascii="Book Antiqua" w:hAnsi="Book Antiqua"/>
          <w:lang w:val="es-ES"/>
        </w:rPr>
        <w:t xml:space="preserve"> de Puerto Rico </w:t>
      </w:r>
      <w:r w:rsidR="006864A6" w:rsidRPr="00E47C79">
        <w:rPr>
          <w:rFonts w:ascii="Book Antiqua" w:hAnsi="Book Antiqua"/>
          <w:lang w:val="es-ES"/>
        </w:rPr>
        <w:tab/>
      </w:r>
      <w:r w:rsidRPr="00E47C79">
        <w:rPr>
          <w:rFonts w:ascii="Book Antiqua" w:hAnsi="Book Antiqua"/>
          <w:lang w:val="es-ES"/>
        </w:rPr>
        <w:t xml:space="preserve"> $9,000.00  </w:t>
      </w:r>
    </w:p>
    <w:p w14:paraId="483480E0" w14:textId="1F5CDDC7" w:rsidR="00FB51A3" w:rsidRPr="00684E5B" w:rsidRDefault="00FB51A3" w:rsidP="007B793F">
      <w:pPr>
        <w:tabs>
          <w:tab w:val="decimal" w:pos="8280"/>
        </w:tabs>
        <w:rPr>
          <w:rFonts w:ascii="Book Antiqua" w:hAnsi="Book Antiqua"/>
          <w:lang w:val="es-PR"/>
        </w:rPr>
      </w:pPr>
      <w:r w:rsidRPr="00684E5B">
        <w:rPr>
          <w:rFonts w:ascii="Book Antiqua" w:hAnsi="Book Antiqua"/>
          <w:lang w:val="es-PR"/>
        </w:rPr>
        <w:t xml:space="preserve">339. </w:t>
      </w:r>
      <w:proofErr w:type="spellStart"/>
      <w:r w:rsidRPr="00684E5B">
        <w:rPr>
          <w:rFonts w:ascii="Book Antiqua" w:hAnsi="Book Antiqua"/>
          <w:lang w:val="es-PR"/>
        </w:rPr>
        <w:t>Habitat</w:t>
      </w:r>
      <w:proofErr w:type="spellEnd"/>
      <w:r w:rsidRPr="00684E5B">
        <w:rPr>
          <w:rFonts w:ascii="Book Antiqua" w:hAnsi="Book Antiqua"/>
          <w:lang w:val="es-PR"/>
        </w:rPr>
        <w:t xml:space="preserve"> </w:t>
      </w:r>
      <w:proofErr w:type="spellStart"/>
      <w:r w:rsidRPr="00684E5B">
        <w:rPr>
          <w:rFonts w:ascii="Book Antiqua" w:hAnsi="Book Antiqua"/>
          <w:lang w:val="es-PR"/>
        </w:rPr>
        <w:t>for</w:t>
      </w:r>
      <w:proofErr w:type="spellEnd"/>
      <w:r w:rsidRPr="00684E5B">
        <w:rPr>
          <w:rFonts w:ascii="Book Antiqua" w:hAnsi="Book Antiqua"/>
          <w:lang w:val="es-PR"/>
        </w:rPr>
        <w:t xml:space="preserve"> </w:t>
      </w:r>
      <w:proofErr w:type="spellStart"/>
      <w:r w:rsidRPr="00684E5B">
        <w:rPr>
          <w:rFonts w:ascii="Book Antiqua" w:hAnsi="Book Antiqua"/>
          <w:lang w:val="es-PR"/>
        </w:rPr>
        <w:t>Humanity</w:t>
      </w:r>
      <w:proofErr w:type="spellEnd"/>
      <w:r w:rsidRPr="00684E5B">
        <w:rPr>
          <w:rFonts w:ascii="Book Antiqua" w:hAnsi="Book Antiqua"/>
          <w:lang w:val="es-PR"/>
        </w:rPr>
        <w:t xml:space="preserve"> </w:t>
      </w:r>
      <w:proofErr w:type="spellStart"/>
      <w:r w:rsidRPr="00684E5B">
        <w:rPr>
          <w:rFonts w:ascii="Book Antiqua" w:hAnsi="Book Antiqua"/>
          <w:lang w:val="es-PR"/>
        </w:rPr>
        <w:t>of</w:t>
      </w:r>
      <w:proofErr w:type="spellEnd"/>
      <w:r w:rsidRPr="00684E5B">
        <w:rPr>
          <w:rFonts w:ascii="Book Antiqua" w:hAnsi="Book Antiqua"/>
          <w:lang w:val="es-PR"/>
        </w:rPr>
        <w:t xml:space="preserve"> Puerto </w:t>
      </w:r>
      <w:proofErr w:type="gramStart"/>
      <w:r w:rsidRPr="00684E5B">
        <w:rPr>
          <w:rFonts w:ascii="Book Antiqua" w:hAnsi="Book Antiqua"/>
          <w:lang w:val="es-PR"/>
        </w:rPr>
        <w:t xml:space="preserve">Rico  </w:t>
      </w:r>
      <w:r w:rsidR="006864A6" w:rsidRPr="00684E5B">
        <w:rPr>
          <w:rFonts w:ascii="Book Antiqua" w:hAnsi="Book Antiqua"/>
          <w:lang w:val="es-PR"/>
        </w:rPr>
        <w:tab/>
      </w:r>
      <w:proofErr w:type="gramEnd"/>
      <w:r w:rsidRPr="00684E5B">
        <w:rPr>
          <w:rFonts w:ascii="Book Antiqua" w:hAnsi="Book Antiqua"/>
          <w:lang w:val="es-PR"/>
        </w:rPr>
        <w:t xml:space="preserve">$25,000.00  </w:t>
      </w:r>
    </w:p>
    <w:p w14:paraId="2140F482" w14:textId="37713EB6"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340. Halcones de Gurabo Doble AA </w:t>
      </w:r>
      <w:r w:rsidR="006864A6" w:rsidRPr="00E47C79">
        <w:rPr>
          <w:rFonts w:ascii="Book Antiqua" w:hAnsi="Book Antiqua"/>
          <w:lang w:val="es-PR"/>
        </w:rPr>
        <w:tab/>
      </w:r>
      <w:r w:rsidRPr="00E47C79">
        <w:rPr>
          <w:rFonts w:ascii="Book Antiqua" w:hAnsi="Book Antiqua"/>
          <w:lang w:val="es-PR"/>
        </w:rPr>
        <w:t>$1</w:t>
      </w:r>
      <w:r w:rsidR="001D3CC1" w:rsidRPr="00E47C79">
        <w:rPr>
          <w:rFonts w:ascii="Book Antiqua" w:hAnsi="Book Antiqua"/>
          <w:lang w:val="es-PR"/>
        </w:rPr>
        <w:t>2</w:t>
      </w:r>
      <w:r w:rsidRPr="00E47C79">
        <w:rPr>
          <w:rFonts w:ascii="Book Antiqua" w:hAnsi="Book Antiqua"/>
          <w:lang w:val="es-PR"/>
        </w:rPr>
        <w:t xml:space="preserve">,000.00  </w:t>
      </w:r>
    </w:p>
    <w:p w14:paraId="53F0DE9D" w14:textId="11F5CC0B"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341. </w:t>
      </w:r>
      <w:proofErr w:type="spellStart"/>
      <w:r w:rsidRPr="00E47C79">
        <w:rPr>
          <w:rFonts w:ascii="Book Antiqua" w:hAnsi="Book Antiqua"/>
          <w:lang w:val="es-ES"/>
        </w:rPr>
        <w:t>Heavenly</w:t>
      </w:r>
      <w:proofErr w:type="spellEnd"/>
      <w:r w:rsidRPr="00E47C79">
        <w:rPr>
          <w:rFonts w:ascii="Book Antiqua" w:hAnsi="Book Antiqua"/>
          <w:lang w:val="es-ES"/>
        </w:rPr>
        <w:t xml:space="preserve"> </w:t>
      </w:r>
      <w:proofErr w:type="spellStart"/>
      <w:r w:rsidRPr="00E47C79">
        <w:rPr>
          <w:rFonts w:ascii="Book Antiqua" w:hAnsi="Book Antiqua"/>
          <w:lang w:val="es-ES"/>
        </w:rPr>
        <w:t>Kids</w:t>
      </w:r>
      <w:proofErr w:type="spellEnd"/>
      <w:r w:rsidRPr="00E47C79">
        <w:rPr>
          <w:rFonts w:ascii="Book Antiqua" w:hAnsi="Book Antiqua"/>
          <w:lang w:val="es-ES"/>
        </w:rPr>
        <w:t xml:space="preserve">, Inc.  </w:t>
      </w:r>
      <w:r w:rsidR="006864A6" w:rsidRPr="00E47C79">
        <w:rPr>
          <w:rFonts w:ascii="Book Antiqua" w:hAnsi="Book Antiqua"/>
          <w:lang w:val="es-ES"/>
        </w:rPr>
        <w:tab/>
      </w:r>
      <w:r w:rsidRPr="00E47C79">
        <w:rPr>
          <w:rFonts w:ascii="Book Antiqua" w:hAnsi="Book Antiqua"/>
          <w:lang w:val="es-ES"/>
        </w:rPr>
        <w:t xml:space="preserve">$3,000.00  </w:t>
      </w:r>
    </w:p>
    <w:p w14:paraId="6521AC7F" w14:textId="77777777" w:rsidR="006864A6" w:rsidRPr="00E47C79" w:rsidRDefault="00FB51A3" w:rsidP="007B793F">
      <w:pPr>
        <w:tabs>
          <w:tab w:val="decimal" w:pos="8280"/>
        </w:tabs>
        <w:rPr>
          <w:rFonts w:ascii="Book Antiqua" w:hAnsi="Book Antiqua"/>
          <w:lang w:val="es-ES"/>
        </w:rPr>
      </w:pPr>
      <w:r w:rsidRPr="00E47C79">
        <w:rPr>
          <w:rFonts w:ascii="Book Antiqua" w:hAnsi="Book Antiqua"/>
          <w:lang w:val="es-ES"/>
        </w:rPr>
        <w:lastRenderedPageBreak/>
        <w:t xml:space="preserve">342. Hermanitas de los Ancianos Desamparados Hogar Nuestra </w:t>
      </w:r>
    </w:p>
    <w:p w14:paraId="5A992080" w14:textId="5721693F" w:rsidR="00FB51A3" w:rsidRPr="00E47C79" w:rsidRDefault="00FB51A3" w:rsidP="007B793F">
      <w:pPr>
        <w:tabs>
          <w:tab w:val="decimal" w:pos="8280"/>
        </w:tabs>
        <w:rPr>
          <w:rFonts w:ascii="Book Antiqua" w:hAnsi="Book Antiqua"/>
          <w:lang w:val="es-PR"/>
        </w:rPr>
      </w:pPr>
      <w:r w:rsidRPr="00026520">
        <w:rPr>
          <w:rFonts w:ascii="Book Antiqua" w:hAnsi="Book Antiqua"/>
          <w:lang w:val="es-ES"/>
        </w:rPr>
        <w:t xml:space="preserve">Señora de la Providencia </w:t>
      </w:r>
      <w:r w:rsidR="006864A6" w:rsidRPr="00026520">
        <w:rPr>
          <w:rFonts w:ascii="Book Antiqua" w:hAnsi="Book Antiqua"/>
          <w:lang w:val="es-ES"/>
        </w:rPr>
        <w:tab/>
      </w:r>
      <w:r w:rsidRPr="00E47C79">
        <w:rPr>
          <w:rFonts w:ascii="Book Antiqua" w:hAnsi="Book Antiqua"/>
          <w:lang w:val="es-PR"/>
        </w:rPr>
        <w:t xml:space="preserve">$70,000.00  </w:t>
      </w:r>
    </w:p>
    <w:p w14:paraId="3F80A4D1" w14:textId="37CF8442"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343. Hermanitas de los Ancianos Desamparados Hogar San </w:t>
      </w:r>
      <w:proofErr w:type="spellStart"/>
      <w:proofErr w:type="gramStart"/>
      <w:r w:rsidRPr="00E47C79">
        <w:rPr>
          <w:rFonts w:ascii="Book Antiqua" w:hAnsi="Book Antiqua"/>
          <w:lang w:val="es-PR"/>
        </w:rPr>
        <w:t>Jose</w:t>
      </w:r>
      <w:proofErr w:type="spellEnd"/>
      <w:r w:rsidRPr="00E47C79">
        <w:rPr>
          <w:rFonts w:ascii="Book Antiqua" w:hAnsi="Book Antiqua"/>
          <w:lang w:val="es-PR"/>
        </w:rPr>
        <w:t xml:space="preserve">  </w:t>
      </w:r>
      <w:r w:rsidR="006864A6" w:rsidRPr="00E47C79">
        <w:rPr>
          <w:rFonts w:ascii="Book Antiqua" w:hAnsi="Book Antiqua"/>
          <w:lang w:val="es-PR"/>
        </w:rPr>
        <w:tab/>
      </w:r>
      <w:proofErr w:type="gramEnd"/>
      <w:r w:rsidRPr="00E47C79">
        <w:rPr>
          <w:rFonts w:ascii="Book Antiqua" w:hAnsi="Book Antiqua"/>
          <w:lang w:val="es-PR"/>
        </w:rPr>
        <w:t xml:space="preserve">$25,000.00  </w:t>
      </w:r>
    </w:p>
    <w:p w14:paraId="76C3A9AF" w14:textId="77777777" w:rsidR="006864A6" w:rsidRPr="00026520" w:rsidRDefault="00FB51A3" w:rsidP="007B793F">
      <w:pPr>
        <w:tabs>
          <w:tab w:val="decimal" w:pos="8280"/>
        </w:tabs>
        <w:rPr>
          <w:rFonts w:ascii="Book Antiqua" w:hAnsi="Book Antiqua"/>
          <w:lang w:val="es-PR"/>
        </w:rPr>
      </w:pPr>
      <w:r w:rsidRPr="00026520">
        <w:rPr>
          <w:rFonts w:ascii="Book Antiqua" w:hAnsi="Book Antiqua"/>
          <w:lang w:val="es-PR"/>
        </w:rPr>
        <w:t xml:space="preserve">344. Hermanitas de los Ancianos Desamparados Hogar Santa </w:t>
      </w:r>
    </w:p>
    <w:p w14:paraId="453FC95B" w14:textId="2F11A0CF" w:rsidR="00FB51A3" w:rsidRPr="00026520" w:rsidRDefault="00FB51A3" w:rsidP="007B793F">
      <w:pPr>
        <w:tabs>
          <w:tab w:val="decimal" w:pos="8280"/>
        </w:tabs>
        <w:rPr>
          <w:rFonts w:ascii="Book Antiqua" w:hAnsi="Book Antiqua"/>
          <w:lang w:val="es-PR"/>
        </w:rPr>
      </w:pPr>
      <w:r w:rsidRPr="00026520">
        <w:rPr>
          <w:rFonts w:ascii="Book Antiqua" w:hAnsi="Book Antiqua"/>
          <w:lang w:val="es-PR"/>
        </w:rPr>
        <w:t xml:space="preserve">Marta </w:t>
      </w:r>
      <w:proofErr w:type="gramStart"/>
      <w:r w:rsidRPr="00026520">
        <w:rPr>
          <w:rFonts w:ascii="Book Antiqua" w:hAnsi="Book Antiqua"/>
          <w:lang w:val="es-PR"/>
        </w:rPr>
        <w:t xml:space="preserve">Ponce  </w:t>
      </w:r>
      <w:r w:rsidR="006864A6" w:rsidRPr="00026520">
        <w:rPr>
          <w:rFonts w:ascii="Book Antiqua" w:hAnsi="Book Antiqua"/>
          <w:lang w:val="es-PR"/>
        </w:rPr>
        <w:tab/>
      </w:r>
      <w:proofErr w:type="gramEnd"/>
      <w:r w:rsidRPr="00026520">
        <w:rPr>
          <w:rFonts w:ascii="Book Antiqua" w:hAnsi="Book Antiqua"/>
          <w:lang w:val="es-PR"/>
        </w:rPr>
        <w:t xml:space="preserve">$25,000.00  </w:t>
      </w:r>
    </w:p>
    <w:p w14:paraId="2C8C9897" w14:textId="77777777" w:rsidR="006864A6" w:rsidRPr="00026520" w:rsidRDefault="00FB51A3" w:rsidP="007B793F">
      <w:pPr>
        <w:tabs>
          <w:tab w:val="decimal" w:pos="8280"/>
        </w:tabs>
        <w:rPr>
          <w:rFonts w:ascii="Book Antiqua" w:hAnsi="Book Antiqua"/>
          <w:lang w:val="es-PR"/>
        </w:rPr>
      </w:pPr>
      <w:r w:rsidRPr="00026520">
        <w:rPr>
          <w:rFonts w:ascii="Book Antiqua" w:hAnsi="Book Antiqua"/>
          <w:lang w:val="es-PR"/>
        </w:rPr>
        <w:t xml:space="preserve">345. Hermanitas de los Ancianos Desamparados Hogar Santa </w:t>
      </w:r>
    </w:p>
    <w:p w14:paraId="3B1C8352" w14:textId="5252EDF4" w:rsidR="00FB51A3" w:rsidRPr="00026520" w:rsidRDefault="00FB51A3" w:rsidP="007B793F">
      <w:pPr>
        <w:tabs>
          <w:tab w:val="decimal" w:pos="8280"/>
        </w:tabs>
        <w:rPr>
          <w:rFonts w:ascii="Book Antiqua" w:hAnsi="Book Antiqua"/>
          <w:lang w:val="es-PR"/>
        </w:rPr>
      </w:pPr>
      <w:r w:rsidRPr="00026520">
        <w:rPr>
          <w:rFonts w:ascii="Book Antiqua" w:hAnsi="Book Antiqua"/>
          <w:lang w:val="es-PR"/>
        </w:rPr>
        <w:t xml:space="preserve">Teresa Jornet de Cupey </w:t>
      </w:r>
      <w:proofErr w:type="spellStart"/>
      <w:proofErr w:type="gramStart"/>
      <w:r w:rsidRPr="00026520">
        <w:rPr>
          <w:rFonts w:ascii="Book Antiqua" w:hAnsi="Book Antiqua"/>
          <w:lang w:val="es-PR"/>
        </w:rPr>
        <w:t>Inc</w:t>
      </w:r>
      <w:proofErr w:type="spellEnd"/>
      <w:r w:rsidRPr="00026520">
        <w:rPr>
          <w:rFonts w:ascii="Book Antiqua" w:hAnsi="Book Antiqua"/>
          <w:lang w:val="es-PR"/>
        </w:rPr>
        <w:t xml:space="preserve">  </w:t>
      </w:r>
      <w:r w:rsidR="006864A6" w:rsidRPr="00026520">
        <w:rPr>
          <w:rFonts w:ascii="Book Antiqua" w:hAnsi="Book Antiqua"/>
          <w:lang w:val="es-PR"/>
        </w:rPr>
        <w:tab/>
      </w:r>
      <w:proofErr w:type="gramEnd"/>
      <w:r w:rsidRPr="00026520">
        <w:rPr>
          <w:rFonts w:ascii="Book Antiqua" w:hAnsi="Book Antiqua"/>
          <w:lang w:val="es-PR"/>
        </w:rPr>
        <w:t xml:space="preserve">$50,000.00  </w:t>
      </w:r>
    </w:p>
    <w:p w14:paraId="4FE6C3C5" w14:textId="527F91CA" w:rsidR="00FB51A3" w:rsidRPr="00E47C79" w:rsidRDefault="00FB51A3" w:rsidP="007B793F">
      <w:pPr>
        <w:tabs>
          <w:tab w:val="decimal" w:pos="8280"/>
        </w:tabs>
        <w:rPr>
          <w:rFonts w:ascii="Book Antiqua" w:hAnsi="Book Antiqua"/>
          <w:lang w:val="pt-PT"/>
        </w:rPr>
      </w:pPr>
      <w:r w:rsidRPr="00E47C79">
        <w:rPr>
          <w:rFonts w:ascii="Book Antiqua" w:hAnsi="Book Antiqua"/>
          <w:lang w:val="pt-PT"/>
        </w:rPr>
        <w:t xml:space="preserve">346. Hijas de Maria Auxiliadora, Inc.  </w:t>
      </w:r>
      <w:r w:rsidR="006864A6" w:rsidRPr="00E47C79">
        <w:rPr>
          <w:rFonts w:ascii="Book Antiqua" w:hAnsi="Book Antiqua"/>
          <w:lang w:val="pt-PT"/>
        </w:rPr>
        <w:tab/>
      </w:r>
      <w:r w:rsidRPr="00E47C79">
        <w:rPr>
          <w:rFonts w:ascii="Book Antiqua" w:hAnsi="Book Antiqua"/>
          <w:lang w:val="pt-PT"/>
        </w:rPr>
        <w:t xml:space="preserve">$6,000.00  </w:t>
      </w:r>
    </w:p>
    <w:p w14:paraId="62F13461" w14:textId="0308DEA9" w:rsidR="00FB51A3" w:rsidRPr="00E47C79" w:rsidRDefault="00FB51A3" w:rsidP="007B793F">
      <w:pPr>
        <w:tabs>
          <w:tab w:val="decimal" w:pos="8280"/>
        </w:tabs>
        <w:rPr>
          <w:rFonts w:ascii="Book Antiqua" w:hAnsi="Book Antiqua"/>
          <w:lang w:val="pt-PT"/>
        </w:rPr>
      </w:pPr>
      <w:r w:rsidRPr="00E47C79">
        <w:rPr>
          <w:rFonts w:ascii="Book Antiqua" w:hAnsi="Book Antiqua"/>
          <w:lang w:val="pt-PT"/>
        </w:rPr>
        <w:t xml:space="preserve">347. Hogar Abrazo de Amor  </w:t>
      </w:r>
      <w:r w:rsidR="006864A6" w:rsidRPr="00E47C79">
        <w:rPr>
          <w:rFonts w:ascii="Book Antiqua" w:hAnsi="Book Antiqua"/>
          <w:lang w:val="pt-PT"/>
        </w:rPr>
        <w:tab/>
      </w:r>
      <w:r w:rsidRPr="00E47C79">
        <w:rPr>
          <w:rFonts w:ascii="Book Antiqua" w:hAnsi="Book Antiqua"/>
          <w:lang w:val="pt-PT"/>
        </w:rPr>
        <w:t xml:space="preserve">$14,000.00  </w:t>
      </w:r>
    </w:p>
    <w:p w14:paraId="5A7368F2" w14:textId="06529892" w:rsidR="00FB51A3" w:rsidRPr="00E47C79" w:rsidRDefault="00FB51A3" w:rsidP="007B793F">
      <w:pPr>
        <w:tabs>
          <w:tab w:val="decimal" w:pos="8280"/>
        </w:tabs>
        <w:rPr>
          <w:rFonts w:ascii="Book Antiqua" w:hAnsi="Book Antiqua"/>
          <w:lang w:val="pt-PT"/>
        </w:rPr>
      </w:pPr>
      <w:r w:rsidRPr="00E47C79">
        <w:rPr>
          <w:rFonts w:ascii="Book Antiqua" w:hAnsi="Book Antiqua"/>
          <w:lang w:val="pt-PT"/>
        </w:rPr>
        <w:t xml:space="preserve">348. Hogar Albergue para Niños Jesús de Nazaret, Inc.  </w:t>
      </w:r>
      <w:r w:rsidR="006864A6" w:rsidRPr="00E47C79">
        <w:rPr>
          <w:rFonts w:ascii="Book Antiqua" w:hAnsi="Book Antiqua"/>
          <w:lang w:val="pt-PT"/>
        </w:rPr>
        <w:tab/>
      </w:r>
      <w:r w:rsidRPr="00E47C79">
        <w:rPr>
          <w:rFonts w:ascii="Book Antiqua" w:hAnsi="Book Antiqua"/>
          <w:lang w:val="pt-PT"/>
        </w:rPr>
        <w:t xml:space="preserve">$12,500.00  </w:t>
      </w:r>
    </w:p>
    <w:p w14:paraId="188DE17C" w14:textId="29B3BBBC" w:rsidR="00FB51A3" w:rsidRPr="00E47C79" w:rsidRDefault="00FB51A3" w:rsidP="007B793F">
      <w:pPr>
        <w:tabs>
          <w:tab w:val="decimal" w:pos="8280"/>
        </w:tabs>
        <w:rPr>
          <w:rFonts w:ascii="Book Antiqua" w:hAnsi="Book Antiqua"/>
          <w:lang w:val="pt-PT"/>
        </w:rPr>
      </w:pPr>
      <w:r w:rsidRPr="00E47C79">
        <w:rPr>
          <w:rFonts w:ascii="Book Antiqua" w:hAnsi="Book Antiqua"/>
          <w:lang w:val="pt-PT"/>
        </w:rPr>
        <w:t xml:space="preserve">349. Hogar Ancianos Jaydselle  </w:t>
      </w:r>
      <w:r w:rsidR="006864A6" w:rsidRPr="00E47C79">
        <w:rPr>
          <w:rFonts w:ascii="Book Antiqua" w:hAnsi="Book Antiqua"/>
          <w:lang w:val="pt-PT"/>
        </w:rPr>
        <w:tab/>
      </w:r>
      <w:r w:rsidRPr="00E47C79">
        <w:rPr>
          <w:rFonts w:ascii="Book Antiqua" w:hAnsi="Book Antiqua"/>
          <w:lang w:val="pt-PT"/>
        </w:rPr>
        <w:t xml:space="preserve">$3,000.00  </w:t>
      </w:r>
    </w:p>
    <w:p w14:paraId="16101629" w14:textId="6F35E996" w:rsidR="00FB51A3" w:rsidRPr="00E47C79" w:rsidRDefault="00FB51A3" w:rsidP="007B793F">
      <w:pPr>
        <w:tabs>
          <w:tab w:val="decimal" w:pos="8280"/>
        </w:tabs>
        <w:rPr>
          <w:rFonts w:ascii="Book Antiqua" w:hAnsi="Book Antiqua"/>
          <w:lang w:val="pt-PT"/>
        </w:rPr>
      </w:pPr>
      <w:r w:rsidRPr="00E47C79">
        <w:rPr>
          <w:rFonts w:ascii="Book Antiqua" w:hAnsi="Book Antiqua"/>
          <w:lang w:val="pt-PT"/>
        </w:rPr>
        <w:t xml:space="preserve">350. Hogar CREA, Inc.  </w:t>
      </w:r>
      <w:r w:rsidR="006864A6" w:rsidRPr="00E47C79">
        <w:rPr>
          <w:rFonts w:ascii="Book Antiqua" w:hAnsi="Book Antiqua"/>
          <w:lang w:val="pt-PT"/>
        </w:rPr>
        <w:tab/>
      </w:r>
      <w:r w:rsidRPr="00E47C79">
        <w:rPr>
          <w:rFonts w:ascii="Book Antiqua" w:hAnsi="Book Antiqua"/>
          <w:lang w:val="pt-PT"/>
        </w:rPr>
        <w:t xml:space="preserve">$207,000.00  </w:t>
      </w:r>
    </w:p>
    <w:p w14:paraId="022EDAA5" w14:textId="2D25B80E" w:rsidR="00FB51A3" w:rsidRPr="00E47C79" w:rsidRDefault="00FB51A3" w:rsidP="007B793F">
      <w:pPr>
        <w:tabs>
          <w:tab w:val="decimal" w:pos="8280"/>
        </w:tabs>
        <w:rPr>
          <w:rFonts w:ascii="Book Antiqua" w:hAnsi="Book Antiqua"/>
          <w:lang w:val="pt-PT"/>
        </w:rPr>
      </w:pPr>
      <w:r w:rsidRPr="00E47C79">
        <w:rPr>
          <w:rFonts w:ascii="Book Antiqua" w:hAnsi="Book Antiqua"/>
          <w:lang w:val="pt-PT"/>
        </w:rPr>
        <w:t xml:space="preserve">351. Hogar Cuna San Cristobal </w:t>
      </w:r>
      <w:r w:rsidR="006864A6" w:rsidRPr="00E47C79">
        <w:rPr>
          <w:rFonts w:ascii="Book Antiqua" w:hAnsi="Book Antiqua"/>
          <w:lang w:val="pt-PT"/>
        </w:rPr>
        <w:tab/>
      </w:r>
      <w:r w:rsidRPr="00E47C79">
        <w:rPr>
          <w:rFonts w:ascii="Book Antiqua" w:hAnsi="Book Antiqua"/>
          <w:lang w:val="pt-PT"/>
        </w:rPr>
        <w:t xml:space="preserve">$94,000.00  </w:t>
      </w:r>
    </w:p>
    <w:p w14:paraId="5A86A4D0" w14:textId="37201B64"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352. Hogar de Ayuda El Refugio, Inc. </w:t>
      </w:r>
      <w:r w:rsidR="006864A6" w:rsidRPr="00E47C79">
        <w:rPr>
          <w:rFonts w:ascii="Book Antiqua" w:hAnsi="Book Antiqua"/>
          <w:lang w:val="es-ES"/>
        </w:rPr>
        <w:tab/>
      </w:r>
      <w:r w:rsidRPr="00E47C79">
        <w:rPr>
          <w:rFonts w:ascii="Book Antiqua" w:hAnsi="Book Antiqua"/>
          <w:lang w:val="es-ES"/>
        </w:rPr>
        <w:t xml:space="preserve">$70,000.00  </w:t>
      </w:r>
    </w:p>
    <w:p w14:paraId="7A6D943B" w14:textId="65C79DF9"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353. Hogar de Envejecientes Irma Fe Pol </w:t>
      </w:r>
      <w:proofErr w:type="gramStart"/>
      <w:r w:rsidRPr="00E47C79">
        <w:rPr>
          <w:rFonts w:ascii="Book Antiqua" w:hAnsi="Book Antiqua"/>
          <w:lang w:val="es-PR"/>
        </w:rPr>
        <w:t xml:space="preserve">Mendez  </w:t>
      </w:r>
      <w:r w:rsidR="006864A6" w:rsidRPr="00E47C79">
        <w:rPr>
          <w:rFonts w:ascii="Book Antiqua" w:hAnsi="Book Antiqua"/>
          <w:lang w:val="es-PR"/>
        </w:rPr>
        <w:tab/>
      </w:r>
      <w:proofErr w:type="gramEnd"/>
      <w:r w:rsidRPr="00E47C79">
        <w:rPr>
          <w:rFonts w:ascii="Book Antiqua" w:hAnsi="Book Antiqua"/>
          <w:lang w:val="es-PR"/>
        </w:rPr>
        <w:t xml:space="preserve">$40,000.00  </w:t>
      </w:r>
    </w:p>
    <w:p w14:paraId="58DC9604" w14:textId="360440B6" w:rsidR="00FB51A3" w:rsidRPr="00E47C79" w:rsidRDefault="00FB51A3" w:rsidP="007B793F">
      <w:pPr>
        <w:tabs>
          <w:tab w:val="decimal" w:pos="8280"/>
        </w:tabs>
        <w:rPr>
          <w:rFonts w:ascii="Book Antiqua" w:hAnsi="Book Antiqua"/>
          <w:lang w:val="es-ES"/>
        </w:rPr>
      </w:pPr>
      <w:r w:rsidRPr="00E47C79">
        <w:rPr>
          <w:rFonts w:ascii="Book Antiqua" w:hAnsi="Book Antiqua"/>
          <w:lang w:val="es-PR"/>
        </w:rPr>
        <w:t xml:space="preserve">354. Hogar de Niñas de Cupey, Inc.  </w:t>
      </w:r>
      <w:r w:rsidR="006864A6" w:rsidRPr="00E47C79">
        <w:rPr>
          <w:rFonts w:ascii="Book Antiqua" w:hAnsi="Book Antiqua"/>
          <w:lang w:val="es-PR"/>
        </w:rPr>
        <w:tab/>
      </w:r>
      <w:r w:rsidRPr="00E47C79">
        <w:rPr>
          <w:rFonts w:ascii="Book Antiqua" w:hAnsi="Book Antiqua"/>
          <w:lang w:val="es-ES"/>
        </w:rPr>
        <w:t xml:space="preserve">$60,000.00  </w:t>
      </w:r>
    </w:p>
    <w:p w14:paraId="2173F797" w14:textId="5C334521" w:rsidR="00FB51A3" w:rsidRPr="00E47C79" w:rsidRDefault="00FB51A3" w:rsidP="007B793F">
      <w:pPr>
        <w:tabs>
          <w:tab w:val="decimal" w:pos="8280"/>
        </w:tabs>
        <w:rPr>
          <w:rFonts w:ascii="Book Antiqua" w:hAnsi="Book Antiqua"/>
          <w:lang w:val="es-ES"/>
        </w:rPr>
      </w:pPr>
      <w:r w:rsidRPr="00E47C79">
        <w:rPr>
          <w:rFonts w:ascii="Book Antiqua" w:hAnsi="Book Antiqua"/>
          <w:lang w:val="es-PR"/>
        </w:rPr>
        <w:t xml:space="preserve">355. Hogar de Niños Regazo de Paz, Inc.  </w:t>
      </w:r>
      <w:r w:rsidR="006864A6" w:rsidRPr="00E47C79">
        <w:rPr>
          <w:rFonts w:ascii="Book Antiqua" w:hAnsi="Book Antiqua"/>
          <w:lang w:val="es-PR"/>
        </w:rPr>
        <w:tab/>
      </w:r>
      <w:r w:rsidRPr="00E47C79">
        <w:rPr>
          <w:rFonts w:ascii="Book Antiqua" w:hAnsi="Book Antiqua"/>
          <w:lang w:val="es-ES"/>
        </w:rPr>
        <w:t xml:space="preserve">$30,000.00  </w:t>
      </w:r>
    </w:p>
    <w:p w14:paraId="78EE110D" w14:textId="5255B061"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356. Hogar del Buen Pastor, Inc. </w:t>
      </w:r>
      <w:r w:rsidR="006864A6" w:rsidRPr="00E47C79">
        <w:rPr>
          <w:rFonts w:ascii="Book Antiqua" w:hAnsi="Book Antiqua"/>
          <w:lang w:val="es-ES"/>
        </w:rPr>
        <w:tab/>
      </w:r>
      <w:r w:rsidRPr="00E47C79">
        <w:rPr>
          <w:rFonts w:ascii="Book Antiqua" w:hAnsi="Book Antiqua"/>
          <w:lang w:val="es-ES"/>
        </w:rPr>
        <w:t xml:space="preserve">$40,000.00  </w:t>
      </w:r>
    </w:p>
    <w:p w14:paraId="60111E93" w14:textId="3C5C5ACC" w:rsidR="00FB51A3" w:rsidRPr="00026520" w:rsidRDefault="00FB51A3" w:rsidP="007B793F">
      <w:pPr>
        <w:tabs>
          <w:tab w:val="decimal" w:pos="8280"/>
        </w:tabs>
        <w:rPr>
          <w:rFonts w:ascii="Book Antiqua" w:hAnsi="Book Antiqua"/>
          <w:lang w:val="es-ES"/>
        </w:rPr>
      </w:pPr>
      <w:r w:rsidRPr="00E47C79">
        <w:rPr>
          <w:rFonts w:ascii="Book Antiqua" w:hAnsi="Book Antiqua"/>
          <w:lang w:val="es-PR"/>
        </w:rPr>
        <w:t xml:space="preserve">357. Hogar del Niño El Ave </w:t>
      </w:r>
      <w:proofErr w:type="spellStart"/>
      <w:r w:rsidRPr="00E47C79">
        <w:rPr>
          <w:rFonts w:ascii="Book Antiqua" w:hAnsi="Book Antiqua"/>
          <w:lang w:val="es-PR"/>
        </w:rPr>
        <w:t>Maria</w:t>
      </w:r>
      <w:proofErr w:type="spellEnd"/>
      <w:r w:rsidRPr="00E47C79">
        <w:rPr>
          <w:rFonts w:ascii="Book Antiqua" w:hAnsi="Book Antiqua"/>
          <w:lang w:val="es-PR"/>
        </w:rPr>
        <w:t xml:space="preserve">, Corp.  </w:t>
      </w:r>
      <w:r w:rsidR="006864A6" w:rsidRPr="00E47C79">
        <w:rPr>
          <w:rFonts w:ascii="Book Antiqua" w:hAnsi="Book Antiqua"/>
          <w:lang w:val="es-PR"/>
        </w:rPr>
        <w:tab/>
      </w:r>
      <w:r w:rsidRPr="00026520">
        <w:rPr>
          <w:rFonts w:ascii="Book Antiqua" w:hAnsi="Book Antiqua"/>
          <w:lang w:val="es-ES"/>
        </w:rPr>
        <w:t xml:space="preserve">$50,000.00  </w:t>
      </w:r>
    </w:p>
    <w:p w14:paraId="0BCEDB2D" w14:textId="3453C53E"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358. Hogar Dios es Nuestro </w:t>
      </w:r>
      <w:proofErr w:type="gramStart"/>
      <w:r w:rsidRPr="00E47C79">
        <w:rPr>
          <w:rFonts w:ascii="Book Antiqua" w:hAnsi="Book Antiqua"/>
          <w:lang w:val="es-PR"/>
        </w:rPr>
        <w:t xml:space="preserve">Refugio  </w:t>
      </w:r>
      <w:r w:rsidR="006864A6" w:rsidRPr="00E47C79">
        <w:rPr>
          <w:rFonts w:ascii="Book Antiqua" w:hAnsi="Book Antiqua"/>
          <w:lang w:val="es-PR"/>
        </w:rPr>
        <w:tab/>
      </w:r>
      <w:proofErr w:type="gramEnd"/>
      <w:r w:rsidRPr="00E47C79">
        <w:rPr>
          <w:rFonts w:ascii="Book Antiqua" w:hAnsi="Book Antiqua"/>
          <w:lang w:val="es-PR"/>
        </w:rPr>
        <w:t>$</w:t>
      </w:r>
      <w:r w:rsidR="001D3CC1" w:rsidRPr="00E47C79">
        <w:rPr>
          <w:rFonts w:ascii="Book Antiqua" w:hAnsi="Book Antiqua"/>
          <w:lang w:val="es-PR"/>
        </w:rPr>
        <w:t>62</w:t>
      </w:r>
      <w:r w:rsidRPr="00E47C79">
        <w:rPr>
          <w:rFonts w:ascii="Book Antiqua" w:hAnsi="Book Antiqua"/>
          <w:lang w:val="es-PR"/>
        </w:rPr>
        <w:t>,</w:t>
      </w:r>
      <w:r w:rsidR="001D3CC1" w:rsidRPr="00E47C79">
        <w:rPr>
          <w:rFonts w:ascii="Book Antiqua" w:hAnsi="Book Antiqua"/>
          <w:lang w:val="es-PR"/>
        </w:rPr>
        <w:t>9</w:t>
      </w:r>
      <w:r w:rsidRPr="00E47C79">
        <w:rPr>
          <w:rFonts w:ascii="Book Antiqua" w:hAnsi="Book Antiqua"/>
          <w:lang w:val="es-PR"/>
        </w:rPr>
        <w:t xml:space="preserve">00.00  </w:t>
      </w:r>
    </w:p>
    <w:p w14:paraId="19BB04CC" w14:textId="21E82651" w:rsidR="00FB51A3" w:rsidRPr="00E47C79" w:rsidRDefault="00FB51A3" w:rsidP="007B793F">
      <w:pPr>
        <w:tabs>
          <w:tab w:val="decimal" w:pos="8280"/>
        </w:tabs>
        <w:rPr>
          <w:rFonts w:ascii="Book Antiqua" w:hAnsi="Book Antiqua"/>
          <w:lang w:val="es-ES"/>
        </w:rPr>
      </w:pPr>
      <w:r w:rsidRPr="00E47C79">
        <w:rPr>
          <w:rFonts w:ascii="Book Antiqua" w:hAnsi="Book Antiqua"/>
          <w:lang w:val="es-PR"/>
        </w:rPr>
        <w:t xml:space="preserve">359. Hogar El Camino a la </w:t>
      </w:r>
      <w:proofErr w:type="spellStart"/>
      <w:r w:rsidRPr="00E47C79">
        <w:rPr>
          <w:rFonts w:ascii="Book Antiqua" w:hAnsi="Book Antiqua"/>
          <w:lang w:val="es-PR"/>
        </w:rPr>
        <w:t>Salvacion</w:t>
      </w:r>
      <w:proofErr w:type="spellEnd"/>
      <w:r w:rsidRPr="00E47C79">
        <w:rPr>
          <w:rFonts w:ascii="Book Antiqua" w:hAnsi="Book Antiqua"/>
          <w:lang w:val="es-PR"/>
        </w:rPr>
        <w:t xml:space="preserve"> II, Inc.  </w:t>
      </w:r>
      <w:r w:rsidR="006864A6" w:rsidRPr="00E47C79">
        <w:rPr>
          <w:rFonts w:ascii="Book Antiqua" w:hAnsi="Book Antiqua"/>
          <w:lang w:val="es-PR"/>
        </w:rPr>
        <w:tab/>
      </w:r>
      <w:r w:rsidRPr="00E47C79">
        <w:rPr>
          <w:rFonts w:ascii="Book Antiqua" w:hAnsi="Book Antiqua"/>
          <w:lang w:val="es-ES"/>
        </w:rPr>
        <w:t xml:space="preserve">$40,000.00  </w:t>
      </w:r>
    </w:p>
    <w:p w14:paraId="36B3C979" w14:textId="6212BFE0"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360. Hogar Forjadores de </w:t>
      </w:r>
      <w:proofErr w:type="gramStart"/>
      <w:r w:rsidRPr="00E47C79">
        <w:rPr>
          <w:rFonts w:ascii="Book Antiqua" w:hAnsi="Book Antiqua"/>
          <w:lang w:val="es-PR"/>
        </w:rPr>
        <w:t xml:space="preserve">Esperanza  </w:t>
      </w:r>
      <w:r w:rsidR="006864A6" w:rsidRPr="00E47C79">
        <w:rPr>
          <w:rFonts w:ascii="Book Antiqua" w:hAnsi="Book Antiqua"/>
          <w:lang w:val="es-PR"/>
        </w:rPr>
        <w:tab/>
      </w:r>
      <w:proofErr w:type="gramEnd"/>
      <w:r w:rsidRPr="00E47C79">
        <w:rPr>
          <w:rFonts w:ascii="Book Antiqua" w:hAnsi="Book Antiqua"/>
          <w:lang w:val="es-PR"/>
        </w:rPr>
        <w:t xml:space="preserve">$15,000.00  </w:t>
      </w:r>
    </w:p>
    <w:p w14:paraId="2A44E5C0" w14:textId="0457D509" w:rsidR="00FB51A3" w:rsidRPr="00E47C79" w:rsidRDefault="00FB51A3" w:rsidP="007B793F">
      <w:pPr>
        <w:tabs>
          <w:tab w:val="decimal" w:pos="8280"/>
        </w:tabs>
        <w:rPr>
          <w:rFonts w:ascii="Book Antiqua" w:hAnsi="Book Antiqua"/>
          <w:lang w:val="es-ES"/>
        </w:rPr>
      </w:pPr>
      <w:r w:rsidRPr="00E47C79">
        <w:rPr>
          <w:rFonts w:ascii="Book Antiqua" w:hAnsi="Book Antiqua"/>
          <w:lang w:val="es-PR"/>
        </w:rPr>
        <w:t xml:space="preserve">361. Hogar Fortaleza del </w:t>
      </w:r>
      <w:proofErr w:type="spellStart"/>
      <w:r w:rsidRPr="00E47C79">
        <w:rPr>
          <w:rFonts w:ascii="Book Antiqua" w:hAnsi="Book Antiqua"/>
          <w:lang w:val="es-PR"/>
        </w:rPr>
        <w:t>Caido</w:t>
      </w:r>
      <w:proofErr w:type="spellEnd"/>
      <w:r w:rsidRPr="00E47C79">
        <w:rPr>
          <w:rFonts w:ascii="Book Antiqua" w:hAnsi="Book Antiqua"/>
          <w:lang w:val="es-PR"/>
        </w:rPr>
        <w:t xml:space="preserve">, Inc.  </w:t>
      </w:r>
      <w:r w:rsidR="006864A6" w:rsidRPr="00E47C79">
        <w:rPr>
          <w:rFonts w:ascii="Book Antiqua" w:hAnsi="Book Antiqua"/>
          <w:lang w:val="es-PR"/>
        </w:rPr>
        <w:tab/>
      </w:r>
      <w:r w:rsidRPr="00E47C79">
        <w:rPr>
          <w:rFonts w:ascii="Book Antiqua" w:hAnsi="Book Antiqua"/>
          <w:lang w:val="es-ES"/>
        </w:rPr>
        <w:t xml:space="preserve">$25,000.00  </w:t>
      </w:r>
    </w:p>
    <w:p w14:paraId="302EB278" w14:textId="389479E2" w:rsidR="00FB51A3" w:rsidRPr="00E47C79" w:rsidRDefault="00FB51A3" w:rsidP="007B793F">
      <w:pPr>
        <w:tabs>
          <w:tab w:val="decimal" w:pos="8280"/>
        </w:tabs>
        <w:rPr>
          <w:rFonts w:ascii="Book Antiqua" w:hAnsi="Book Antiqua"/>
          <w:lang w:val="es-ES"/>
        </w:rPr>
      </w:pPr>
      <w:r w:rsidRPr="00E47C79">
        <w:rPr>
          <w:rFonts w:ascii="Book Antiqua" w:hAnsi="Book Antiqua"/>
          <w:lang w:val="es-PR"/>
        </w:rPr>
        <w:t xml:space="preserve">362. Hogar Hermandad de Oro, Corp.  </w:t>
      </w:r>
      <w:r w:rsidR="006864A6" w:rsidRPr="00E47C79">
        <w:rPr>
          <w:rFonts w:ascii="Book Antiqua" w:hAnsi="Book Antiqua"/>
          <w:lang w:val="es-PR"/>
        </w:rPr>
        <w:tab/>
      </w:r>
      <w:r w:rsidRPr="00E47C79">
        <w:rPr>
          <w:rFonts w:ascii="Book Antiqua" w:hAnsi="Book Antiqua"/>
          <w:lang w:val="es-ES"/>
        </w:rPr>
        <w:t xml:space="preserve">$20,000.00  </w:t>
      </w:r>
    </w:p>
    <w:p w14:paraId="0A817685" w14:textId="3AD20A69"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363. Hogar Infantil Jesús </w:t>
      </w:r>
      <w:proofErr w:type="gramStart"/>
      <w:r w:rsidRPr="00E47C79">
        <w:rPr>
          <w:rFonts w:ascii="Book Antiqua" w:hAnsi="Book Antiqua"/>
          <w:lang w:val="es-ES"/>
        </w:rPr>
        <w:t xml:space="preserve">Nazareno  </w:t>
      </w:r>
      <w:r w:rsidR="006864A6" w:rsidRPr="00E47C79">
        <w:rPr>
          <w:rFonts w:ascii="Book Antiqua" w:hAnsi="Book Antiqua"/>
          <w:lang w:val="es-ES"/>
        </w:rPr>
        <w:tab/>
      </w:r>
      <w:proofErr w:type="gramEnd"/>
      <w:r w:rsidRPr="00E47C79">
        <w:rPr>
          <w:rFonts w:ascii="Book Antiqua" w:hAnsi="Book Antiqua"/>
          <w:lang w:val="es-ES"/>
        </w:rPr>
        <w:t xml:space="preserve">$15,000.00  </w:t>
      </w:r>
    </w:p>
    <w:p w14:paraId="23AC8663" w14:textId="3314B51C" w:rsidR="00FB51A3" w:rsidRPr="00E47C79" w:rsidRDefault="00FB51A3" w:rsidP="007B793F">
      <w:pPr>
        <w:tabs>
          <w:tab w:val="decimal" w:pos="8280"/>
        </w:tabs>
        <w:rPr>
          <w:rFonts w:ascii="Book Antiqua" w:hAnsi="Book Antiqua"/>
          <w:lang w:val="es-ES"/>
        </w:rPr>
      </w:pPr>
      <w:r w:rsidRPr="00E47C79">
        <w:rPr>
          <w:rFonts w:ascii="Book Antiqua" w:hAnsi="Book Antiqua"/>
          <w:lang w:val="es-PR"/>
        </w:rPr>
        <w:t xml:space="preserve">364. Hogar Infantil Santa Teresita del Niño Jesús, Inc.  </w:t>
      </w:r>
      <w:r w:rsidR="006864A6" w:rsidRPr="00E47C79">
        <w:rPr>
          <w:rFonts w:ascii="Book Antiqua" w:hAnsi="Book Antiqua"/>
          <w:lang w:val="es-PR"/>
        </w:rPr>
        <w:tab/>
      </w:r>
      <w:r w:rsidRPr="00E47C79">
        <w:rPr>
          <w:rFonts w:ascii="Book Antiqua" w:hAnsi="Book Antiqua"/>
          <w:lang w:val="es-ES"/>
        </w:rPr>
        <w:t xml:space="preserve">$40,000.00  </w:t>
      </w:r>
    </w:p>
    <w:p w14:paraId="2CAC550A" w14:textId="6588592D"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lastRenderedPageBreak/>
        <w:t xml:space="preserve">365. Hogar La Misericordia, Inc. </w:t>
      </w:r>
      <w:r w:rsidR="006864A6" w:rsidRPr="00E47C79">
        <w:rPr>
          <w:rFonts w:ascii="Book Antiqua" w:hAnsi="Book Antiqua"/>
          <w:lang w:val="es-ES"/>
        </w:rPr>
        <w:tab/>
      </w:r>
      <w:r w:rsidRPr="00E47C79">
        <w:rPr>
          <w:rFonts w:ascii="Book Antiqua" w:hAnsi="Book Antiqua"/>
          <w:lang w:val="es-ES"/>
        </w:rPr>
        <w:t xml:space="preserve">$10,000.00  </w:t>
      </w:r>
    </w:p>
    <w:p w14:paraId="6A4728A3" w14:textId="66D988EB"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366. Hogar Mis Primeros Pasos, Inc. </w:t>
      </w:r>
      <w:r w:rsidR="006864A6" w:rsidRPr="00E47C79">
        <w:rPr>
          <w:rFonts w:ascii="Book Antiqua" w:hAnsi="Book Antiqua"/>
          <w:lang w:val="es-ES"/>
        </w:rPr>
        <w:tab/>
      </w:r>
      <w:r w:rsidRPr="00E47C79">
        <w:rPr>
          <w:rFonts w:ascii="Book Antiqua" w:hAnsi="Book Antiqua"/>
          <w:lang w:val="es-ES"/>
        </w:rPr>
        <w:t xml:space="preserve">$50,000.00  </w:t>
      </w:r>
    </w:p>
    <w:p w14:paraId="46EEE469" w14:textId="42668C9E"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367. Hogar Nueva </w:t>
      </w:r>
      <w:proofErr w:type="gramStart"/>
      <w:r w:rsidRPr="00E47C79">
        <w:rPr>
          <w:rFonts w:ascii="Book Antiqua" w:hAnsi="Book Antiqua"/>
          <w:lang w:val="es-ES"/>
        </w:rPr>
        <w:t xml:space="preserve">Mujer  </w:t>
      </w:r>
      <w:r w:rsidR="006864A6" w:rsidRPr="00E47C79">
        <w:rPr>
          <w:rFonts w:ascii="Book Antiqua" w:hAnsi="Book Antiqua"/>
          <w:lang w:val="es-ES"/>
        </w:rPr>
        <w:tab/>
      </w:r>
      <w:proofErr w:type="gramEnd"/>
      <w:r w:rsidRPr="00E47C79">
        <w:rPr>
          <w:rFonts w:ascii="Book Antiqua" w:hAnsi="Book Antiqua"/>
          <w:lang w:val="es-ES"/>
        </w:rPr>
        <w:t xml:space="preserve">$30,000.00  </w:t>
      </w:r>
    </w:p>
    <w:p w14:paraId="55BD58E6" w14:textId="732D5CCA"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368. Hogar Padre </w:t>
      </w:r>
      <w:proofErr w:type="spellStart"/>
      <w:r w:rsidRPr="00E47C79">
        <w:rPr>
          <w:rFonts w:ascii="Book Antiqua" w:hAnsi="Book Antiqua"/>
          <w:lang w:val="es-ES"/>
        </w:rPr>
        <w:t>Venard</w:t>
      </w:r>
      <w:proofErr w:type="spellEnd"/>
      <w:r w:rsidRPr="00E47C79">
        <w:rPr>
          <w:rFonts w:ascii="Book Antiqua" w:hAnsi="Book Antiqua"/>
          <w:lang w:val="es-ES"/>
        </w:rPr>
        <w:t xml:space="preserve">, Inc. </w:t>
      </w:r>
      <w:r w:rsidR="006864A6" w:rsidRPr="00E47C79">
        <w:rPr>
          <w:rFonts w:ascii="Book Antiqua" w:hAnsi="Book Antiqua"/>
          <w:lang w:val="es-ES"/>
        </w:rPr>
        <w:tab/>
      </w:r>
      <w:r w:rsidRPr="00E47C79">
        <w:rPr>
          <w:rFonts w:ascii="Book Antiqua" w:hAnsi="Book Antiqua"/>
          <w:lang w:val="es-ES"/>
        </w:rPr>
        <w:t xml:space="preserve"> $100,000.00  </w:t>
      </w:r>
    </w:p>
    <w:p w14:paraId="5C0857B4" w14:textId="2E4DB7F5"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369. Hogar Paz de Cristo, Inc. </w:t>
      </w:r>
      <w:r w:rsidR="006864A6" w:rsidRPr="00E47C79">
        <w:rPr>
          <w:rFonts w:ascii="Book Antiqua" w:hAnsi="Book Antiqua"/>
          <w:lang w:val="es-ES"/>
        </w:rPr>
        <w:tab/>
      </w:r>
      <w:r w:rsidRPr="00E47C79">
        <w:rPr>
          <w:rFonts w:ascii="Book Antiqua" w:hAnsi="Book Antiqua"/>
          <w:lang w:val="es-ES"/>
        </w:rPr>
        <w:t xml:space="preserve"> $10,000.00  </w:t>
      </w:r>
    </w:p>
    <w:p w14:paraId="471980A9" w14:textId="7696EE2B"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370. Hogar Ruth para Mujeres Maltratadas, Inc. </w:t>
      </w:r>
      <w:r w:rsidR="006864A6" w:rsidRPr="00E47C79">
        <w:rPr>
          <w:rFonts w:ascii="Book Antiqua" w:hAnsi="Book Antiqua"/>
          <w:lang w:val="es-ES"/>
        </w:rPr>
        <w:tab/>
      </w:r>
      <w:r w:rsidRPr="00E47C79">
        <w:rPr>
          <w:rFonts w:ascii="Book Antiqua" w:hAnsi="Book Antiqua"/>
          <w:lang w:val="es-ES"/>
        </w:rPr>
        <w:t xml:space="preserve"> $300,000.00  </w:t>
      </w:r>
    </w:p>
    <w:p w14:paraId="3869BF4B" w14:textId="27D43B33"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371. Hogar Santísima </w:t>
      </w:r>
      <w:proofErr w:type="gramStart"/>
      <w:r w:rsidRPr="00E47C79">
        <w:rPr>
          <w:rFonts w:ascii="Book Antiqua" w:hAnsi="Book Antiqua"/>
          <w:lang w:val="es-PR"/>
        </w:rPr>
        <w:t xml:space="preserve">Trinidad  </w:t>
      </w:r>
      <w:r w:rsidR="006864A6" w:rsidRPr="00E47C79">
        <w:rPr>
          <w:rFonts w:ascii="Book Antiqua" w:hAnsi="Book Antiqua"/>
          <w:lang w:val="es-PR"/>
        </w:rPr>
        <w:tab/>
      </w:r>
      <w:proofErr w:type="gramEnd"/>
      <w:r w:rsidRPr="00E47C79">
        <w:rPr>
          <w:rFonts w:ascii="Book Antiqua" w:hAnsi="Book Antiqua"/>
          <w:lang w:val="es-PR"/>
        </w:rPr>
        <w:t xml:space="preserve">$25,000.00  </w:t>
      </w:r>
    </w:p>
    <w:p w14:paraId="4BDC694D" w14:textId="13EFE700" w:rsidR="00FB51A3" w:rsidRPr="00E47C79" w:rsidRDefault="00FB51A3" w:rsidP="007B793F">
      <w:pPr>
        <w:tabs>
          <w:tab w:val="decimal" w:pos="8280"/>
        </w:tabs>
        <w:rPr>
          <w:rFonts w:ascii="Book Antiqua" w:hAnsi="Book Antiqua"/>
          <w:lang w:val="es-ES"/>
        </w:rPr>
      </w:pPr>
      <w:r w:rsidRPr="00E47C79">
        <w:rPr>
          <w:rFonts w:ascii="Book Antiqua" w:hAnsi="Book Antiqua"/>
          <w:lang w:val="es-PR"/>
        </w:rPr>
        <w:t xml:space="preserve">372. Hogar Sustituto Rosanna Corp.  </w:t>
      </w:r>
      <w:r w:rsidR="006864A6" w:rsidRPr="00E47C79">
        <w:rPr>
          <w:rFonts w:ascii="Book Antiqua" w:hAnsi="Book Antiqua"/>
          <w:lang w:val="es-PR"/>
        </w:rPr>
        <w:tab/>
      </w:r>
      <w:r w:rsidRPr="00E47C79">
        <w:rPr>
          <w:rFonts w:ascii="Book Antiqua" w:hAnsi="Book Antiqua"/>
          <w:lang w:val="es-ES"/>
        </w:rPr>
        <w:t xml:space="preserve">$30,000.00  </w:t>
      </w:r>
    </w:p>
    <w:p w14:paraId="61C08CA2" w14:textId="757DABCF"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373. Hogar Teresa </w:t>
      </w:r>
      <w:proofErr w:type="gramStart"/>
      <w:r w:rsidRPr="00E47C79">
        <w:rPr>
          <w:rFonts w:ascii="Book Antiqua" w:hAnsi="Book Antiqua"/>
          <w:lang w:val="es-ES"/>
        </w:rPr>
        <w:t xml:space="preserve">Toda  </w:t>
      </w:r>
      <w:r w:rsidR="006864A6" w:rsidRPr="00E47C79">
        <w:rPr>
          <w:rFonts w:ascii="Book Antiqua" w:hAnsi="Book Antiqua"/>
          <w:lang w:val="es-ES"/>
        </w:rPr>
        <w:tab/>
      </w:r>
      <w:proofErr w:type="gramEnd"/>
      <w:r w:rsidRPr="00E47C79">
        <w:rPr>
          <w:rFonts w:ascii="Book Antiqua" w:hAnsi="Book Antiqua"/>
          <w:lang w:val="es-ES"/>
        </w:rPr>
        <w:t xml:space="preserve">$29,000.00  </w:t>
      </w:r>
    </w:p>
    <w:p w14:paraId="32DFFEA4" w14:textId="1F71AD34"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374. Hogar Un Nuevo Camino, Inc. </w:t>
      </w:r>
      <w:r w:rsidR="006864A6" w:rsidRPr="00E47C79">
        <w:rPr>
          <w:rFonts w:ascii="Book Antiqua" w:hAnsi="Book Antiqua"/>
          <w:lang w:val="es-ES"/>
        </w:rPr>
        <w:tab/>
      </w:r>
      <w:r w:rsidRPr="00E47C79">
        <w:rPr>
          <w:rFonts w:ascii="Book Antiqua" w:hAnsi="Book Antiqua"/>
          <w:lang w:val="es-ES"/>
        </w:rPr>
        <w:t xml:space="preserve">$10,000.00  </w:t>
      </w:r>
    </w:p>
    <w:p w14:paraId="5638A09C" w14:textId="670E6826"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375. Hogares Rafaela Ybarra, Inc.  </w:t>
      </w:r>
      <w:r w:rsidR="006864A6" w:rsidRPr="00E47C79">
        <w:rPr>
          <w:rFonts w:ascii="Book Antiqua" w:hAnsi="Book Antiqua"/>
          <w:lang w:val="es-ES"/>
        </w:rPr>
        <w:tab/>
      </w:r>
      <w:r w:rsidRPr="00E47C79">
        <w:rPr>
          <w:rFonts w:ascii="Book Antiqua" w:hAnsi="Book Antiqua"/>
          <w:lang w:val="es-ES"/>
        </w:rPr>
        <w:t xml:space="preserve">$170,000.00  </w:t>
      </w:r>
    </w:p>
    <w:p w14:paraId="55766201" w14:textId="2EBE65DA" w:rsidR="00FB51A3" w:rsidRPr="00684E5B" w:rsidRDefault="00FB51A3" w:rsidP="007B793F">
      <w:pPr>
        <w:tabs>
          <w:tab w:val="decimal" w:pos="8280"/>
        </w:tabs>
        <w:rPr>
          <w:rFonts w:ascii="Book Antiqua" w:hAnsi="Book Antiqua"/>
        </w:rPr>
      </w:pPr>
      <w:r w:rsidRPr="00E47C79">
        <w:rPr>
          <w:rFonts w:ascii="Book Antiqua" w:hAnsi="Book Antiqua"/>
          <w:lang w:val="es-ES"/>
        </w:rPr>
        <w:t xml:space="preserve">376. Hospicio La Guadalupe, Inc.  </w:t>
      </w:r>
      <w:r w:rsidR="006864A6" w:rsidRPr="00E47C79">
        <w:rPr>
          <w:rFonts w:ascii="Book Antiqua" w:hAnsi="Book Antiqua"/>
          <w:lang w:val="es-ES"/>
        </w:rPr>
        <w:tab/>
      </w:r>
      <w:r w:rsidRPr="00684E5B">
        <w:rPr>
          <w:rFonts w:ascii="Book Antiqua" w:hAnsi="Book Antiqua"/>
        </w:rPr>
        <w:t xml:space="preserve">$10,000.00  </w:t>
      </w:r>
    </w:p>
    <w:p w14:paraId="399A9854" w14:textId="59563330" w:rsidR="00FB51A3" w:rsidRPr="00684E5B" w:rsidRDefault="00FB51A3" w:rsidP="007B793F">
      <w:pPr>
        <w:tabs>
          <w:tab w:val="decimal" w:pos="8280"/>
        </w:tabs>
        <w:rPr>
          <w:rFonts w:ascii="Book Antiqua" w:hAnsi="Book Antiqua"/>
        </w:rPr>
      </w:pPr>
      <w:r w:rsidRPr="00684E5B">
        <w:rPr>
          <w:rFonts w:ascii="Book Antiqua" w:hAnsi="Book Antiqua"/>
        </w:rPr>
        <w:t xml:space="preserve">377. ICS Research Institute, Inc.  </w:t>
      </w:r>
      <w:r w:rsidR="006864A6" w:rsidRPr="00684E5B">
        <w:rPr>
          <w:rFonts w:ascii="Book Antiqua" w:hAnsi="Book Antiqua"/>
        </w:rPr>
        <w:tab/>
      </w:r>
      <w:r w:rsidRPr="00684E5B">
        <w:rPr>
          <w:rFonts w:ascii="Book Antiqua" w:hAnsi="Book Antiqua"/>
        </w:rPr>
        <w:t xml:space="preserve">$3,000.00  </w:t>
      </w:r>
    </w:p>
    <w:p w14:paraId="7AD2B1CB" w14:textId="5AF68DDB" w:rsidR="00FB51A3" w:rsidRPr="00684E5B" w:rsidRDefault="00FB51A3" w:rsidP="007B793F">
      <w:pPr>
        <w:tabs>
          <w:tab w:val="decimal" w:pos="8280"/>
        </w:tabs>
        <w:rPr>
          <w:rFonts w:ascii="Book Antiqua" w:hAnsi="Book Antiqua"/>
        </w:rPr>
      </w:pPr>
      <w:r w:rsidRPr="00684E5B">
        <w:rPr>
          <w:rFonts w:ascii="Book Antiqua" w:hAnsi="Book Antiqua"/>
        </w:rPr>
        <w:t xml:space="preserve">378. Id Shaliah </w:t>
      </w:r>
      <w:proofErr w:type="gramStart"/>
      <w:r w:rsidRPr="00684E5B">
        <w:rPr>
          <w:rFonts w:ascii="Book Antiqua" w:hAnsi="Book Antiqua"/>
        </w:rPr>
        <w:t xml:space="preserve">Inc  </w:t>
      </w:r>
      <w:r w:rsidR="006864A6" w:rsidRPr="00684E5B">
        <w:rPr>
          <w:rFonts w:ascii="Book Antiqua" w:hAnsi="Book Antiqua"/>
        </w:rPr>
        <w:tab/>
      </w:r>
      <w:proofErr w:type="gramEnd"/>
      <w:r w:rsidRPr="00684E5B">
        <w:rPr>
          <w:rFonts w:ascii="Book Antiqua" w:hAnsi="Book Antiqua"/>
        </w:rPr>
        <w:t xml:space="preserve">$3,000.00  </w:t>
      </w:r>
    </w:p>
    <w:p w14:paraId="7FFBAC6F" w14:textId="672A6A12"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379. Iglesia Bautista Bethel Proyecto Miel </w:t>
      </w:r>
      <w:r w:rsidR="006864A6" w:rsidRPr="00E47C79">
        <w:rPr>
          <w:rFonts w:ascii="Book Antiqua" w:hAnsi="Book Antiqua"/>
          <w:lang w:val="es-ES"/>
        </w:rPr>
        <w:tab/>
      </w:r>
      <w:r w:rsidRPr="00E47C79">
        <w:rPr>
          <w:rFonts w:ascii="Book Antiqua" w:hAnsi="Book Antiqua"/>
          <w:lang w:val="es-ES"/>
        </w:rPr>
        <w:t xml:space="preserve">$4,000.00  </w:t>
      </w:r>
    </w:p>
    <w:p w14:paraId="7513098B" w14:textId="25CAA8E5"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380. Iglesia Caridad, Inc. </w:t>
      </w:r>
      <w:r w:rsidR="006864A6" w:rsidRPr="00E47C79">
        <w:rPr>
          <w:rFonts w:ascii="Book Antiqua" w:hAnsi="Book Antiqua"/>
          <w:lang w:val="es-ES"/>
        </w:rPr>
        <w:tab/>
      </w:r>
      <w:r w:rsidRPr="00E47C79">
        <w:rPr>
          <w:rFonts w:ascii="Book Antiqua" w:hAnsi="Book Antiqua"/>
          <w:lang w:val="es-ES"/>
        </w:rPr>
        <w:t xml:space="preserve">$3,000.00  </w:t>
      </w:r>
    </w:p>
    <w:p w14:paraId="766216FF" w14:textId="19DBB812" w:rsidR="00FB51A3" w:rsidRPr="00E47C79" w:rsidRDefault="00FB51A3" w:rsidP="007B793F">
      <w:pPr>
        <w:tabs>
          <w:tab w:val="decimal" w:pos="8280"/>
        </w:tabs>
        <w:rPr>
          <w:rFonts w:ascii="Book Antiqua" w:hAnsi="Book Antiqua"/>
          <w:lang w:val="es-ES"/>
        </w:rPr>
      </w:pPr>
      <w:r w:rsidRPr="00E47C79">
        <w:rPr>
          <w:rFonts w:ascii="Book Antiqua" w:hAnsi="Book Antiqua"/>
          <w:lang w:val="es-ES"/>
        </w:rPr>
        <w:t xml:space="preserve">381. Iglesia Casa de Refugio en Medio de la Tempestad </w:t>
      </w:r>
      <w:proofErr w:type="spellStart"/>
      <w:r w:rsidRPr="00E47C79">
        <w:rPr>
          <w:rFonts w:ascii="Book Antiqua" w:hAnsi="Book Antiqua"/>
          <w:lang w:val="es-ES"/>
        </w:rPr>
        <w:t>Inc</w:t>
      </w:r>
      <w:proofErr w:type="spellEnd"/>
      <w:r w:rsidRPr="00E47C79">
        <w:rPr>
          <w:rFonts w:ascii="Book Antiqua" w:hAnsi="Book Antiqua"/>
          <w:lang w:val="es-ES"/>
        </w:rPr>
        <w:t xml:space="preserve"> </w:t>
      </w:r>
      <w:r w:rsidR="006864A6" w:rsidRPr="00E47C79">
        <w:rPr>
          <w:rFonts w:ascii="Book Antiqua" w:hAnsi="Book Antiqua"/>
          <w:lang w:val="es-ES"/>
        </w:rPr>
        <w:tab/>
      </w:r>
      <w:r w:rsidRPr="00E47C79">
        <w:rPr>
          <w:rFonts w:ascii="Book Antiqua" w:hAnsi="Book Antiqua"/>
          <w:lang w:val="es-ES"/>
        </w:rPr>
        <w:t xml:space="preserve">$3,000.00  </w:t>
      </w:r>
    </w:p>
    <w:p w14:paraId="2C193E6E" w14:textId="1D313BC5"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382. Iglesia Cristiana En las Alas del </w:t>
      </w:r>
      <w:proofErr w:type="gramStart"/>
      <w:r w:rsidRPr="00E47C79">
        <w:rPr>
          <w:rFonts w:ascii="Book Antiqua" w:hAnsi="Book Antiqua"/>
          <w:lang w:val="es-PR"/>
        </w:rPr>
        <w:t xml:space="preserve">Amor  </w:t>
      </w:r>
      <w:r w:rsidR="006864A6" w:rsidRPr="00E47C79">
        <w:rPr>
          <w:rFonts w:ascii="Book Antiqua" w:hAnsi="Book Antiqua"/>
          <w:lang w:val="es-PR"/>
        </w:rPr>
        <w:tab/>
      </w:r>
      <w:proofErr w:type="gramEnd"/>
      <w:r w:rsidRPr="00E47C79">
        <w:rPr>
          <w:rFonts w:ascii="Book Antiqua" w:hAnsi="Book Antiqua"/>
          <w:lang w:val="es-PR"/>
        </w:rPr>
        <w:t xml:space="preserve">$3,000.00  </w:t>
      </w:r>
    </w:p>
    <w:p w14:paraId="5F7CDD4C" w14:textId="4AF12B98"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383. Iglesia Cristiana Pentecostal Camino de Santidad, Inc. </w:t>
      </w:r>
      <w:r w:rsidR="006864A6" w:rsidRPr="00E47C79">
        <w:rPr>
          <w:rFonts w:ascii="Book Antiqua" w:hAnsi="Book Antiqua"/>
          <w:lang w:val="es-PR"/>
        </w:rPr>
        <w:tab/>
      </w:r>
      <w:r w:rsidRPr="00E47C79">
        <w:rPr>
          <w:rFonts w:ascii="Book Antiqua" w:hAnsi="Book Antiqua"/>
          <w:lang w:val="es-PR"/>
        </w:rPr>
        <w:t xml:space="preserve">$10,000.00  </w:t>
      </w:r>
    </w:p>
    <w:p w14:paraId="5442968F" w14:textId="0902C94C"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384. Iglesia Evangélica Emmanuel / Fundación </w:t>
      </w:r>
      <w:proofErr w:type="gramStart"/>
      <w:r w:rsidRPr="00E47C79">
        <w:rPr>
          <w:rFonts w:ascii="Book Antiqua" w:hAnsi="Book Antiqua"/>
          <w:lang w:val="es-PR"/>
        </w:rPr>
        <w:t xml:space="preserve">Emmanuel  </w:t>
      </w:r>
      <w:r w:rsidR="006864A6" w:rsidRPr="00E47C79">
        <w:rPr>
          <w:rFonts w:ascii="Book Antiqua" w:hAnsi="Book Antiqua"/>
          <w:lang w:val="es-PR"/>
        </w:rPr>
        <w:tab/>
      </w:r>
      <w:proofErr w:type="gramEnd"/>
      <w:r w:rsidRPr="00E47C79">
        <w:rPr>
          <w:rFonts w:ascii="Book Antiqua" w:hAnsi="Book Antiqua"/>
          <w:lang w:val="es-PR"/>
        </w:rPr>
        <w:t xml:space="preserve">$3,000.00  </w:t>
      </w:r>
    </w:p>
    <w:p w14:paraId="1996BFA6" w14:textId="21224EE5"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385. Iglesia Evangélica Luterana Santísima Trinidad, Inc.  </w:t>
      </w:r>
      <w:r w:rsidR="006864A6" w:rsidRPr="00E47C79">
        <w:rPr>
          <w:rFonts w:ascii="Book Antiqua" w:hAnsi="Book Antiqua"/>
          <w:lang w:val="es-PR"/>
        </w:rPr>
        <w:tab/>
      </w:r>
      <w:r w:rsidRPr="00E47C79">
        <w:rPr>
          <w:rFonts w:ascii="Book Antiqua" w:hAnsi="Book Antiqua"/>
          <w:lang w:val="es-PR"/>
        </w:rPr>
        <w:t xml:space="preserve">$3,000.00  </w:t>
      </w:r>
    </w:p>
    <w:p w14:paraId="4742F2A9" w14:textId="3C397784"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386. Impacto Artístico </w:t>
      </w:r>
      <w:proofErr w:type="gramStart"/>
      <w:r w:rsidRPr="00E47C79">
        <w:rPr>
          <w:rFonts w:ascii="Book Antiqua" w:hAnsi="Book Antiqua"/>
          <w:lang w:val="es-PR"/>
        </w:rPr>
        <w:t xml:space="preserve">Estudiantil  </w:t>
      </w:r>
      <w:r w:rsidR="006864A6" w:rsidRPr="00E47C79">
        <w:rPr>
          <w:rFonts w:ascii="Book Antiqua" w:hAnsi="Book Antiqua"/>
          <w:lang w:val="es-PR"/>
        </w:rPr>
        <w:tab/>
      </w:r>
      <w:proofErr w:type="gramEnd"/>
      <w:r w:rsidRPr="00E47C79">
        <w:rPr>
          <w:rFonts w:ascii="Book Antiqua" w:hAnsi="Book Antiqua"/>
          <w:lang w:val="es-PR"/>
        </w:rPr>
        <w:t xml:space="preserve">$6,000.00  </w:t>
      </w:r>
    </w:p>
    <w:p w14:paraId="6E640F70" w14:textId="03AAD202"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387. Ingenio Educativo Corp.  </w:t>
      </w:r>
      <w:r w:rsidR="006864A6" w:rsidRPr="00E47C79">
        <w:rPr>
          <w:rFonts w:ascii="Book Antiqua" w:hAnsi="Book Antiqua"/>
          <w:lang w:val="es-PR"/>
        </w:rPr>
        <w:tab/>
      </w:r>
      <w:r w:rsidRPr="00E47C79">
        <w:rPr>
          <w:rFonts w:ascii="Book Antiqua" w:hAnsi="Book Antiqua"/>
          <w:lang w:val="es-PR"/>
        </w:rPr>
        <w:t xml:space="preserve">$3,000.00  </w:t>
      </w:r>
    </w:p>
    <w:p w14:paraId="0FB137EC" w14:textId="4B473C0A"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388. Iniciativa Comunitaria Campo Alegre, Inc.  </w:t>
      </w:r>
      <w:r w:rsidR="006864A6" w:rsidRPr="00E47C79">
        <w:rPr>
          <w:rFonts w:ascii="Book Antiqua" w:hAnsi="Book Antiqua"/>
          <w:lang w:val="es-PR"/>
        </w:rPr>
        <w:tab/>
      </w:r>
      <w:r w:rsidRPr="00E47C79">
        <w:rPr>
          <w:rFonts w:ascii="Book Antiqua" w:hAnsi="Book Antiqua"/>
          <w:lang w:val="es-PR"/>
        </w:rPr>
        <w:t xml:space="preserve">$3,000.00  </w:t>
      </w:r>
    </w:p>
    <w:p w14:paraId="1CBB1282" w14:textId="06D73702" w:rsidR="00FB51A3" w:rsidRPr="00E47C79" w:rsidRDefault="00FB51A3" w:rsidP="007B793F">
      <w:pPr>
        <w:tabs>
          <w:tab w:val="decimal" w:pos="8280"/>
        </w:tabs>
        <w:rPr>
          <w:rFonts w:ascii="Book Antiqua" w:hAnsi="Book Antiqua"/>
          <w:lang w:val="es-PR"/>
        </w:rPr>
      </w:pPr>
      <w:r w:rsidRPr="00E47C79">
        <w:rPr>
          <w:rFonts w:ascii="Book Antiqua" w:hAnsi="Book Antiqua"/>
          <w:lang w:val="es-PR"/>
        </w:rPr>
        <w:t xml:space="preserve">389. Iniciativa Comunitaria de </w:t>
      </w:r>
      <w:proofErr w:type="gramStart"/>
      <w:r w:rsidRPr="00E47C79">
        <w:rPr>
          <w:rFonts w:ascii="Book Antiqua" w:hAnsi="Book Antiqua"/>
          <w:lang w:val="es-PR"/>
        </w:rPr>
        <w:t xml:space="preserve">Arecibo  </w:t>
      </w:r>
      <w:r w:rsidR="006864A6" w:rsidRPr="00E47C79">
        <w:rPr>
          <w:rFonts w:ascii="Book Antiqua" w:hAnsi="Book Antiqua"/>
          <w:lang w:val="es-PR"/>
        </w:rPr>
        <w:tab/>
      </w:r>
      <w:proofErr w:type="gramEnd"/>
      <w:r w:rsidRPr="00E47C79">
        <w:rPr>
          <w:rFonts w:ascii="Book Antiqua" w:hAnsi="Book Antiqua"/>
          <w:lang w:val="es-PR"/>
        </w:rPr>
        <w:t xml:space="preserve">$10,000.00  </w:t>
      </w:r>
    </w:p>
    <w:p w14:paraId="5FCB1D18" w14:textId="0966065F" w:rsidR="003659B9" w:rsidRPr="00684E5B" w:rsidRDefault="003659B9" w:rsidP="007B793F">
      <w:pPr>
        <w:tabs>
          <w:tab w:val="decimal" w:pos="8280"/>
        </w:tabs>
        <w:rPr>
          <w:rFonts w:ascii="Book Antiqua" w:hAnsi="Book Antiqua"/>
        </w:rPr>
      </w:pPr>
      <w:r w:rsidRPr="00E47C79">
        <w:rPr>
          <w:rFonts w:ascii="Book Antiqua" w:hAnsi="Book Antiqua"/>
          <w:lang w:val="es-PR"/>
        </w:rPr>
        <w:t xml:space="preserve">390. Iniciativa Comunitaria de Investigación, Inc. </w:t>
      </w:r>
      <w:r w:rsidR="006864A6" w:rsidRPr="00E47C79">
        <w:rPr>
          <w:rFonts w:ascii="Book Antiqua" w:hAnsi="Book Antiqua"/>
          <w:lang w:val="es-PR"/>
        </w:rPr>
        <w:tab/>
      </w:r>
      <w:r w:rsidRPr="00E47C79">
        <w:rPr>
          <w:rFonts w:ascii="Book Antiqua" w:hAnsi="Book Antiqua"/>
          <w:lang w:val="es-PR"/>
        </w:rPr>
        <w:t xml:space="preserve"> </w:t>
      </w:r>
      <w:r w:rsidRPr="00684E5B">
        <w:rPr>
          <w:rFonts w:ascii="Book Antiqua" w:hAnsi="Book Antiqua"/>
        </w:rPr>
        <w:t xml:space="preserve">$14,250.00  </w:t>
      </w:r>
    </w:p>
    <w:p w14:paraId="55EBFB02" w14:textId="77777777" w:rsidR="006864A6" w:rsidRPr="00684E5B" w:rsidRDefault="003659B9" w:rsidP="007B793F">
      <w:pPr>
        <w:tabs>
          <w:tab w:val="decimal" w:pos="8280"/>
        </w:tabs>
        <w:rPr>
          <w:rFonts w:ascii="Book Antiqua" w:hAnsi="Book Antiqua"/>
        </w:rPr>
      </w:pPr>
      <w:r w:rsidRPr="00684E5B">
        <w:rPr>
          <w:rFonts w:ascii="Book Antiqua" w:hAnsi="Book Antiqua"/>
        </w:rPr>
        <w:lastRenderedPageBreak/>
        <w:t xml:space="preserve">391. Institute for Individual Group and Organizational </w:t>
      </w:r>
    </w:p>
    <w:p w14:paraId="0E27FD5C" w14:textId="2023CE6A" w:rsidR="003659B9" w:rsidRPr="00E47C79" w:rsidRDefault="003659B9" w:rsidP="007B793F">
      <w:pPr>
        <w:tabs>
          <w:tab w:val="decimal" w:pos="8280"/>
        </w:tabs>
        <w:rPr>
          <w:rFonts w:ascii="Book Antiqua" w:hAnsi="Book Antiqua"/>
          <w:lang w:val="es-ES"/>
        </w:rPr>
      </w:pPr>
      <w:proofErr w:type="spellStart"/>
      <w:r w:rsidRPr="00E47C79">
        <w:rPr>
          <w:rFonts w:ascii="Book Antiqua" w:hAnsi="Book Antiqua"/>
          <w:lang w:val="es-PR"/>
        </w:rPr>
        <w:t>Development</w:t>
      </w:r>
      <w:proofErr w:type="spellEnd"/>
      <w:r w:rsidRPr="00E47C79">
        <w:rPr>
          <w:rFonts w:ascii="Book Antiqua" w:hAnsi="Book Antiqua"/>
          <w:lang w:val="es-PR"/>
        </w:rPr>
        <w:t xml:space="preserve">, Inc. </w:t>
      </w:r>
      <w:r w:rsidR="006864A6" w:rsidRPr="00E47C79">
        <w:rPr>
          <w:rFonts w:ascii="Book Antiqua" w:hAnsi="Book Antiqua"/>
          <w:lang w:val="es-PR"/>
        </w:rPr>
        <w:tab/>
      </w:r>
      <w:r w:rsidRPr="00E47C79">
        <w:rPr>
          <w:rFonts w:ascii="Book Antiqua" w:hAnsi="Book Antiqua"/>
          <w:lang w:val="es-ES"/>
        </w:rPr>
        <w:t xml:space="preserve">$3,000.00  </w:t>
      </w:r>
    </w:p>
    <w:p w14:paraId="2F2F6B85" w14:textId="18B271D5" w:rsidR="003659B9" w:rsidRPr="00E47C79" w:rsidRDefault="003659B9" w:rsidP="007B793F">
      <w:pPr>
        <w:tabs>
          <w:tab w:val="decimal" w:pos="8280"/>
        </w:tabs>
        <w:rPr>
          <w:rFonts w:ascii="Book Antiqua" w:hAnsi="Book Antiqua"/>
          <w:lang w:val="es-ES"/>
        </w:rPr>
      </w:pPr>
      <w:r w:rsidRPr="00E47C79">
        <w:rPr>
          <w:rFonts w:ascii="Book Antiqua" w:hAnsi="Book Antiqua"/>
          <w:lang w:val="es-ES"/>
        </w:rPr>
        <w:t xml:space="preserve">392. Instituto Alejandro Tapia y Rivera </w:t>
      </w:r>
      <w:proofErr w:type="spellStart"/>
      <w:r w:rsidRPr="00E47C79">
        <w:rPr>
          <w:rFonts w:ascii="Book Antiqua" w:hAnsi="Book Antiqua"/>
          <w:lang w:val="es-ES"/>
        </w:rPr>
        <w:t>Inc</w:t>
      </w:r>
      <w:proofErr w:type="spellEnd"/>
      <w:r w:rsidRPr="00E47C79">
        <w:rPr>
          <w:rFonts w:ascii="Book Antiqua" w:hAnsi="Book Antiqua"/>
          <w:lang w:val="es-ES"/>
        </w:rPr>
        <w:t xml:space="preserve"> </w:t>
      </w:r>
      <w:r w:rsidR="006864A6" w:rsidRPr="00E47C79">
        <w:rPr>
          <w:rFonts w:ascii="Book Antiqua" w:hAnsi="Book Antiqua"/>
          <w:lang w:val="es-ES"/>
        </w:rPr>
        <w:tab/>
      </w:r>
      <w:r w:rsidRPr="00E47C79">
        <w:rPr>
          <w:rFonts w:ascii="Book Antiqua" w:hAnsi="Book Antiqua"/>
          <w:lang w:val="es-ES"/>
        </w:rPr>
        <w:t xml:space="preserve"> $20,000.00  </w:t>
      </w:r>
    </w:p>
    <w:p w14:paraId="493C9087" w14:textId="10C5AA22" w:rsidR="003659B9" w:rsidRPr="00E47C79" w:rsidRDefault="003659B9" w:rsidP="007B793F">
      <w:pPr>
        <w:tabs>
          <w:tab w:val="decimal" w:pos="8280"/>
        </w:tabs>
        <w:rPr>
          <w:rFonts w:ascii="Book Antiqua" w:hAnsi="Book Antiqua"/>
          <w:lang w:val="es-ES"/>
        </w:rPr>
      </w:pPr>
      <w:r w:rsidRPr="00E47C79">
        <w:rPr>
          <w:rFonts w:ascii="Book Antiqua" w:hAnsi="Book Antiqua"/>
          <w:lang w:val="es-ES"/>
        </w:rPr>
        <w:t xml:space="preserve">393. Instituto de Adiestramiento Empleo y Vida Independiente </w:t>
      </w:r>
      <w:r w:rsidR="006864A6" w:rsidRPr="00E47C79">
        <w:rPr>
          <w:rFonts w:ascii="Book Antiqua" w:hAnsi="Book Antiqua"/>
          <w:lang w:val="es-ES"/>
        </w:rPr>
        <w:tab/>
      </w:r>
      <w:r w:rsidRPr="00E47C79">
        <w:rPr>
          <w:rFonts w:ascii="Book Antiqua" w:hAnsi="Book Antiqua"/>
          <w:lang w:val="es-ES"/>
        </w:rPr>
        <w:t xml:space="preserve"> $10,000.00  </w:t>
      </w:r>
    </w:p>
    <w:p w14:paraId="33816243" w14:textId="0A1CA535"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 xml:space="preserve">394. Instituto de </w:t>
      </w:r>
      <w:proofErr w:type="spellStart"/>
      <w:r w:rsidRPr="00E47C79">
        <w:rPr>
          <w:rFonts w:ascii="Book Antiqua" w:hAnsi="Book Antiqua"/>
          <w:lang w:val="es-PR"/>
        </w:rPr>
        <w:t>Psicotraumatología</w:t>
      </w:r>
      <w:proofErr w:type="spellEnd"/>
      <w:r w:rsidRPr="00E47C79">
        <w:rPr>
          <w:rFonts w:ascii="Book Antiqua" w:hAnsi="Book Antiqua"/>
          <w:lang w:val="es-PR"/>
        </w:rPr>
        <w:t xml:space="preserve"> de Puerto </w:t>
      </w:r>
      <w:proofErr w:type="gramStart"/>
      <w:r w:rsidRPr="00E47C79">
        <w:rPr>
          <w:rFonts w:ascii="Book Antiqua" w:hAnsi="Book Antiqua"/>
          <w:lang w:val="es-PR"/>
        </w:rPr>
        <w:t xml:space="preserve">Rico  </w:t>
      </w:r>
      <w:r w:rsidR="006864A6" w:rsidRPr="00E47C79">
        <w:rPr>
          <w:rFonts w:ascii="Book Antiqua" w:hAnsi="Book Antiqua"/>
          <w:lang w:val="es-PR"/>
        </w:rPr>
        <w:tab/>
      </w:r>
      <w:proofErr w:type="gramEnd"/>
      <w:r w:rsidRPr="00E47C79">
        <w:rPr>
          <w:rFonts w:ascii="Book Antiqua" w:hAnsi="Book Antiqua"/>
          <w:lang w:val="es-PR"/>
        </w:rPr>
        <w:t xml:space="preserve">$45,000.00  </w:t>
      </w:r>
    </w:p>
    <w:p w14:paraId="05A3684E" w14:textId="07FAA757"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 xml:space="preserve">395. Instituto del Desarrollo de la </w:t>
      </w:r>
      <w:proofErr w:type="gramStart"/>
      <w:r w:rsidRPr="00E47C79">
        <w:rPr>
          <w:rFonts w:ascii="Book Antiqua" w:hAnsi="Book Antiqua"/>
          <w:lang w:val="es-PR"/>
        </w:rPr>
        <w:t xml:space="preserve">Juventud  </w:t>
      </w:r>
      <w:r w:rsidR="006864A6" w:rsidRPr="00E47C79">
        <w:rPr>
          <w:rFonts w:ascii="Book Antiqua" w:hAnsi="Book Antiqua"/>
          <w:lang w:val="es-PR"/>
        </w:rPr>
        <w:tab/>
      </w:r>
      <w:proofErr w:type="gramEnd"/>
      <w:r w:rsidRPr="00E47C79">
        <w:rPr>
          <w:rFonts w:ascii="Book Antiqua" w:hAnsi="Book Antiqua"/>
          <w:lang w:val="es-PR"/>
        </w:rPr>
        <w:t xml:space="preserve">$20,000.00  </w:t>
      </w:r>
    </w:p>
    <w:p w14:paraId="68E52225" w14:textId="35F27A37" w:rsidR="003659B9" w:rsidRPr="00E47C79" w:rsidRDefault="003659B9" w:rsidP="007B793F">
      <w:pPr>
        <w:tabs>
          <w:tab w:val="decimal" w:pos="8280"/>
        </w:tabs>
        <w:rPr>
          <w:rFonts w:ascii="Book Antiqua" w:hAnsi="Book Antiqua"/>
          <w:lang w:val="es-ES"/>
        </w:rPr>
      </w:pPr>
      <w:r w:rsidRPr="00E47C79">
        <w:rPr>
          <w:rFonts w:ascii="Book Antiqua" w:hAnsi="Book Antiqua"/>
          <w:lang w:val="es-PR"/>
        </w:rPr>
        <w:t xml:space="preserve">396. Instituto del Hogar Celia y Harris Bunker, Inc.  </w:t>
      </w:r>
      <w:r w:rsidR="006864A6" w:rsidRPr="00E47C79">
        <w:rPr>
          <w:rFonts w:ascii="Book Antiqua" w:hAnsi="Book Antiqua"/>
          <w:lang w:val="es-PR"/>
        </w:rPr>
        <w:tab/>
      </w:r>
      <w:r w:rsidRPr="00E47C79">
        <w:rPr>
          <w:rFonts w:ascii="Book Antiqua" w:hAnsi="Book Antiqua"/>
          <w:lang w:val="es-ES"/>
        </w:rPr>
        <w:t xml:space="preserve">$11,750.00  </w:t>
      </w:r>
    </w:p>
    <w:p w14:paraId="2946A57D" w14:textId="77777777" w:rsidR="006864A6" w:rsidRPr="00E47C79" w:rsidRDefault="003659B9" w:rsidP="007B793F">
      <w:pPr>
        <w:tabs>
          <w:tab w:val="decimal" w:pos="8280"/>
        </w:tabs>
        <w:rPr>
          <w:rFonts w:ascii="Book Antiqua" w:hAnsi="Book Antiqua"/>
          <w:lang w:val="es-ES"/>
        </w:rPr>
      </w:pPr>
      <w:r w:rsidRPr="00E47C79">
        <w:rPr>
          <w:rFonts w:ascii="Book Antiqua" w:hAnsi="Book Antiqua"/>
          <w:lang w:val="es-ES"/>
        </w:rPr>
        <w:t xml:space="preserve">397. Instituto Especial para el Desarrollo Integral del Individuo, </w:t>
      </w:r>
    </w:p>
    <w:p w14:paraId="395BCCEB" w14:textId="773ADFE6"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 xml:space="preserve">la Familia y la Comunidad, Inc. </w:t>
      </w:r>
      <w:r w:rsidR="006864A6" w:rsidRPr="00E47C79">
        <w:rPr>
          <w:rFonts w:ascii="Book Antiqua" w:hAnsi="Book Antiqua"/>
          <w:lang w:val="es-PR"/>
        </w:rPr>
        <w:tab/>
      </w:r>
      <w:r w:rsidRPr="00E47C79">
        <w:rPr>
          <w:rFonts w:ascii="Book Antiqua" w:hAnsi="Book Antiqua"/>
          <w:lang w:val="es-PR"/>
        </w:rPr>
        <w:t xml:space="preserve">$30,000.00  </w:t>
      </w:r>
    </w:p>
    <w:p w14:paraId="11D1274B" w14:textId="47F0A6C2"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 xml:space="preserve">398. Instituto Nueva Escuela, Inc. </w:t>
      </w:r>
      <w:r w:rsidR="006864A6" w:rsidRPr="00E47C79">
        <w:rPr>
          <w:rFonts w:ascii="Book Antiqua" w:hAnsi="Book Antiqua"/>
          <w:lang w:val="es-PR"/>
        </w:rPr>
        <w:tab/>
      </w:r>
      <w:r w:rsidRPr="00E47C79">
        <w:rPr>
          <w:rFonts w:ascii="Book Antiqua" w:hAnsi="Book Antiqua"/>
          <w:lang w:val="es-PR"/>
        </w:rPr>
        <w:t>$7</w:t>
      </w:r>
      <w:r w:rsidR="001D3CC1" w:rsidRPr="00E47C79">
        <w:rPr>
          <w:rFonts w:ascii="Book Antiqua" w:hAnsi="Book Antiqua"/>
          <w:lang w:val="es-PR"/>
        </w:rPr>
        <w:t>0</w:t>
      </w:r>
      <w:r w:rsidRPr="00E47C79">
        <w:rPr>
          <w:rFonts w:ascii="Book Antiqua" w:hAnsi="Book Antiqua"/>
          <w:lang w:val="es-PR"/>
        </w:rPr>
        <w:t xml:space="preserve">,000.00  </w:t>
      </w:r>
    </w:p>
    <w:p w14:paraId="1FDD2C82" w14:textId="572CBB8C"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 xml:space="preserve">399. Instituto Pre Vocacional e Industrial de PR </w:t>
      </w:r>
      <w:r w:rsidR="006864A6" w:rsidRPr="00E47C79">
        <w:rPr>
          <w:rFonts w:ascii="Book Antiqua" w:hAnsi="Book Antiqua"/>
          <w:lang w:val="es-PR"/>
        </w:rPr>
        <w:tab/>
      </w:r>
      <w:r w:rsidRPr="00E47C79">
        <w:rPr>
          <w:rFonts w:ascii="Book Antiqua" w:hAnsi="Book Antiqua"/>
          <w:lang w:val="es-PR"/>
        </w:rPr>
        <w:t xml:space="preserve"> $10,000.00  </w:t>
      </w:r>
    </w:p>
    <w:p w14:paraId="03013CEA" w14:textId="6A23BB9B"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 xml:space="preserve">400. Instituto Psicopedagógico de Puerto Rico </w:t>
      </w:r>
      <w:r w:rsidR="006864A6" w:rsidRPr="00E47C79">
        <w:rPr>
          <w:rFonts w:ascii="Book Antiqua" w:hAnsi="Book Antiqua"/>
          <w:lang w:val="es-PR"/>
        </w:rPr>
        <w:tab/>
      </w:r>
      <w:r w:rsidRPr="00E47C79">
        <w:rPr>
          <w:rFonts w:ascii="Book Antiqua" w:hAnsi="Book Antiqua"/>
          <w:lang w:val="es-PR"/>
        </w:rPr>
        <w:t xml:space="preserve"> $190,000.00  </w:t>
      </w:r>
    </w:p>
    <w:p w14:paraId="618A8DA2" w14:textId="77E109AA" w:rsidR="003659B9" w:rsidRPr="00684E5B" w:rsidRDefault="003659B9" w:rsidP="007B793F">
      <w:pPr>
        <w:tabs>
          <w:tab w:val="decimal" w:pos="8280"/>
        </w:tabs>
        <w:rPr>
          <w:rFonts w:ascii="Book Antiqua" w:hAnsi="Book Antiqua"/>
          <w:lang w:val="es-PR"/>
        </w:rPr>
      </w:pPr>
      <w:r w:rsidRPr="00E47C79">
        <w:rPr>
          <w:rFonts w:ascii="Book Antiqua" w:hAnsi="Book Antiqua"/>
          <w:lang w:val="es-PR"/>
        </w:rPr>
        <w:t xml:space="preserve">401. Instituto Santa Ana, Inc.  </w:t>
      </w:r>
      <w:r w:rsidR="006864A6" w:rsidRPr="00E47C79">
        <w:rPr>
          <w:rFonts w:ascii="Book Antiqua" w:hAnsi="Book Antiqua"/>
          <w:lang w:val="es-PR"/>
        </w:rPr>
        <w:tab/>
      </w:r>
      <w:r w:rsidRPr="00684E5B">
        <w:rPr>
          <w:rFonts w:ascii="Book Antiqua" w:hAnsi="Book Antiqua"/>
          <w:lang w:val="es-PR"/>
        </w:rPr>
        <w:t xml:space="preserve">$396,000.00  </w:t>
      </w:r>
    </w:p>
    <w:p w14:paraId="1B687BA3" w14:textId="0F3CAF3A" w:rsidR="003659B9" w:rsidRPr="00E47C79" w:rsidRDefault="003659B9" w:rsidP="007B793F">
      <w:pPr>
        <w:tabs>
          <w:tab w:val="decimal" w:pos="8280"/>
        </w:tabs>
        <w:rPr>
          <w:rFonts w:ascii="Book Antiqua" w:hAnsi="Book Antiqua"/>
          <w:lang w:val="es-ES"/>
        </w:rPr>
      </w:pPr>
      <w:r w:rsidRPr="00684E5B">
        <w:rPr>
          <w:rFonts w:ascii="Book Antiqua" w:hAnsi="Book Antiqua"/>
          <w:lang w:val="es-PR"/>
        </w:rPr>
        <w:t xml:space="preserve">402. Jayuya </w:t>
      </w:r>
      <w:proofErr w:type="spellStart"/>
      <w:r w:rsidRPr="00684E5B">
        <w:rPr>
          <w:rFonts w:ascii="Book Antiqua" w:hAnsi="Book Antiqua"/>
          <w:lang w:val="es-PR"/>
        </w:rPr>
        <w:t>Track</w:t>
      </w:r>
      <w:proofErr w:type="spellEnd"/>
      <w:r w:rsidRPr="00684E5B">
        <w:rPr>
          <w:rFonts w:ascii="Book Antiqua" w:hAnsi="Book Antiqua"/>
          <w:lang w:val="es-PR"/>
        </w:rPr>
        <w:t xml:space="preserve"> and Field, Inc.  </w:t>
      </w:r>
      <w:r w:rsidR="006864A6" w:rsidRPr="00684E5B">
        <w:rPr>
          <w:rFonts w:ascii="Book Antiqua" w:hAnsi="Book Antiqua"/>
          <w:lang w:val="es-PR"/>
        </w:rPr>
        <w:tab/>
      </w:r>
      <w:r w:rsidRPr="00E47C79">
        <w:rPr>
          <w:rFonts w:ascii="Book Antiqua" w:hAnsi="Book Antiqua"/>
          <w:lang w:val="es-ES"/>
        </w:rPr>
        <w:t xml:space="preserve">$5,000.00  </w:t>
      </w:r>
    </w:p>
    <w:p w14:paraId="125BE965" w14:textId="60A18101" w:rsidR="003659B9" w:rsidRPr="00E47C79" w:rsidRDefault="003659B9" w:rsidP="007B793F">
      <w:pPr>
        <w:tabs>
          <w:tab w:val="decimal" w:pos="8280"/>
        </w:tabs>
        <w:rPr>
          <w:rFonts w:ascii="Book Antiqua" w:hAnsi="Book Antiqua"/>
          <w:lang w:val="es-ES"/>
        </w:rPr>
      </w:pPr>
      <w:r w:rsidRPr="00E47C79">
        <w:rPr>
          <w:rFonts w:ascii="Book Antiqua" w:hAnsi="Book Antiqua"/>
          <w:lang w:val="es-PR"/>
        </w:rPr>
        <w:t xml:space="preserve">403. Jóvenes de Puerto Rico en Riesgo, Inc.  </w:t>
      </w:r>
      <w:r w:rsidR="006864A6" w:rsidRPr="00E47C79">
        <w:rPr>
          <w:rFonts w:ascii="Book Antiqua" w:hAnsi="Book Antiqua"/>
          <w:lang w:val="es-PR"/>
        </w:rPr>
        <w:tab/>
      </w:r>
      <w:r w:rsidRPr="00E47C79">
        <w:rPr>
          <w:rFonts w:ascii="Book Antiqua" w:hAnsi="Book Antiqua"/>
          <w:lang w:val="es-ES"/>
        </w:rPr>
        <w:t>$</w:t>
      </w:r>
      <w:r w:rsidR="001D3CC1" w:rsidRPr="00E47C79">
        <w:rPr>
          <w:rFonts w:ascii="Book Antiqua" w:hAnsi="Book Antiqua"/>
          <w:lang w:val="es-ES"/>
        </w:rPr>
        <w:t>19</w:t>
      </w:r>
      <w:r w:rsidRPr="00E47C79">
        <w:rPr>
          <w:rFonts w:ascii="Book Antiqua" w:hAnsi="Book Antiqua"/>
          <w:lang w:val="es-ES"/>
        </w:rPr>
        <w:t xml:space="preserve">,000.00  </w:t>
      </w:r>
    </w:p>
    <w:p w14:paraId="6B157E9D" w14:textId="774C1CDA" w:rsidR="003659B9" w:rsidRPr="00E47C79" w:rsidRDefault="003659B9" w:rsidP="007B793F">
      <w:pPr>
        <w:tabs>
          <w:tab w:val="decimal" w:pos="8280"/>
        </w:tabs>
        <w:rPr>
          <w:rFonts w:ascii="Book Antiqua" w:hAnsi="Book Antiqua"/>
          <w:lang w:val="es-ES"/>
        </w:rPr>
      </w:pPr>
      <w:r w:rsidRPr="00E47C79">
        <w:rPr>
          <w:rFonts w:ascii="Book Antiqua" w:hAnsi="Book Antiqua"/>
          <w:lang w:val="es-ES"/>
        </w:rPr>
        <w:t xml:space="preserve">404. La Casa de Ampi, Inc. </w:t>
      </w:r>
      <w:r w:rsidR="006864A6" w:rsidRPr="00E47C79">
        <w:rPr>
          <w:rFonts w:ascii="Book Antiqua" w:hAnsi="Book Antiqua"/>
          <w:lang w:val="es-ES"/>
        </w:rPr>
        <w:tab/>
      </w:r>
      <w:r w:rsidRPr="00E47C79">
        <w:rPr>
          <w:rFonts w:ascii="Book Antiqua" w:hAnsi="Book Antiqua"/>
          <w:lang w:val="es-ES"/>
        </w:rPr>
        <w:t xml:space="preserve"> $3,000.00  </w:t>
      </w:r>
    </w:p>
    <w:p w14:paraId="32A72C58" w14:textId="3DFBC5B7" w:rsidR="003659B9" w:rsidRPr="00E47C79" w:rsidRDefault="003659B9" w:rsidP="007B793F">
      <w:pPr>
        <w:tabs>
          <w:tab w:val="decimal" w:pos="8280"/>
        </w:tabs>
        <w:rPr>
          <w:rFonts w:ascii="Book Antiqua" w:hAnsi="Book Antiqua"/>
          <w:lang w:val="es-ES"/>
        </w:rPr>
      </w:pPr>
      <w:r w:rsidRPr="00E47C79">
        <w:rPr>
          <w:rFonts w:ascii="Book Antiqua" w:hAnsi="Book Antiqua"/>
          <w:lang w:val="es-PR"/>
        </w:rPr>
        <w:t xml:space="preserve">405. La Casa de Doña Here, Inc.  </w:t>
      </w:r>
      <w:r w:rsidR="006864A6" w:rsidRPr="00E47C79">
        <w:rPr>
          <w:rFonts w:ascii="Book Antiqua" w:hAnsi="Book Antiqua"/>
          <w:lang w:val="es-PR"/>
        </w:rPr>
        <w:tab/>
      </w:r>
      <w:r w:rsidRPr="00E47C79">
        <w:rPr>
          <w:rFonts w:ascii="Book Antiqua" w:hAnsi="Book Antiqua"/>
          <w:lang w:val="es-ES"/>
        </w:rPr>
        <w:t xml:space="preserve">$3,000.00  </w:t>
      </w:r>
    </w:p>
    <w:p w14:paraId="525D079B" w14:textId="7EDCD452" w:rsidR="003659B9" w:rsidRPr="00026520" w:rsidRDefault="003659B9" w:rsidP="007B793F">
      <w:pPr>
        <w:tabs>
          <w:tab w:val="decimal" w:pos="8280"/>
        </w:tabs>
        <w:rPr>
          <w:rFonts w:ascii="Book Antiqua" w:hAnsi="Book Antiqua"/>
          <w:lang w:val="es-ES"/>
        </w:rPr>
      </w:pPr>
      <w:r w:rsidRPr="00E47C79">
        <w:rPr>
          <w:rFonts w:ascii="Book Antiqua" w:hAnsi="Book Antiqua"/>
          <w:lang w:val="es-ES"/>
        </w:rPr>
        <w:t xml:space="preserve">406. La Casa de la Cultura Isabelina, Inc.  </w:t>
      </w:r>
      <w:r w:rsidR="006864A6" w:rsidRPr="00E47C79">
        <w:rPr>
          <w:rFonts w:ascii="Book Antiqua" w:hAnsi="Book Antiqua"/>
          <w:lang w:val="es-ES"/>
        </w:rPr>
        <w:tab/>
      </w:r>
      <w:r w:rsidRPr="00026520">
        <w:rPr>
          <w:rFonts w:ascii="Book Antiqua" w:hAnsi="Book Antiqua"/>
          <w:lang w:val="es-ES"/>
        </w:rPr>
        <w:t xml:space="preserve">$3,000.00  </w:t>
      </w:r>
    </w:p>
    <w:p w14:paraId="55F9A4C4" w14:textId="0D55F54E"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 xml:space="preserve">407. La Casa de </w:t>
      </w:r>
      <w:proofErr w:type="gramStart"/>
      <w:r w:rsidRPr="00E47C79">
        <w:rPr>
          <w:rFonts w:ascii="Book Antiqua" w:hAnsi="Book Antiqua"/>
          <w:lang w:val="es-PR"/>
        </w:rPr>
        <w:t xml:space="preserve">Todos  </w:t>
      </w:r>
      <w:r w:rsidR="006864A6" w:rsidRPr="00E47C79">
        <w:rPr>
          <w:rFonts w:ascii="Book Antiqua" w:hAnsi="Book Antiqua"/>
          <w:lang w:val="es-PR"/>
        </w:rPr>
        <w:tab/>
      </w:r>
      <w:proofErr w:type="gramEnd"/>
      <w:r w:rsidRPr="00E47C79">
        <w:rPr>
          <w:rFonts w:ascii="Book Antiqua" w:hAnsi="Book Antiqua"/>
          <w:lang w:val="es-PR"/>
        </w:rPr>
        <w:t>$7</w:t>
      </w:r>
      <w:r w:rsidR="001D3CC1" w:rsidRPr="00E47C79">
        <w:rPr>
          <w:rFonts w:ascii="Book Antiqua" w:hAnsi="Book Antiqua"/>
          <w:lang w:val="es-PR"/>
        </w:rPr>
        <w:t>2</w:t>
      </w:r>
      <w:r w:rsidRPr="00E47C79">
        <w:rPr>
          <w:rFonts w:ascii="Book Antiqua" w:hAnsi="Book Antiqua"/>
          <w:lang w:val="es-PR"/>
        </w:rPr>
        <w:t>,</w:t>
      </w:r>
      <w:r w:rsidR="001D3CC1" w:rsidRPr="00E47C79">
        <w:rPr>
          <w:rFonts w:ascii="Book Antiqua" w:hAnsi="Book Antiqua"/>
          <w:lang w:val="es-PR"/>
        </w:rPr>
        <w:t>5</w:t>
      </w:r>
      <w:r w:rsidRPr="00E47C79">
        <w:rPr>
          <w:rFonts w:ascii="Book Antiqua" w:hAnsi="Book Antiqua"/>
          <w:lang w:val="es-PR"/>
        </w:rPr>
        <w:t xml:space="preserve">00.00  </w:t>
      </w:r>
    </w:p>
    <w:p w14:paraId="6532DCC6" w14:textId="015E9AC9"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 xml:space="preserve">408. La Casa del </w:t>
      </w:r>
      <w:proofErr w:type="gramStart"/>
      <w:r w:rsidRPr="00E47C79">
        <w:rPr>
          <w:rFonts w:ascii="Book Antiqua" w:hAnsi="Book Antiqua"/>
          <w:lang w:val="es-PR"/>
        </w:rPr>
        <w:t xml:space="preserve">Libro  </w:t>
      </w:r>
      <w:r w:rsidR="006864A6" w:rsidRPr="00E47C79">
        <w:rPr>
          <w:rFonts w:ascii="Book Antiqua" w:hAnsi="Book Antiqua"/>
          <w:lang w:val="es-PR"/>
        </w:rPr>
        <w:tab/>
      </w:r>
      <w:proofErr w:type="gramEnd"/>
      <w:r w:rsidRPr="00E47C79">
        <w:rPr>
          <w:rFonts w:ascii="Book Antiqua" w:hAnsi="Book Antiqua"/>
          <w:lang w:val="es-PR"/>
        </w:rPr>
        <w:t xml:space="preserve">$30,000.00  </w:t>
      </w:r>
    </w:p>
    <w:p w14:paraId="6B4C9582" w14:textId="2564B7E9"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 xml:space="preserve">409. La Perla de Gran </w:t>
      </w:r>
      <w:proofErr w:type="gramStart"/>
      <w:r w:rsidRPr="00E47C79">
        <w:rPr>
          <w:rFonts w:ascii="Book Antiqua" w:hAnsi="Book Antiqua"/>
          <w:lang w:val="es-PR"/>
        </w:rPr>
        <w:t xml:space="preserve">Precio  </w:t>
      </w:r>
      <w:r w:rsidR="006864A6" w:rsidRPr="00E47C79">
        <w:rPr>
          <w:rFonts w:ascii="Book Antiqua" w:hAnsi="Book Antiqua"/>
          <w:lang w:val="es-PR"/>
        </w:rPr>
        <w:tab/>
      </w:r>
      <w:proofErr w:type="gramEnd"/>
      <w:r w:rsidRPr="00E47C79">
        <w:rPr>
          <w:rFonts w:ascii="Book Antiqua" w:hAnsi="Book Antiqua"/>
          <w:lang w:val="es-PR"/>
        </w:rPr>
        <w:t xml:space="preserve">$30,000.00  </w:t>
      </w:r>
    </w:p>
    <w:p w14:paraId="7410868C" w14:textId="4E902575"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 xml:space="preserve">410. LEAP Social Enterprise, Inc. </w:t>
      </w:r>
      <w:r w:rsidR="006864A6" w:rsidRPr="00E47C79">
        <w:rPr>
          <w:rFonts w:ascii="Book Antiqua" w:hAnsi="Book Antiqua"/>
          <w:lang w:val="es-PR"/>
        </w:rPr>
        <w:tab/>
      </w:r>
      <w:r w:rsidRPr="00E47C79">
        <w:rPr>
          <w:rFonts w:ascii="Book Antiqua" w:hAnsi="Book Antiqua"/>
          <w:lang w:val="es-PR"/>
        </w:rPr>
        <w:t xml:space="preserve">$50,000.00  </w:t>
      </w:r>
    </w:p>
    <w:p w14:paraId="39069F79" w14:textId="0AF9E42B"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 xml:space="preserve">411. Liga Añeja Gallitos de </w:t>
      </w:r>
      <w:proofErr w:type="gramStart"/>
      <w:r w:rsidRPr="00E47C79">
        <w:rPr>
          <w:rFonts w:ascii="Book Antiqua" w:hAnsi="Book Antiqua"/>
          <w:lang w:val="es-PR"/>
        </w:rPr>
        <w:t xml:space="preserve">Isabela  </w:t>
      </w:r>
      <w:r w:rsidR="006864A6" w:rsidRPr="00E47C79">
        <w:rPr>
          <w:rFonts w:ascii="Book Antiqua" w:hAnsi="Book Antiqua"/>
          <w:lang w:val="es-PR"/>
        </w:rPr>
        <w:tab/>
      </w:r>
      <w:proofErr w:type="gramEnd"/>
      <w:r w:rsidRPr="00E47C79">
        <w:rPr>
          <w:rFonts w:ascii="Book Antiqua" w:hAnsi="Book Antiqua"/>
          <w:lang w:val="es-PR"/>
        </w:rPr>
        <w:t xml:space="preserve">$3,000.00  </w:t>
      </w:r>
    </w:p>
    <w:p w14:paraId="4E20AD1D" w14:textId="2FB2FB92"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 xml:space="preserve">412. Liga Baloncesto Femenino Vaqueras </w:t>
      </w:r>
      <w:proofErr w:type="gramStart"/>
      <w:r w:rsidRPr="00E47C79">
        <w:rPr>
          <w:rFonts w:ascii="Book Antiqua" w:hAnsi="Book Antiqua"/>
          <w:lang w:val="es-PR"/>
        </w:rPr>
        <w:t xml:space="preserve">Bayamón  </w:t>
      </w:r>
      <w:r w:rsidR="006864A6" w:rsidRPr="00E47C79">
        <w:rPr>
          <w:rFonts w:ascii="Book Antiqua" w:hAnsi="Book Antiqua"/>
          <w:lang w:val="es-PR"/>
        </w:rPr>
        <w:tab/>
      </w:r>
      <w:proofErr w:type="gramEnd"/>
      <w:r w:rsidRPr="00E47C79">
        <w:rPr>
          <w:rFonts w:ascii="Book Antiqua" w:hAnsi="Book Antiqua"/>
          <w:lang w:val="es-PR"/>
        </w:rPr>
        <w:t xml:space="preserve">$10,000.00  </w:t>
      </w:r>
    </w:p>
    <w:p w14:paraId="569E084D" w14:textId="0069E17E"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 xml:space="preserve">413. Liga </w:t>
      </w:r>
      <w:proofErr w:type="gramStart"/>
      <w:r w:rsidRPr="00E47C79">
        <w:rPr>
          <w:rFonts w:ascii="Book Antiqua" w:hAnsi="Book Antiqua"/>
          <w:lang w:val="es-PR"/>
        </w:rPr>
        <w:t>Baseball</w:t>
      </w:r>
      <w:proofErr w:type="gramEnd"/>
      <w:r w:rsidRPr="00E47C79">
        <w:rPr>
          <w:rFonts w:ascii="Book Antiqua" w:hAnsi="Book Antiqua"/>
          <w:lang w:val="es-PR"/>
        </w:rPr>
        <w:t xml:space="preserve"> Gurabo Inc.  </w:t>
      </w:r>
      <w:r w:rsidR="006864A6" w:rsidRPr="00E47C79">
        <w:rPr>
          <w:rFonts w:ascii="Book Antiqua" w:hAnsi="Book Antiqua"/>
          <w:lang w:val="es-PR"/>
        </w:rPr>
        <w:tab/>
      </w:r>
      <w:r w:rsidRPr="00E47C79">
        <w:rPr>
          <w:rFonts w:ascii="Book Antiqua" w:hAnsi="Book Antiqua"/>
          <w:lang w:val="es-PR"/>
        </w:rPr>
        <w:t xml:space="preserve">$15,000.00  </w:t>
      </w:r>
    </w:p>
    <w:p w14:paraId="07B158DA" w14:textId="7FB8F7C7" w:rsidR="003659B9" w:rsidRPr="00E47C79" w:rsidRDefault="003659B9" w:rsidP="007B793F">
      <w:pPr>
        <w:tabs>
          <w:tab w:val="decimal" w:pos="8280"/>
        </w:tabs>
        <w:rPr>
          <w:rFonts w:ascii="Book Antiqua" w:hAnsi="Book Antiqua"/>
          <w:lang w:val="es-ES"/>
        </w:rPr>
      </w:pPr>
      <w:r w:rsidRPr="00E47C79">
        <w:rPr>
          <w:rFonts w:ascii="Book Antiqua" w:hAnsi="Book Antiqua"/>
          <w:lang w:val="es-PR"/>
        </w:rPr>
        <w:t xml:space="preserve">414. Liga de Baloncesto Superior Femenino, Inc. </w:t>
      </w:r>
      <w:r w:rsidR="006864A6" w:rsidRPr="00E47C79">
        <w:rPr>
          <w:rFonts w:ascii="Book Antiqua" w:hAnsi="Book Antiqua"/>
          <w:lang w:val="es-PR"/>
        </w:rPr>
        <w:tab/>
      </w:r>
      <w:r w:rsidRPr="00E47C79">
        <w:rPr>
          <w:rFonts w:ascii="Book Antiqua" w:hAnsi="Book Antiqua"/>
          <w:lang w:val="es-ES"/>
        </w:rPr>
        <w:t xml:space="preserve">$75,000.00  </w:t>
      </w:r>
    </w:p>
    <w:p w14:paraId="39AA65BB" w14:textId="76068CBE" w:rsidR="003659B9" w:rsidRPr="00E47C79" w:rsidRDefault="003659B9" w:rsidP="007B793F">
      <w:pPr>
        <w:tabs>
          <w:tab w:val="decimal" w:pos="8280"/>
        </w:tabs>
        <w:rPr>
          <w:rFonts w:ascii="Book Antiqua" w:hAnsi="Book Antiqua"/>
          <w:lang w:val="es-ES"/>
        </w:rPr>
      </w:pPr>
      <w:r w:rsidRPr="00E47C79">
        <w:rPr>
          <w:rFonts w:ascii="Book Antiqua" w:hAnsi="Book Antiqua"/>
          <w:lang w:val="es-ES"/>
        </w:rPr>
        <w:lastRenderedPageBreak/>
        <w:t xml:space="preserve">415. Liga Infantil de Baloncesto </w:t>
      </w:r>
      <w:proofErr w:type="spellStart"/>
      <w:r w:rsidRPr="00E47C79">
        <w:rPr>
          <w:rFonts w:ascii="Book Antiqua" w:hAnsi="Book Antiqua"/>
          <w:lang w:val="es-ES"/>
        </w:rPr>
        <w:t>Arroyano</w:t>
      </w:r>
      <w:proofErr w:type="spellEnd"/>
      <w:r w:rsidRPr="00E47C79">
        <w:rPr>
          <w:rFonts w:ascii="Book Antiqua" w:hAnsi="Book Antiqua"/>
          <w:lang w:val="es-ES"/>
        </w:rPr>
        <w:t xml:space="preserve"> LIBA, Inc. </w:t>
      </w:r>
      <w:r w:rsidR="006864A6" w:rsidRPr="00E47C79">
        <w:rPr>
          <w:rFonts w:ascii="Book Antiqua" w:hAnsi="Book Antiqua"/>
          <w:lang w:val="es-ES"/>
        </w:rPr>
        <w:tab/>
      </w:r>
      <w:r w:rsidRPr="00E47C79">
        <w:rPr>
          <w:rFonts w:ascii="Book Antiqua" w:hAnsi="Book Antiqua"/>
          <w:lang w:val="es-ES"/>
        </w:rPr>
        <w:t xml:space="preserve"> $15,000.00  </w:t>
      </w:r>
    </w:p>
    <w:p w14:paraId="590D9C29" w14:textId="7452542D" w:rsidR="003659B9" w:rsidRPr="00E47C79" w:rsidRDefault="003659B9" w:rsidP="007B793F">
      <w:pPr>
        <w:tabs>
          <w:tab w:val="decimal" w:pos="8280"/>
        </w:tabs>
        <w:rPr>
          <w:rFonts w:ascii="Book Antiqua" w:hAnsi="Book Antiqua"/>
          <w:lang w:val="es-ES"/>
        </w:rPr>
      </w:pPr>
      <w:r w:rsidRPr="00E47C79">
        <w:rPr>
          <w:rFonts w:ascii="Book Antiqua" w:hAnsi="Book Antiqua"/>
          <w:lang w:val="es-ES"/>
        </w:rPr>
        <w:t xml:space="preserve">416. Liga Puertorriqueña contra el Cáncer </w:t>
      </w:r>
      <w:r w:rsidR="006864A6" w:rsidRPr="00E47C79">
        <w:rPr>
          <w:rFonts w:ascii="Book Antiqua" w:hAnsi="Book Antiqua"/>
          <w:lang w:val="es-ES"/>
        </w:rPr>
        <w:tab/>
      </w:r>
      <w:r w:rsidRPr="00E47C79">
        <w:rPr>
          <w:rFonts w:ascii="Book Antiqua" w:hAnsi="Book Antiqua"/>
          <w:lang w:val="es-ES"/>
        </w:rPr>
        <w:t xml:space="preserve"> $89,500.00  </w:t>
      </w:r>
    </w:p>
    <w:p w14:paraId="7A2CB9F1" w14:textId="157425A1" w:rsidR="003659B9" w:rsidRPr="00E47C79" w:rsidRDefault="003659B9" w:rsidP="007B793F">
      <w:pPr>
        <w:tabs>
          <w:tab w:val="decimal" w:pos="8280"/>
        </w:tabs>
        <w:rPr>
          <w:rFonts w:ascii="Book Antiqua" w:hAnsi="Book Antiqua"/>
        </w:rPr>
      </w:pPr>
      <w:r w:rsidRPr="00E47C79">
        <w:rPr>
          <w:rFonts w:ascii="Book Antiqua" w:hAnsi="Book Antiqua"/>
        </w:rPr>
        <w:t xml:space="preserve">417. Little in Action Day Care &amp; Learning Inc.  </w:t>
      </w:r>
      <w:r w:rsidR="006864A6" w:rsidRPr="00E47C79">
        <w:rPr>
          <w:rFonts w:ascii="Book Antiqua" w:hAnsi="Book Antiqua"/>
        </w:rPr>
        <w:tab/>
      </w:r>
      <w:r w:rsidRPr="00E47C79">
        <w:rPr>
          <w:rFonts w:ascii="Book Antiqua" w:hAnsi="Book Antiqua"/>
        </w:rPr>
        <w:t xml:space="preserve">$3,000.00  </w:t>
      </w:r>
    </w:p>
    <w:p w14:paraId="20E645B8" w14:textId="23D45EE4" w:rsidR="003659B9" w:rsidRPr="00E47C79" w:rsidRDefault="003659B9" w:rsidP="007B793F">
      <w:pPr>
        <w:tabs>
          <w:tab w:val="decimal" w:pos="8280"/>
        </w:tabs>
        <w:rPr>
          <w:rFonts w:ascii="Book Antiqua" w:hAnsi="Book Antiqua"/>
        </w:rPr>
      </w:pPr>
      <w:r w:rsidRPr="00E47C79">
        <w:rPr>
          <w:rFonts w:ascii="Book Antiqua" w:hAnsi="Book Antiqua"/>
        </w:rPr>
        <w:t xml:space="preserve">418. Little Leagues of Puerto </w:t>
      </w:r>
      <w:proofErr w:type="gramStart"/>
      <w:r w:rsidRPr="00E47C79">
        <w:rPr>
          <w:rFonts w:ascii="Book Antiqua" w:hAnsi="Book Antiqua"/>
        </w:rPr>
        <w:t xml:space="preserve">Rico  </w:t>
      </w:r>
      <w:r w:rsidR="006864A6" w:rsidRPr="00E47C79">
        <w:rPr>
          <w:rFonts w:ascii="Book Antiqua" w:hAnsi="Book Antiqua"/>
        </w:rPr>
        <w:tab/>
      </w:r>
      <w:proofErr w:type="gramEnd"/>
      <w:r w:rsidRPr="00E47C79">
        <w:rPr>
          <w:rFonts w:ascii="Book Antiqua" w:hAnsi="Book Antiqua"/>
        </w:rPr>
        <w:t xml:space="preserve">$35,000.00  </w:t>
      </w:r>
    </w:p>
    <w:p w14:paraId="3D0D5E5D" w14:textId="3FB180A2" w:rsidR="003659B9" w:rsidRPr="00E47C79" w:rsidRDefault="003659B9" w:rsidP="007B793F">
      <w:pPr>
        <w:tabs>
          <w:tab w:val="decimal" w:pos="8280"/>
        </w:tabs>
        <w:rPr>
          <w:rFonts w:ascii="Book Antiqua" w:hAnsi="Book Antiqua"/>
        </w:rPr>
      </w:pPr>
      <w:r w:rsidRPr="00E47C79">
        <w:rPr>
          <w:rFonts w:ascii="Book Antiqua" w:hAnsi="Book Antiqua"/>
        </w:rPr>
        <w:t xml:space="preserve">419. Living in Harmony </w:t>
      </w:r>
      <w:proofErr w:type="gramStart"/>
      <w:r w:rsidRPr="00E47C79">
        <w:rPr>
          <w:rFonts w:ascii="Book Antiqua" w:hAnsi="Book Antiqua"/>
        </w:rPr>
        <w:t xml:space="preserve">Foundation  </w:t>
      </w:r>
      <w:r w:rsidR="006864A6" w:rsidRPr="00E47C79">
        <w:rPr>
          <w:rFonts w:ascii="Book Antiqua" w:hAnsi="Book Antiqua"/>
        </w:rPr>
        <w:tab/>
      </w:r>
      <w:proofErr w:type="gramEnd"/>
      <w:r w:rsidRPr="00E47C79">
        <w:rPr>
          <w:rFonts w:ascii="Book Antiqua" w:hAnsi="Book Antiqua"/>
        </w:rPr>
        <w:t xml:space="preserve">$150,000.00  </w:t>
      </w:r>
    </w:p>
    <w:p w14:paraId="44E9EA4E" w14:textId="530D48DF" w:rsidR="003659B9" w:rsidRPr="00E47C79" w:rsidRDefault="003659B9" w:rsidP="007B793F">
      <w:pPr>
        <w:tabs>
          <w:tab w:val="decimal" w:pos="8280"/>
        </w:tabs>
        <w:rPr>
          <w:rFonts w:ascii="Book Antiqua" w:hAnsi="Book Antiqua"/>
          <w:lang w:val="es-ES"/>
        </w:rPr>
      </w:pPr>
      <w:r w:rsidRPr="00E47C79">
        <w:rPr>
          <w:rFonts w:ascii="Book Antiqua" w:hAnsi="Book Antiqua"/>
        </w:rPr>
        <w:t xml:space="preserve">420. LU Tech Institute Inc.  </w:t>
      </w:r>
      <w:r w:rsidR="006864A6" w:rsidRPr="00E47C79">
        <w:rPr>
          <w:rFonts w:ascii="Book Antiqua" w:hAnsi="Book Antiqua"/>
        </w:rPr>
        <w:tab/>
      </w:r>
      <w:r w:rsidRPr="00E47C79">
        <w:rPr>
          <w:rFonts w:ascii="Book Antiqua" w:hAnsi="Book Antiqua"/>
          <w:lang w:val="es-ES"/>
        </w:rPr>
        <w:t xml:space="preserve">$25,000.00  </w:t>
      </w:r>
    </w:p>
    <w:p w14:paraId="5CCE87FA" w14:textId="626836DB" w:rsidR="003659B9" w:rsidRPr="00E47C79" w:rsidRDefault="003659B9" w:rsidP="007B793F">
      <w:pPr>
        <w:tabs>
          <w:tab w:val="decimal" w:pos="8280"/>
        </w:tabs>
        <w:rPr>
          <w:rFonts w:ascii="Book Antiqua" w:hAnsi="Book Antiqua"/>
        </w:rPr>
      </w:pPr>
      <w:r w:rsidRPr="00E47C79">
        <w:rPr>
          <w:rFonts w:ascii="Book Antiqua" w:hAnsi="Book Antiqua"/>
          <w:lang w:val="es-PR"/>
        </w:rPr>
        <w:t xml:space="preserve">421. Lucha Contra el SIDA, Inc.  </w:t>
      </w:r>
      <w:r w:rsidR="006864A6" w:rsidRPr="00E47C79">
        <w:rPr>
          <w:rFonts w:ascii="Book Antiqua" w:hAnsi="Book Antiqua"/>
          <w:lang w:val="es-PR"/>
        </w:rPr>
        <w:tab/>
      </w:r>
      <w:r w:rsidRPr="00E47C79">
        <w:rPr>
          <w:rFonts w:ascii="Book Antiqua" w:hAnsi="Book Antiqua"/>
        </w:rPr>
        <w:t xml:space="preserve">$10,000.00  </w:t>
      </w:r>
    </w:p>
    <w:p w14:paraId="7A437342" w14:textId="38F6780C" w:rsidR="003659B9" w:rsidRPr="00E47C79" w:rsidRDefault="003659B9" w:rsidP="007B793F">
      <w:pPr>
        <w:tabs>
          <w:tab w:val="decimal" w:pos="8280"/>
        </w:tabs>
        <w:rPr>
          <w:rFonts w:ascii="Book Antiqua" w:hAnsi="Book Antiqua"/>
        </w:rPr>
      </w:pPr>
      <w:r w:rsidRPr="00E47C79">
        <w:rPr>
          <w:rFonts w:ascii="Book Antiqua" w:hAnsi="Book Antiqua"/>
        </w:rPr>
        <w:t xml:space="preserve">422. Make-A-Wish Foundation of Puerto Rico, </w:t>
      </w:r>
      <w:proofErr w:type="gramStart"/>
      <w:r w:rsidRPr="00E47C79">
        <w:rPr>
          <w:rFonts w:ascii="Book Antiqua" w:hAnsi="Book Antiqua"/>
        </w:rPr>
        <w:t xml:space="preserve">Inc  </w:t>
      </w:r>
      <w:r w:rsidR="006864A6" w:rsidRPr="00E47C79">
        <w:rPr>
          <w:rFonts w:ascii="Book Antiqua" w:hAnsi="Book Antiqua"/>
        </w:rPr>
        <w:tab/>
      </w:r>
      <w:proofErr w:type="gramEnd"/>
      <w:r w:rsidRPr="00E47C79">
        <w:rPr>
          <w:rFonts w:ascii="Book Antiqua" w:hAnsi="Book Antiqua"/>
        </w:rPr>
        <w:t xml:space="preserve">$90,000.00  </w:t>
      </w:r>
    </w:p>
    <w:p w14:paraId="08A9AB55" w14:textId="0C8A83FF" w:rsidR="003659B9" w:rsidRPr="00E47C79" w:rsidRDefault="003659B9" w:rsidP="007B793F">
      <w:pPr>
        <w:tabs>
          <w:tab w:val="decimal" w:pos="8280"/>
        </w:tabs>
        <w:rPr>
          <w:rFonts w:ascii="Book Antiqua" w:hAnsi="Book Antiqua"/>
          <w:lang w:val="es-ES"/>
        </w:rPr>
      </w:pPr>
      <w:r w:rsidRPr="00E47C79">
        <w:rPr>
          <w:rFonts w:ascii="Book Antiqua" w:hAnsi="Book Antiqua"/>
          <w:lang w:val="es-ES"/>
        </w:rPr>
        <w:t xml:space="preserve">423. Maratón Abraham Rosa, Inc.  </w:t>
      </w:r>
      <w:r w:rsidR="006864A6" w:rsidRPr="00E47C79">
        <w:rPr>
          <w:rFonts w:ascii="Book Antiqua" w:hAnsi="Book Antiqua"/>
          <w:lang w:val="es-ES"/>
        </w:rPr>
        <w:tab/>
      </w:r>
      <w:r w:rsidRPr="00E47C79">
        <w:rPr>
          <w:rFonts w:ascii="Book Antiqua" w:hAnsi="Book Antiqua"/>
          <w:lang w:val="es-ES"/>
        </w:rPr>
        <w:t xml:space="preserve">$15,000.00  </w:t>
      </w:r>
    </w:p>
    <w:p w14:paraId="701E9532" w14:textId="24773720" w:rsidR="003659B9" w:rsidRPr="00E47C79" w:rsidRDefault="003659B9" w:rsidP="007B793F">
      <w:pPr>
        <w:tabs>
          <w:tab w:val="decimal" w:pos="8280"/>
        </w:tabs>
        <w:rPr>
          <w:rFonts w:ascii="Book Antiqua" w:hAnsi="Book Antiqua"/>
          <w:lang w:val="es-ES"/>
        </w:rPr>
      </w:pPr>
      <w:r w:rsidRPr="00E47C79">
        <w:rPr>
          <w:rFonts w:ascii="Book Antiqua" w:hAnsi="Book Antiqua"/>
          <w:lang w:val="es-ES"/>
        </w:rPr>
        <w:t xml:space="preserve">424. Mauro, Inc. </w:t>
      </w:r>
      <w:r w:rsidR="006864A6" w:rsidRPr="00E47C79">
        <w:rPr>
          <w:rFonts w:ascii="Book Antiqua" w:hAnsi="Book Antiqua"/>
          <w:lang w:val="es-ES"/>
        </w:rPr>
        <w:tab/>
      </w:r>
      <w:r w:rsidRPr="00E47C79">
        <w:rPr>
          <w:rFonts w:ascii="Book Antiqua" w:hAnsi="Book Antiqua"/>
          <w:lang w:val="es-ES"/>
        </w:rPr>
        <w:t xml:space="preserve"> $60,000.00  </w:t>
      </w:r>
    </w:p>
    <w:p w14:paraId="604E9DA4" w14:textId="44163EE2" w:rsidR="003659B9" w:rsidRPr="00E47C79" w:rsidRDefault="003659B9" w:rsidP="007B793F">
      <w:pPr>
        <w:tabs>
          <w:tab w:val="decimal" w:pos="8280"/>
        </w:tabs>
        <w:rPr>
          <w:rFonts w:ascii="Book Antiqua" w:hAnsi="Book Antiqua"/>
          <w:lang w:val="es-ES"/>
        </w:rPr>
      </w:pPr>
      <w:r w:rsidRPr="00E47C79">
        <w:rPr>
          <w:rFonts w:ascii="Book Antiqua" w:hAnsi="Book Antiqua"/>
          <w:lang w:val="es-ES"/>
        </w:rPr>
        <w:t xml:space="preserve">425. Mentes Puertorriqueñas en Acción </w:t>
      </w:r>
      <w:r w:rsidR="006864A6" w:rsidRPr="00E47C79">
        <w:rPr>
          <w:rFonts w:ascii="Book Antiqua" w:hAnsi="Book Antiqua"/>
          <w:lang w:val="es-ES"/>
        </w:rPr>
        <w:tab/>
      </w:r>
      <w:r w:rsidRPr="00E47C79">
        <w:rPr>
          <w:rFonts w:ascii="Book Antiqua" w:hAnsi="Book Antiqua"/>
          <w:lang w:val="es-ES"/>
        </w:rPr>
        <w:t xml:space="preserve"> $6,000.00  </w:t>
      </w:r>
    </w:p>
    <w:p w14:paraId="43028DCB" w14:textId="3AD62355" w:rsidR="003659B9" w:rsidRPr="00E47C79" w:rsidRDefault="003659B9" w:rsidP="007B793F">
      <w:pPr>
        <w:tabs>
          <w:tab w:val="decimal" w:pos="8280"/>
        </w:tabs>
        <w:rPr>
          <w:rFonts w:ascii="Book Antiqua" w:hAnsi="Book Antiqua"/>
          <w:lang w:val="es-ES"/>
        </w:rPr>
      </w:pPr>
      <w:r w:rsidRPr="00E47C79">
        <w:rPr>
          <w:rFonts w:ascii="Book Antiqua" w:hAnsi="Book Antiqua"/>
          <w:lang w:val="es-ES"/>
        </w:rPr>
        <w:t xml:space="preserve">426. Milla Lanera TO, Inc.  </w:t>
      </w:r>
      <w:r w:rsidR="006864A6" w:rsidRPr="00E47C79">
        <w:rPr>
          <w:rFonts w:ascii="Book Antiqua" w:hAnsi="Book Antiqua"/>
          <w:lang w:val="es-ES"/>
        </w:rPr>
        <w:tab/>
      </w:r>
      <w:r w:rsidRPr="00E47C79">
        <w:rPr>
          <w:rFonts w:ascii="Book Antiqua" w:hAnsi="Book Antiqua"/>
          <w:lang w:val="es-ES"/>
        </w:rPr>
        <w:t xml:space="preserve">$3,000.00  </w:t>
      </w:r>
    </w:p>
    <w:p w14:paraId="54069031" w14:textId="683E5880" w:rsidR="003659B9" w:rsidRPr="00E47C79" w:rsidRDefault="003659B9" w:rsidP="007B793F">
      <w:pPr>
        <w:tabs>
          <w:tab w:val="decimal" w:pos="8280"/>
        </w:tabs>
        <w:rPr>
          <w:rFonts w:ascii="Book Antiqua" w:hAnsi="Book Antiqua"/>
          <w:lang w:val="es-ES"/>
        </w:rPr>
      </w:pPr>
      <w:r w:rsidRPr="00E47C79">
        <w:rPr>
          <w:rFonts w:ascii="Book Antiqua" w:hAnsi="Book Antiqua"/>
          <w:lang w:val="es-ES"/>
        </w:rPr>
        <w:t xml:space="preserve">427. MINISTERIO ACCION SOCIAL CINERET INC. </w:t>
      </w:r>
      <w:r w:rsidR="006864A6" w:rsidRPr="00E47C79">
        <w:rPr>
          <w:rFonts w:ascii="Book Antiqua" w:hAnsi="Book Antiqua"/>
          <w:lang w:val="es-ES"/>
        </w:rPr>
        <w:tab/>
      </w:r>
      <w:r w:rsidRPr="00E47C79">
        <w:rPr>
          <w:rFonts w:ascii="Book Antiqua" w:hAnsi="Book Antiqua"/>
          <w:lang w:val="es-ES"/>
        </w:rPr>
        <w:t xml:space="preserve">$3,000.00  </w:t>
      </w:r>
    </w:p>
    <w:p w14:paraId="1AD693C6" w14:textId="0BDA73E8"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 xml:space="preserve">428. Ministerio Ayudando a los Olvidados, Inc.  </w:t>
      </w:r>
      <w:r w:rsidR="006864A6" w:rsidRPr="00E47C79">
        <w:rPr>
          <w:rFonts w:ascii="Book Antiqua" w:hAnsi="Book Antiqua"/>
          <w:lang w:val="es-PR"/>
        </w:rPr>
        <w:tab/>
      </w:r>
      <w:r w:rsidRPr="00E47C79">
        <w:rPr>
          <w:rFonts w:ascii="Book Antiqua" w:hAnsi="Book Antiqua"/>
          <w:lang w:val="es-PR"/>
        </w:rPr>
        <w:t xml:space="preserve">$6,000.00  </w:t>
      </w:r>
    </w:p>
    <w:p w14:paraId="4A6004AC" w14:textId="77777777" w:rsidR="006864A6" w:rsidRPr="00E47C79" w:rsidRDefault="003659B9" w:rsidP="007B793F">
      <w:pPr>
        <w:tabs>
          <w:tab w:val="decimal" w:pos="8280"/>
        </w:tabs>
        <w:rPr>
          <w:rFonts w:ascii="Book Antiqua" w:hAnsi="Book Antiqua"/>
          <w:lang w:val="es-PR"/>
        </w:rPr>
      </w:pPr>
      <w:r w:rsidRPr="00E47C79">
        <w:rPr>
          <w:rFonts w:ascii="Book Antiqua" w:hAnsi="Book Antiqua"/>
          <w:lang w:val="es-PR"/>
        </w:rPr>
        <w:t xml:space="preserve">429. Ministerio Buen Samaritano MARC Marcos A Rivera </w:t>
      </w:r>
    </w:p>
    <w:p w14:paraId="34EFE2F4" w14:textId="44805F72"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 xml:space="preserve">Córdova </w:t>
      </w:r>
      <w:proofErr w:type="spellStart"/>
      <w:r w:rsidRPr="00E47C79">
        <w:rPr>
          <w:rFonts w:ascii="Book Antiqua" w:hAnsi="Book Antiqua"/>
          <w:lang w:val="es-PR"/>
        </w:rPr>
        <w:t>Inc</w:t>
      </w:r>
      <w:proofErr w:type="spellEnd"/>
      <w:r w:rsidRPr="00E47C79">
        <w:rPr>
          <w:rFonts w:ascii="Book Antiqua" w:hAnsi="Book Antiqua"/>
          <w:lang w:val="es-PR"/>
        </w:rPr>
        <w:t xml:space="preserve"> </w:t>
      </w:r>
      <w:r w:rsidR="006864A6" w:rsidRPr="00E47C79">
        <w:rPr>
          <w:rFonts w:ascii="Book Antiqua" w:hAnsi="Book Antiqua"/>
          <w:lang w:val="es-PR"/>
        </w:rPr>
        <w:tab/>
      </w:r>
      <w:r w:rsidRPr="00E47C79">
        <w:rPr>
          <w:rFonts w:ascii="Book Antiqua" w:hAnsi="Book Antiqua"/>
          <w:lang w:val="es-PR"/>
        </w:rPr>
        <w:t xml:space="preserve">$400,000.00  </w:t>
      </w:r>
    </w:p>
    <w:p w14:paraId="71E2842D" w14:textId="574E8AFE"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 xml:space="preserve">430. Ministerio Evangelístico El Rio de Dios, Inc. </w:t>
      </w:r>
      <w:r w:rsidR="006864A6" w:rsidRPr="00E47C79">
        <w:rPr>
          <w:rFonts w:ascii="Book Antiqua" w:hAnsi="Book Antiqua"/>
          <w:lang w:val="es-PR"/>
        </w:rPr>
        <w:tab/>
      </w:r>
      <w:r w:rsidRPr="00E47C79">
        <w:rPr>
          <w:rFonts w:ascii="Book Antiqua" w:hAnsi="Book Antiqua"/>
          <w:lang w:val="es-PR"/>
        </w:rPr>
        <w:t xml:space="preserve"> $5,000.00  </w:t>
      </w:r>
    </w:p>
    <w:p w14:paraId="19F5B4E0" w14:textId="7B37084A" w:rsidR="003659B9" w:rsidRPr="00E47C79" w:rsidRDefault="003659B9" w:rsidP="007B793F">
      <w:pPr>
        <w:tabs>
          <w:tab w:val="decimal" w:pos="8280"/>
        </w:tabs>
        <w:rPr>
          <w:rFonts w:ascii="Book Antiqua" w:hAnsi="Book Antiqua"/>
          <w:lang w:val="es-ES"/>
        </w:rPr>
      </w:pPr>
      <w:r w:rsidRPr="00E47C79">
        <w:rPr>
          <w:rFonts w:ascii="Book Antiqua" w:hAnsi="Book Antiqua"/>
          <w:lang w:val="es-PR"/>
        </w:rPr>
        <w:t xml:space="preserve">431. Ministerio Sanando Heridas Inc.  </w:t>
      </w:r>
      <w:r w:rsidR="006864A6" w:rsidRPr="00E47C79">
        <w:rPr>
          <w:rFonts w:ascii="Book Antiqua" w:hAnsi="Book Antiqua"/>
          <w:lang w:val="es-PR"/>
        </w:rPr>
        <w:tab/>
      </w:r>
      <w:r w:rsidRPr="00E47C79">
        <w:rPr>
          <w:rFonts w:ascii="Book Antiqua" w:hAnsi="Book Antiqua"/>
          <w:lang w:val="es-ES"/>
        </w:rPr>
        <w:t xml:space="preserve">$10,000.00  </w:t>
      </w:r>
    </w:p>
    <w:p w14:paraId="0228B90A" w14:textId="0945ECCE" w:rsidR="003659B9" w:rsidRPr="00E47C79" w:rsidRDefault="003659B9" w:rsidP="007B793F">
      <w:pPr>
        <w:tabs>
          <w:tab w:val="decimal" w:pos="8280"/>
        </w:tabs>
        <w:rPr>
          <w:rFonts w:ascii="Book Antiqua" w:hAnsi="Book Antiqua"/>
          <w:lang w:val="es-ES"/>
        </w:rPr>
      </w:pPr>
      <w:r w:rsidRPr="00E47C79">
        <w:rPr>
          <w:rFonts w:ascii="Book Antiqua" w:hAnsi="Book Antiqua"/>
          <w:lang w:val="es-ES"/>
        </w:rPr>
        <w:t xml:space="preserve">432. Mis Amigos de </w:t>
      </w:r>
      <w:proofErr w:type="spellStart"/>
      <w:r w:rsidRPr="00E47C79">
        <w:rPr>
          <w:rFonts w:ascii="Book Antiqua" w:hAnsi="Book Antiqua"/>
          <w:lang w:val="es-ES"/>
        </w:rPr>
        <w:t>Sindrome</w:t>
      </w:r>
      <w:proofErr w:type="spellEnd"/>
      <w:r w:rsidRPr="00E47C79">
        <w:rPr>
          <w:rFonts w:ascii="Book Antiqua" w:hAnsi="Book Antiqua"/>
          <w:lang w:val="es-ES"/>
        </w:rPr>
        <w:t xml:space="preserve"> de Down </w:t>
      </w:r>
      <w:r w:rsidR="006864A6" w:rsidRPr="00E47C79">
        <w:rPr>
          <w:rFonts w:ascii="Book Antiqua" w:hAnsi="Book Antiqua"/>
          <w:lang w:val="es-ES"/>
        </w:rPr>
        <w:tab/>
      </w:r>
      <w:r w:rsidRPr="00E47C79">
        <w:rPr>
          <w:rFonts w:ascii="Book Antiqua" w:hAnsi="Book Antiqua"/>
          <w:lang w:val="es-ES"/>
        </w:rPr>
        <w:t xml:space="preserve">$145,600.00  </w:t>
      </w:r>
    </w:p>
    <w:p w14:paraId="6F4F68EE" w14:textId="5A9A604B" w:rsidR="003659B9" w:rsidRPr="00E47C79" w:rsidRDefault="003659B9" w:rsidP="007B793F">
      <w:pPr>
        <w:tabs>
          <w:tab w:val="decimal" w:pos="8280"/>
        </w:tabs>
        <w:rPr>
          <w:rFonts w:ascii="Book Antiqua" w:hAnsi="Book Antiqua"/>
          <w:lang w:val="es-ES"/>
        </w:rPr>
      </w:pPr>
      <w:r w:rsidRPr="00E47C79">
        <w:rPr>
          <w:rFonts w:ascii="Book Antiqua" w:hAnsi="Book Antiqua"/>
          <w:lang w:val="es-ES"/>
        </w:rPr>
        <w:t xml:space="preserve">433. Misión Abriendo Puertas, Inc.  </w:t>
      </w:r>
      <w:r w:rsidR="006864A6" w:rsidRPr="00E47C79">
        <w:rPr>
          <w:rFonts w:ascii="Book Antiqua" w:hAnsi="Book Antiqua"/>
          <w:lang w:val="es-ES"/>
        </w:rPr>
        <w:tab/>
      </w:r>
      <w:r w:rsidRPr="00E47C79">
        <w:rPr>
          <w:rFonts w:ascii="Book Antiqua" w:hAnsi="Book Antiqua"/>
          <w:lang w:val="es-ES"/>
        </w:rPr>
        <w:t xml:space="preserve">$5,000.00  </w:t>
      </w:r>
    </w:p>
    <w:p w14:paraId="54796A6C" w14:textId="5C9E5210" w:rsidR="003659B9" w:rsidRPr="00E47C79" w:rsidRDefault="003659B9" w:rsidP="007B793F">
      <w:pPr>
        <w:tabs>
          <w:tab w:val="decimal" w:pos="8280"/>
        </w:tabs>
        <w:rPr>
          <w:rFonts w:ascii="Book Antiqua" w:hAnsi="Book Antiqua"/>
          <w:lang w:val="es-ES"/>
        </w:rPr>
      </w:pPr>
      <w:r w:rsidRPr="00E47C79">
        <w:rPr>
          <w:rFonts w:ascii="Book Antiqua" w:hAnsi="Book Antiqua"/>
          <w:lang w:val="es-ES"/>
        </w:rPr>
        <w:t xml:space="preserve">434. Movimiento para Alcance de Vida Independiente - MAVI – </w:t>
      </w:r>
      <w:r w:rsidR="006864A6" w:rsidRPr="00E47C79">
        <w:rPr>
          <w:rFonts w:ascii="Book Antiqua" w:hAnsi="Book Antiqua"/>
          <w:lang w:val="es-ES"/>
        </w:rPr>
        <w:tab/>
      </w:r>
      <w:r w:rsidRPr="00E47C79">
        <w:rPr>
          <w:rFonts w:ascii="Book Antiqua" w:hAnsi="Book Antiqua"/>
          <w:lang w:val="es-ES"/>
        </w:rPr>
        <w:t xml:space="preserve">$50,000.00  </w:t>
      </w:r>
    </w:p>
    <w:p w14:paraId="50F49AA8" w14:textId="326A3C37"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 xml:space="preserve">435. Museo de Arte Contemporáneo de Puerto </w:t>
      </w:r>
      <w:proofErr w:type="gramStart"/>
      <w:r w:rsidRPr="00E47C79">
        <w:rPr>
          <w:rFonts w:ascii="Book Antiqua" w:hAnsi="Book Antiqua"/>
          <w:lang w:val="es-PR"/>
        </w:rPr>
        <w:t xml:space="preserve">Rico  </w:t>
      </w:r>
      <w:r w:rsidR="006864A6" w:rsidRPr="00E47C79">
        <w:rPr>
          <w:rFonts w:ascii="Book Antiqua" w:hAnsi="Book Antiqua"/>
          <w:lang w:val="es-PR"/>
        </w:rPr>
        <w:tab/>
      </w:r>
      <w:proofErr w:type="gramEnd"/>
      <w:r w:rsidRPr="00E47C79">
        <w:rPr>
          <w:rFonts w:ascii="Book Antiqua" w:hAnsi="Book Antiqua"/>
          <w:lang w:val="es-PR"/>
        </w:rPr>
        <w:t xml:space="preserve">$309,651.00  </w:t>
      </w:r>
    </w:p>
    <w:p w14:paraId="52DE0EAC" w14:textId="06C3292D" w:rsidR="003659B9" w:rsidRPr="00E47C79" w:rsidRDefault="003659B9" w:rsidP="007B793F">
      <w:pPr>
        <w:tabs>
          <w:tab w:val="decimal" w:pos="8280"/>
        </w:tabs>
        <w:rPr>
          <w:rFonts w:ascii="Book Antiqua" w:hAnsi="Book Antiqua"/>
          <w:lang w:val="es-ES"/>
        </w:rPr>
      </w:pPr>
      <w:r w:rsidRPr="00E47C79">
        <w:rPr>
          <w:rFonts w:ascii="Book Antiqua" w:hAnsi="Book Antiqua"/>
          <w:lang w:val="es-ES"/>
        </w:rPr>
        <w:t xml:space="preserve">436. Museo De Arte De Puerto Rico </w:t>
      </w:r>
      <w:proofErr w:type="spellStart"/>
      <w:r w:rsidRPr="00E47C79">
        <w:rPr>
          <w:rFonts w:ascii="Book Antiqua" w:hAnsi="Book Antiqua"/>
          <w:lang w:val="es-ES"/>
        </w:rPr>
        <w:t>Inc</w:t>
      </w:r>
      <w:proofErr w:type="spellEnd"/>
      <w:r w:rsidRPr="00E47C79">
        <w:rPr>
          <w:rFonts w:ascii="Book Antiqua" w:hAnsi="Book Antiqua"/>
          <w:lang w:val="es-ES"/>
        </w:rPr>
        <w:t xml:space="preserve"> </w:t>
      </w:r>
      <w:r w:rsidR="006864A6" w:rsidRPr="00E47C79">
        <w:rPr>
          <w:rFonts w:ascii="Book Antiqua" w:hAnsi="Book Antiqua"/>
          <w:lang w:val="es-ES"/>
        </w:rPr>
        <w:tab/>
      </w:r>
      <w:r w:rsidRPr="00E47C79">
        <w:rPr>
          <w:rFonts w:ascii="Book Antiqua" w:hAnsi="Book Antiqua"/>
          <w:lang w:val="es-ES"/>
        </w:rPr>
        <w:t xml:space="preserve">$125,000.00  </w:t>
      </w:r>
    </w:p>
    <w:p w14:paraId="2BE5CF0D" w14:textId="5117FC17" w:rsidR="003659B9" w:rsidRPr="00E47C79" w:rsidRDefault="003659B9" w:rsidP="007B793F">
      <w:pPr>
        <w:tabs>
          <w:tab w:val="decimal" w:pos="8280"/>
        </w:tabs>
        <w:rPr>
          <w:rFonts w:ascii="Book Antiqua" w:hAnsi="Book Antiqua"/>
          <w:lang w:val="es-ES"/>
        </w:rPr>
      </w:pPr>
      <w:r w:rsidRPr="00E47C79">
        <w:rPr>
          <w:rFonts w:ascii="Book Antiqua" w:hAnsi="Book Antiqua"/>
          <w:lang w:val="es-ES"/>
        </w:rPr>
        <w:t xml:space="preserve">437. Museo de Historia Natural y Conservación de Puerto Rico </w:t>
      </w:r>
      <w:r w:rsidR="006864A6" w:rsidRPr="00E47C79">
        <w:rPr>
          <w:rFonts w:ascii="Book Antiqua" w:hAnsi="Book Antiqua"/>
          <w:lang w:val="es-ES"/>
        </w:rPr>
        <w:tab/>
      </w:r>
      <w:r w:rsidRPr="00E47C79">
        <w:rPr>
          <w:rFonts w:ascii="Book Antiqua" w:hAnsi="Book Antiqua"/>
          <w:lang w:val="es-ES"/>
        </w:rPr>
        <w:t xml:space="preserve">$10,000.00  </w:t>
      </w:r>
    </w:p>
    <w:p w14:paraId="2A44F526" w14:textId="25491CA8"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 xml:space="preserve">438. Museo de la Historia de San </w:t>
      </w:r>
      <w:proofErr w:type="gramStart"/>
      <w:r w:rsidRPr="00E47C79">
        <w:rPr>
          <w:rFonts w:ascii="Book Antiqua" w:hAnsi="Book Antiqua"/>
          <w:lang w:val="es-PR"/>
        </w:rPr>
        <w:t xml:space="preserve">Germán  </w:t>
      </w:r>
      <w:r w:rsidR="006864A6" w:rsidRPr="00E47C79">
        <w:rPr>
          <w:rFonts w:ascii="Book Antiqua" w:hAnsi="Book Antiqua"/>
          <w:lang w:val="es-PR"/>
        </w:rPr>
        <w:tab/>
      </w:r>
      <w:proofErr w:type="gramEnd"/>
      <w:r w:rsidRPr="00E47C79">
        <w:rPr>
          <w:rFonts w:ascii="Book Antiqua" w:hAnsi="Book Antiqua"/>
          <w:lang w:val="es-PR"/>
        </w:rPr>
        <w:t xml:space="preserve">$9,000.00  </w:t>
      </w:r>
    </w:p>
    <w:p w14:paraId="327D7AF6" w14:textId="00DD2BFB" w:rsidR="003659B9" w:rsidRPr="00E47C79" w:rsidRDefault="003659B9" w:rsidP="007B793F">
      <w:pPr>
        <w:tabs>
          <w:tab w:val="decimal" w:pos="8280"/>
        </w:tabs>
        <w:rPr>
          <w:rFonts w:ascii="Book Antiqua" w:hAnsi="Book Antiqua"/>
        </w:rPr>
      </w:pPr>
      <w:r w:rsidRPr="00E47C79">
        <w:rPr>
          <w:rFonts w:ascii="Book Antiqua" w:hAnsi="Book Antiqua"/>
          <w:lang w:val="es-PR"/>
        </w:rPr>
        <w:t xml:space="preserve">439. Museo de las Américas, Inc.  </w:t>
      </w:r>
      <w:r w:rsidR="006864A6" w:rsidRPr="00E47C79">
        <w:rPr>
          <w:rFonts w:ascii="Book Antiqua" w:hAnsi="Book Antiqua"/>
          <w:lang w:val="es-PR"/>
        </w:rPr>
        <w:tab/>
      </w:r>
      <w:r w:rsidRPr="00E47C79">
        <w:rPr>
          <w:rFonts w:ascii="Book Antiqua" w:hAnsi="Book Antiqua"/>
        </w:rPr>
        <w:t xml:space="preserve">$150,000.00  </w:t>
      </w:r>
    </w:p>
    <w:p w14:paraId="12E30623" w14:textId="00231307" w:rsidR="003659B9" w:rsidRPr="00E47C79" w:rsidRDefault="003659B9" w:rsidP="007B793F">
      <w:pPr>
        <w:tabs>
          <w:tab w:val="decimal" w:pos="8280"/>
        </w:tabs>
        <w:rPr>
          <w:rFonts w:ascii="Book Antiqua" w:hAnsi="Book Antiqua"/>
        </w:rPr>
      </w:pPr>
      <w:r w:rsidRPr="00E47C79">
        <w:rPr>
          <w:rFonts w:ascii="Book Antiqua" w:hAnsi="Book Antiqua"/>
        </w:rPr>
        <w:lastRenderedPageBreak/>
        <w:t xml:space="preserve">440. Next Gen Cheer and Dance </w:t>
      </w:r>
      <w:r w:rsidR="006864A6" w:rsidRPr="00E47C79">
        <w:rPr>
          <w:rFonts w:ascii="Book Antiqua" w:hAnsi="Book Antiqua"/>
        </w:rPr>
        <w:tab/>
      </w:r>
      <w:r w:rsidRPr="00E47C79">
        <w:rPr>
          <w:rFonts w:ascii="Book Antiqua" w:hAnsi="Book Antiqua"/>
        </w:rPr>
        <w:t xml:space="preserve">$3,000.00  </w:t>
      </w:r>
    </w:p>
    <w:p w14:paraId="2A6F2D3B" w14:textId="27ACF606" w:rsidR="003659B9" w:rsidRPr="00E47C79" w:rsidRDefault="003659B9" w:rsidP="007B793F">
      <w:pPr>
        <w:tabs>
          <w:tab w:val="decimal" w:pos="8280"/>
        </w:tabs>
        <w:rPr>
          <w:rFonts w:ascii="Book Antiqua" w:hAnsi="Book Antiqua"/>
          <w:lang w:val="es-ES"/>
        </w:rPr>
      </w:pPr>
      <w:r w:rsidRPr="00E47C79">
        <w:rPr>
          <w:rFonts w:ascii="Book Antiqua" w:hAnsi="Book Antiqua"/>
          <w:lang w:val="es-ES"/>
        </w:rPr>
        <w:t xml:space="preserve">441. Niños de Nueva Esperanza, Inc. </w:t>
      </w:r>
      <w:r w:rsidR="006864A6" w:rsidRPr="00E47C79">
        <w:rPr>
          <w:rFonts w:ascii="Book Antiqua" w:hAnsi="Book Antiqua"/>
          <w:lang w:val="es-ES"/>
        </w:rPr>
        <w:tab/>
      </w:r>
      <w:r w:rsidRPr="00E47C79">
        <w:rPr>
          <w:rFonts w:ascii="Book Antiqua" w:hAnsi="Book Antiqua"/>
          <w:lang w:val="es-ES"/>
        </w:rPr>
        <w:t xml:space="preserve">$30,000.00  </w:t>
      </w:r>
    </w:p>
    <w:p w14:paraId="0626F2F9" w14:textId="4BF89AD5"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442. Nuestra Escuela Inc</w:t>
      </w:r>
      <w:r w:rsidR="001D3CC1" w:rsidRPr="00E47C79">
        <w:rPr>
          <w:rFonts w:ascii="Book Antiqua" w:hAnsi="Book Antiqua"/>
          <w:lang w:val="es-PR"/>
        </w:rPr>
        <w:t>.</w:t>
      </w:r>
      <w:r w:rsidR="006864A6" w:rsidRPr="00E47C79">
        <w:rPr>
          <w:rFonts w:ascii="Book Antiqua" w:hAnsi="Book Antiqua"/>
          <w:lang w:val="es-PR"/>
        </w:rPr>
        <w:tab/>
      </w:r>
      <w:r w:rsidRPr="00E47C79">
        <w:rPr>
          <w:rFonts w:ascii="Book Antiqua" w:hAnsi="Book Antiqua"/>
          <w:lang w:val="es-PR"/>
        </w:rPr>
        <w:t>$7</w:t>
      </w:r>
      <w:r w:rsidR="001D3CC1" w:rsidRPr="00E47C79">
        <w:rPr>
          <w:rFonts w:ascii="Book Antiqua" w:hAnsi="Book Antiqua"/>
          <w:lang w:val="es-PR"/>
        </w:rPr>
        <w:t>5</w:t>
      </w:r>
      <w:r w:rsidRPr="00E47C79">
        <w:rPr>
          <w:rFonts w:ascii="Book Antiqua" w:hAnsi="Book Antiqua"/>
          <w:lang w:val="es-PR"/>
        </w:rPr>
        <w:t xml:space="preserve">,000.00  </w:t>
      </w:r>
    </w:p>
    <w:p w14:paraId="0DC0A7D8" w14:textId="10834368" w:rsidR="003659B9" w:rsidRPr="00E47C79" w:rsidRDefault="003659B9" w:rsidP="007B793F">
      <w:pPr>
        <w:tabs>
          <w:tab w:val="decimal" w:pos="8280"/>
        </w:tabs>
        <w:rPr>
          <w:rFonts w:ascii="Book Antiqua" w:hAnsi="Book Antiqua"/>
          <w:lang w:val="es-ES"/>
        </w:rPr>
      </w:pPr>
      <w:r w:rsidRPr="00E47C79">
        <w:rPr>
          <w:rFonts w:ascii="Book Antiqua" w:hAnsi="Book Antiqua"/>
          <w:lang w:val="es-PR"/>
        </w:rPr>
        <w:t>44</w:t>
      </w:r>
      <w:r w:rsidR="00E10572" w:rsidRPr="00E47C79">
        <w:rPr>
          <w:rFonts w:ascii="Book Antiqua" w:hAnsi="Book Antiqua"/>
          <w:lang w:val="es-PR"/>
        </w:rPr>
        <w:t>3</w:t>
      </w:r>
      <w:r w:rsidRPr="00E47C79">
        <w:rPr>
          <w:rFonts w:ascii="Book Antiqua" w:hAnsi="Book Antiqua"/>
          <w:lang w:val="es-PR"/>
        </w:rPr>
        <w:t xml:space="preserve">. Nuevos Petateros AA, Inc.  </w:t>
      </w:r>
      <w:r w:rsidR="006864A6" w:rsidRPr="00E47C79">
        <w:rPr>
          <w:rFonts w:ascii="Book Antiqua" w:hAnsi="Book Antiqua"/>
          <w:lang w:val="es-PR"/>
        </w:rPr>
        <w:tab/>
      </w:r>
      <w:r w:rsidRPr="00E47C79">
        <w:rPr>
          <w:rFonts w:ascii="Book Antiqua" w:hAnsi="Book Antiqua"/>
          <w:lang w:val="es-ES"/>
        </w:rPr>
        <w:t xml:space="preserve">$10,000.00  </w:t>
      </w:r>
    </w:p>
    <w:p w14:paraId="32F3AFE8" w14:textId="02DC8DFA" w:rsidR="003659B9" w:rsidRPr="00E47C79" w:rsidRDefault="003659B9" w:rsidP="007B793F">
      <w:pPr>
        <w:tabs>
          <w:tab w:val="decimal" w:pos="8280"/>
        </w:tabs>
        <w:rPr>
          <w:rFonts w:ascii="Book Antiqua" w:hAnsi="Book Antiqua"/>
          <w:lang w:val="es-ES"/>
        </w:rPr>
      </w:pPr>
      <w:r w:rsidRPr="00E47C79">
        <w:rPr>
          <w:rFonts w:ascii="Book Antiqua" w:hAnsi="Book Antiqua"/>
          <w:lang w:val="es-ES"/>
        </w:rPr>
        <w:t>44</w:t>
      </w:r>
      <w:r w:rsidR="00E10572" w:rsidRPr="00E47C79">
        <w:rPr>
          <w:rFonts w:ascii="Book Antiqua" w:hAnsi="Book Antiqua"/>
          <w:lang w:val="es-ES"/>
        </w:rPr>
        <w:t>4</w:t>
      </w:r>
      <w:r w:rsidRPr="00E47C79">
        <w:rPr>
          <w:rFonts w:ascii="Book Antiqua" w:hAnsi="Book Antiqua"/>
          <w:lang w:val="es-ES"/>
        </w:rPr>
        <w:t xml:space="preserve">. Nutrición Espiritual Inc. </w:t>
      </w:r>
      <w:r w:rsidR="006864A6" w:rsidRPr="00E47C79">
        <w:rPr>
          <w:rFonts w:ascii="Book Antiqua" w:hAnsi="Book Antiqua"/>
          <w:lang w:val="es-ES"/>
        </w:rPr>
        <w:tab/>
      </w:r>
      <w:r w:rsidRPr="00E47C79">
        <w:rPr>
          <w:rFonts w:ascii="Book Antiqua" w:hAnsi="Book Antiqua"/>
          <w:lang w:val="es-ES"/>
        </w:rPr>
        <w:t xml:space="preserve">$3,000.00  </w:t>
      </w:r>
    </w:p>
    <w:p w14:paraId="49B03817" w14:textId="36C49DD0"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44</w:t>
      </w:r>
      <w:r w:rsidR="00E10572" w:rsidRPr="00E47C79">
        <w:rPr>
          <w:rFonts w:ascii="Book Antiqua" w:hAnsi="Book Antiqua"/>
          <w:lang w:val="es-PR"/>
        </w:rPr>
        <w:t>5</w:t>
      </w:r>
      <w:r w:rsidRPr="00E47C79">
        <w:rPr>
          <w:rFonts w:ascii="Book Antiqua" w:hAnsi="Book Antiqua"/>
          <w:lang w:val="es-PR"/>
        </w:rPr>
        <w:t xml:space="preserve">. NW </w:t>
      </w:r>
      <w:proofErr w:type="spellStart"/>
      <w:r w:rsidRPr="00E47C79">
        <w:rPr>
          <w:rFonts w:ascii="Book Antiqua" w:hAnsi="Book Antiqua"/>
          <w:lang w:val="es-PR"/>
        </w:rPr>
        <w:t>Bilingual</w:t>
      </w:r>
      <w:proofErr w:type="spellEnd"/>
      <w:r w:rsidRPr="00E47C79">
        <w:rPr>
          <w:rFonts w:ascii="Book Antiqua" w:hAnsi="Book Antiqua"/>
          <w:lang w:val="es-PR"/>
        </w:rPr>
        <w:t xml:space="preserve"> </w:t>
      </w:r>
      <w:proofErr w:type="spellStart"/>
      <w:r w:rsidRPr="00E47C79">
        <w:rPr>
          <w:rFonts w:ascii="Book Antiqua" w:hAnsi="Book Antiqua"/>
          <w:lang w:val="es-PR"/>
        </w:rPr>
        <w:t>Academy</w:t>
      </w:r>
      <w:proofErr w:type="spellEnd"/>
      <w:r w:rsidRPr="00E47C79">
        <w:rPr>
          <w:rFonts w:ascii="Book Antiqua" w:hAnsi="Book Antiqua"/>
          <w:lang w:val="es-PR"/>
        </w:rPr>
        <w:t xml:space="preserve"> </w:t>
      </w:r>
      <w:r w:rsidR="006864A6" w:rsidRPr="00E47C79">
        <w:rPr>
          <w:rFonts w:ascii="Book Antiqua" w:hAnsi="Book Antiqua"/>
          <w:lang w:val="es-PR"/>
        </w:rPr>
        <w:tab/>
      </w:r>
      <w:r w:rsidRPr="00E47C79">
        <w:rPr>
          <w:rFonts w:ascii="Book Antiqua" w:hAnsi="Book Antiqua"/>
          <w:lang w:val="es-PR"/>
        </w:rPr>
        <w:t xml:space="preserve">$10,000.00  </w:t>
      </w:r>
    </w:p>
    <w:p w14:paraId="086497E9" w14:textId="4F202B94" w:rsidR="003659B9" w:rsidRPr="00E47C79" w:rsidRDefault="003659B9" w:rsidP="007B793F">
      <w:pPr>
        <w:tabs>
          <w:tab w:val="decimal" w:pos="8280"/>
        </w:tabs>
        <w:rPr>
          <w:rFonts w:ascii="Book Antiqua" w:hAnsi="Book Antiqua"/>
          <w:lang w:val="es-ES"/>
        </w:rPr>
      </w:pPr>
      <w:r w:rsidRPr="00E47C79">
        <w:rPr>
          <w:rFonts w:ascii="Book Antiqua" w:hAnsi="Book Antiqua"/>
          <w:lang w:val="es-PR"/>
        </w:rPr>
        <w:t>44</w:t>
      </w:r>
      <w:r w:rsidR="00E10572" w:rsidRPr="00E47C79">
        <w:rPr>
          <w:rFonts w:ascii="Book Antiqua" w:hAnsi="Book Antiqua"/>
          <w:lang w:val="es-PR"/>
        </w:rPr>
        <w:t>6</w:t>
      </w:r>
      <w:r w:rsidRPr="00E47C79">
        <w:rPr>
          <w:rFonts w:ascii="Book Antiqua" w:hAnsi="Book Antiqua"/>
          <w:lang w:val="es-PR"/>
        </w:rPr>
        <w:t xml:space="preserve">. Oblatas del Santísimo Redentor Hogar Fátima, Inc.  </w:t>
      </w:r>
      <w:r w:rsidR="006864A6" w:rsidRPr="00E47C79">
        <w:rPr>
          <w:rFonts w:ascii="Book Antiqua" w:hAnsi="Book Antiqua"/>
          <w:lang w:val="es-PR"/>
        </w:rPr>
        <w:tab/>
      </w:r>
      <w:r w:rsidRPr="00E47C79">
        <w:rPr>
          <w:rFonts w:ascii="Book Antiqua" w:hAnsi="Book Antiqua"/>
          <w:lang w:val="es-ES"/>
        </w:rPr>
        <w:t xml:space="preserve">$24,750.00  </w:t>
      </w:r>
    </w:p>
    <w:p w14:paraId="1624790C" w14:textId="215DDDA9" w:rsidR="003659B9" w:rsidRPr="00026520" w:rsidRDefault="003659B9" w:rsidP="007B793F">
      <w:pPr>
        <w:tabs>
          <w:tab w:val="decimal" w:pos="8280"/>
        </w:tabs>
        <w:rPr>
          <w:rFonts w:ascii="Book Antiqua" w:hAnsi="Book Antiqua"/>
          <w:lang w:val="pt-PT"/>
        </w:rPr>
      </w:pPr>
      <w:r w:rsidRPr="00E47C79">
        <w:rPr>
          <w:rFonts w:ascii="Book Antiqua" w:hAnsi="Book Antiqua"/>
          <w:lang w:val="es-PR"/>
        </w:rPr>
        <w:t>44</w:t>
      </w:r>
      <w:r w:rsidR="00E10572" w:rsidRPr="00E47C79">
        <w:rPr>
          <w:rFonts w:ascii="Book Antiqua" w:hAnsi="Book Antiqua"/>
          <w:lang w:val="es-PR"/>
        </w:rPr>
        <w:t>7</w:t>
      </w:r>
      <w:r w:rsidRPr="00E47C79">
        <w:rPr>
          <w:rFonts w:ascii="Book Antiqua" w:hAnsi="Book Antiqua"/>
          <w:lang w:val="es-PR"/>
        </w:rPr>
        <w:t xml:space="preserve">. Oficina Legal de la Comunidad, Inc.  </w:t>
      </w:r>
      <w:r w:rsidR="006864A6" w:rsidRPr="00E47C79">
        <w:rPr>
          <w:rFonts w:ascii="Book Antiqua" w:hAnsi="Book Antiqua"/>
          <w:lang w:val="es-PR"/>
        </w:rPr>
        <w:tab/>
      </w:r>
      <w:r w:rsidRPr="00026520">
        <w:rPr>
          <w:rFonts w:ascii="Book Antiqua" w:hAnsi="Book Antiqua"/>
          <w:lang w:val="pt-PT"/>
        </w:rPr>
        <w:t xml:space="preserve">$24,750.00  </w:t>
      </w:r>
    </w:p>
    <w:p w14:paraId="10448C11" w14:textId="0167310A" w:rsidR="003659B9" w:rsidRPr="00026520" w:rsidRDefault="003659B9" w:rsidP="007B793F">
      <w:pPr>
        <w:tabs>
          <w:tab w:val="decimal" w:pos="8280"/>
        </w:tabs>
        <w:rPr>
          <w:rFonts w:ascii="Book Antiqua" w:hAnsi="Book Antiqua"/>
          <w:lang w:val="pt-PT"/>
        </w:rPr>
      </w:pPr>
      <w:r w:rsidRPr="00026520">
        <w:rPr>
          <w:rFonts w:ascii="Book Antiqua" w:hAnsi="Book Antiqua"/>
          <w:lang w:val="pt-PT"/>
        </w:rPr>
        <w:t>44</w:t>
      </w:r>
      <w:r w:rsidR="00E10572" w:rsidRPr="00026520">
        <w:rPr>
          <w:rFonts w:ascii="Book Antiqua" w:hAnsi="Book Antiqua"/>
          <w:lang w:val="pt-PT"/>
        </w:rPr>
        <w:t>8</w:t>
      </w:r>
      <w:r w:rsidRPr="00026520">
        <w:rPr>
          <w:rFonts w:ascii="Book Antiqua" w:hAnsi="Book Antiqua"/>
          <w:lang w:val="pt-PT"/>
        </w:rPr>
        <w:t xml:space="preserve">. Olga Iglesias Project, Inc.  </w:t>
      </w:r>
      <w:r w:rsidR="006864A6" w:rsidRPr="00026520">
        <w:rPr>
          <w:rFonts w:ascii="Book Antiqua" w:hAnsi="Book Antiqua"/>
          <w:lang w:val="pt-PT"/>
        </w:rPr>
        <w:tab/>
      </w:r>
      <w:r w:rsidRPr="00026520">
        <w:rPr>
          <w:rFonts w:ascii="Book Antiqua" w:hAnsi="Book Antiqua"/>
          <w:lang w:val="pt-PT"/>
        </w:rPr>
        <w:t xml:space="preserve">$3,000.00  </w:t>
      </w:r>
    </w:p>
    <w:p w14:paraId="30BE1F53" w14:textId="1652273D" w:rsidR="003659B9" w:rsidRPr="00026520" w:rsidRDefault="003659B9" w:rsidP="007B793F">
      <w:pPr>
        <w:tabs>
          <w:tab w:val="decimal" w:pos="8280"/>
        </w:tabs>
        <w:rPr>
          <w:rFonts w:ascii="Book Antiqua" w:hAnsi="Book Antiqua"/>
          <w:lang w:val="pt-PT"/>
        </w:rPr>
      </w:pPr>
      <w:r w:rsidRPr="00026520">
        <w:rPr>
          <w:rFonts w:ascii="Book Antiqua" w:hAnsi="Book Antiqua"/>
          <w:lang w:val="pt-PT"/>
        </w:rPr>
        <w:t>4</w:t>
      </w:r>
      <w:r w:rsidR="00E10572" w:rsidRPr="00026520">
        <w:rPr>
          <w:rFonts w:ascii="Book Antiqua" w:hAnsi="Book Antiqua"/>
          <w:lang w:val="pt-PT"/>
        </w:rPr>
        <w:t>49</w:t>
      </w:r>
      <w:r w:rsidRPr="00026520">
        <w:rPr>
          <w:rFonts w:ascii="Book Antiqua" w:hAnsi="Book Antiqua"/>
          <w:lang w:val="pt-PT"/>
        </w:rPr>
        <w:t xml:space="preserve">. OPDH  </w:t>
      </w:r>
      <w:r w:rsidR="006864A6" w:rsidRPr="00026520">
        <w:rPr>
          <w:rFonts w:ascii="Book Antiqua" w:hAnsi="Book Antiqua"/>
          <w:lang w:val="pt-PT"/>
        </w:rPr>
        <w:tab/>
      </w:r>
      <w:r w:rsidRPr="00026520">
        <w:rPr>
          <w:rFonts w:ascii="Book Antiqua" w:hAnsi="Book Antiqua"/>
          <w:lang w:val="pt-PT"/>
        </w:rPr>
        <w:t xml:space="preserve">$10,000.00  </w:t>
      </w:r>
    </w:p>
    <w:p w14:paraId="08C48102" w14:textId="76EAF1A4" w:rsidR="003659B9" w:rsidRPr="00E47C79" w:rsidRDefault="003659B9" w:rsidP="007B793F">
      <w:pPr>
        <w:tabs>
          <w:tab w:val="decimal" w:pos="8280"/>
        </w:tabs>
        <w:rPr>
          <w:rFonts w:ascii="Book Antiqua" w:hAnsi="Book Antiqua"/>
          <w:lang w:val="es-ES"/>
        </w:rPr>
      </w:pPr>
      <w:r w:rsidRPr="00E47C79">
        <w:rPr>
          <w:rFonts w:ascii="Book Antiqua" w:hAnsi="Book Antiqua"/>
          <w:lang w:val="es-PR"/>
        </w:rPr>
        <w:t>45</w:t>
      </w:r>
      <w:r w:rsidR="00E10572" w:rsidRPr="00E47C79">
        <w:rPr>
          <w:rFonts w:ascii="Book Antiqua" w:hAnsi="Book Antiqua"/>
          <w:lang w:val="es-PR"/>
        </w:rPr>
        <w:t>0</w:t>
      </w:r>
      <w:r w:rsidRPr="00E47C79">
        <w:rPr>
          <w:rFonts w:ascii="Book Antiqua" w:hAnsi="Book Antiqua"/>
          <w:lang w:val="es-PR"/>
        </w:rPr>
        <w:t xml:space="preserve">. Organización Batey Criollo Inc. </w:t>
      </w:r>
      <w:r w:rsidR="006864A6" w:rsidRPr="00E47C79">
        <w:rPr>
          <w:rFonts w:ascii="Book Antiqua" w:hAnsi="Book Antiqua"/>
          <w:lang w:val="es-PR"/>
        </w:rPr>
        <w:tab/>
      </w:r>
      <w:r w:rsidRPr="00E47C79">
        <w:rPr>
          <w:rFonts w:ascii="Book Antiqua" w:hAnsi="Book Antiqua"/>
          <w:lang w:val="es-PR"/>
        </w:rPr>
        <w:t xml:space="preserve"> </w:t>
      </w:r>
      <w:r w:rsidRPr="00E47C79">
        <w:rPr>
          <w:rFonts w:ascii="Book Antiqua" w:hAnsi="Book Antiqua"/>
          <w:lang w:val="es-ES"/>
        </w:rPr>
        <w:t xml:space="preserve">$14,750.00  </w:t>
      </w:r>
    </w:p>
    <w:p w14:paraId="7595D2A2" w14:textId="2CDF2C37"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45</w:t>
      </w:r>
      <w:r w:rsidR="00E10572" w:rsidRPr="00E47C79">
        <w:rPr>
          <w:rFonts w:ascii="Book Antiqua" w:hAnsi="Book Antiqua"/>
          <w:lang w:val="es-PR"/>
        </w:rPr>
        <w:t>1</w:t>
      </w:r>
      <w:r w:rsidRPr="00E47C79">
        <w:rPr>
          <w:rFonts w:ascii="Book Antiqua" w:hAnsi="Book Antiqua"/>
          <w:lang w:val="es-PR"/>
        </w:rPr>
        <w:t xml:space="preserve">. Organización </w:t>
      </w:r>
      <w:proofErr w:type="gramStart"/>
      <w:r w:rsidRPr="00E47C79">
        <w:rPr>
          <w:rFonts w:ascii="Book Antiqua" w:hAnsi="Book Antiqua"/>
          <w:lang w:val="es-PR"/>
        </w:rPr>
        <w:t>Pro Ambiente</w:t>
      </w:r>
      <w:proofErr w:type="gramEnd"/>
      <w:r w:rsidRPr="00E47C79">
        <w:rPr>
          <w:rFonts w:ascii="Book Antiqua" w:hAnsi="Book Antiqua"/>
          <w:lang w:val="es-PR"/>
        </w:rPr>
        <w:t xml:space="preserve"> </w:t>
      </w:r>
      <w:proofErr w:type="gramStart"/>
      <w:r w:rsidRPr="00E47C79">
        <w:rPr>
          <w:rFonts w:ascii="Book Antiqua" w:hAnsi="Book Antiqua"/>
          <w:lang w:val="es-PR"/>
        </w:rPr>
        <w:t xml:space="preserve">Sustentable  </w:t>
      </w:r>
      <w:r w:rsidR="006864A6" w:rsidRPr="00E47C79">
        <w:rPr>
          <w:rFonts w:ascii="Book Antiqua" w:hAnsi="Book Antiqua"/>
          <w:lang w:val="es-PR"/>
        </w:rPr>
        <w:tab/>
      </w:r>
      <w:proofErr w:type="gramEnd"/>
      <w:r w:rsidRPr="00E47C79">
        <w:rPr>
          <w:rFonts w:ascii="Book Antiqua" w:hAnsi="Book Antiqua"/>
          <w:lang w:val="es-PR"/>
        </w:rPr>
        <w:t xml:space="preserve">$3,500.00  </w:t>
      </w:r>
    </w:p>
    <w:p w14:paraId="0FBE97CD" w14:textId="6415268E" w:rsidR="003659B9" w:rsidRPr="00026520" w:rsidRDefault="003659B9" w:rsidP="007B793F">
      <w:pPr>
        <w:tabs>
          <w:tab w:val="decimal" w:pos="8280"/>
        </w:tabs>
        <w:rPr>
          <w:rFonts w:ascii="Book Antiqua" w:hAnsi="Book Antiqua"/>
          <w:lang w:val="es-ES"/>
        </w:rPr>
      </w:pPr>
      <w:r w:rsidRPr="00E47C79">
        <w:rPr>
          <w:rFonts w:ascii="Book Antiqua" w:hAnsi="Book Antiqua"/>
          <w:lang w:val="es-PR"/>
        </w:rPr>
        <w:t>45</w:t>
      </w:r>
      <w:r w:rsidR="00E10572" w:rsidRPr="00E47C79">
        <w:rPr>
          <w:rFonts w:ascii="Book Antiqua" w:hAnsi="Book Antiqua"/>
          <w:lang w:val="es-PR"/>
        </w:rPr>
        <w:t>2</w:t>
      </w:r>
      <w:r w:rsidRPr="00E47C79">
        <w:rPr>
          <w:rFonts w:ascii="Book Antiqua" w:hAnsi="Book Antiqua"/>
          <w:lang w:val="es-PR"/>
        </w:rPr>
        <w:t xml:space="preserve">. Organización Pro-Deportes Bo. </w:t>
      </w:r>
      <w:proofErr w:type="spellStart"/>
      <w:r w:rsidRPr="00E47C79">
        <w:rPr>
          <w:rFonts w:ascii="Book Antiqua" w:hAnsi="Book Antiqua"/>
          <w:lang w:val="es-PR"/>
        </w:rPr>
        <w:t>Yaurel</w:t>
      </w:r>
      <w:proofErr w:type="spellEnd"/>
      <w:r w:rsidRPr="00E47C79">
        <w:rPr>
          <w:rFonts w:ascii="Book Antiqua" w:hAnsi="Book Antiqua"/>
          <w:lang w:val="es-PR"/>
        </w:rPr>
        <w:t xml:space="preserve"> Inc.  </w:t>
      </w:r>
      <w:r w:rsidR="006864A6" w:rsidRPr="00E47C79">
        <w:rPr>
          <w:rFonts w:ascii="Book Antiqua" w:hAnsi="Book Antiqua"/>
          <w:lang w:val="es-PR"/>
        </w:rPr>
        <w:tab/>
      </w:r>
      <w:r w:rsidRPr="00026520">
        <w:rPr>
          <w:rFonts w:ascii="Book Antiqua" w:hAnsi="Book Antiqua"/>
          <w:lang w:val="es-ES"/>
        </w:rPr>
        <w:t xml:space="preserve">$40,000.00  </w:t>
      </w:r>
    </w:p>
    <w:p w14:paraId="1DD24C32" w14:textId="18675CD8"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45</w:t>
      </w:r>
      <w:r w:rsidR="00E10572" w:rsidRPr="00E47C79">
        <w:rPr>
          <w:rFonts w:ascii="Book Antiqua" w:hAnsi="Book Antiqua"/>
          <w:lang w:val="es-PR"/>
        </w:rPr>
        <w:t>3</w:t>
      </w:r>
      <w:r w:rsidRPr="00E47C79">
        <w:rPr>
          <w:rFonts w:ascii="Book Antiqua" w:hAnsi="Book Antiqua"/>
          <w:lang w:val="es-PR"/>
        </w:rPr>
        <w:t xml:space="preserve">. Pabellón de la Fama del deporte </w:t>
      </w:r>
      <w:proofErr w:type="spellStart"/>
      <w:proofErr w:type="gramStart"/>
      <w:r w:rsidRPr="00E47C79">
        <w:rPr>
          <w:rFonts w:ascii="Book Antiqua" w:hAnsi="Book Antiqua"/>
          <w:lang w:val="es-PR"/>
        </w:rPr>
        <w:t>Cagueño</w:t>
      </w:r>
      <w:proofErr w:type="spellEnd"/>
      <w:r w:rsidRPr="00E47C79">
        <w:rPr>
          <w:rFonts w:ascii="Book Antiqua" w:hAnsi="Book Antiqua"/>
          <w:lang w:val="es-PR"/>
        </w:rPr>
        <w:t xml:space="preserve">  </w:t>
      </w:r>
      <w:r w:rsidR="006864A6" w:rsidRPr="00E47C79">
        <w:rPr>
          <w:rFonts w:ascii="Book Antiqua" w:hAnsi="Book Antiqua"/>
          <w:lang w:val="es-PR"/>
        </w:rPr>
        <w:tab/>
      </w:r>
      <w:proofErr w:type="gramEnd"/>
      <w:r w:rsidRPr="00E47C79">
        <w:rPr>
          <w:rFonts w:ascii="Book Antiqua" w:hAnsi="Book Antiqua"/>
          <w:lang w:val="es-PR"/>
        </w:rPr>
        <w:t xml:space="preserve">$10,000.00  </w:t>
      </w:r>
    </w:p>
    <w:p w14:paraId="27C1E0E6" w14:textId="46F2E10B" w:rsidR="003659B9" w:rsidRPr="00E47C79" w:rsidRDefault="003659B9" w:rsidP="007B793F">
      <w:pPr>
        <w:tabs>
          <w:tab w:val="decimal" w:pos="8280"/>
        </w:tabs>
        <w:rPr>
          <w:rFonts w:ascii="Book Antiqua" w:hAnsi="Book Antiqua"/>
          <w:lang w:val="es-ES"/>
        </w:rPr>
      </w:pPr>
      <w:r w:rsidRPr="00E47C79">
        <w:rPr>
          <w:rFonts w:ascii="Book Antiqua" w:hAnsi="Book Antiqua"/>
          <w:lang w:val="es-PR"/>
        </w:rPr>
        <w:t>45</w:t>
      </w:r>
      <w:r w:rsidR="00E10572" w:rsidRPr="00E47C79">
        <w:rPr>
          <w:rFonts w:ascii="Book Antiqua" w:hAnsi="Book Antiqua"/>
          <w:lang w:val="es-PR"/>
        </w:rPr>
        <w:t>4</w:t>
      </w:r>
      <w:r w:rsidRPr="00E47C79">
        <w:rPr>
          <w:rFonts w:ascii="Book Antiqua" w:hAnsi="Book Antiqua"/>
          <w:lang w:val="es-PR"/>
        </w:rPr>
        <w:t xml:space="preserve">. Pabellón de la Fama del deporte Santurce Inc.  </w:t>
      </w:r>
      <w:r w:rsidR="006864A6" w:rsidRPr="00E47C79">
        <w:rPr>
          <w:rFonts w:ascii="Book Antiqua" w:hAnsi="Book Antiqua"/>
          <w:lang w:val="es-PR"/>
        </w:rPr>
        <w:tab/>
      </w:r>
      <w:r w:rsidRPr="00E47C79">
        <w:rPr>
          <w:rFonts w:ascii="Book Antiqua" w:hAnsi="Book Antiqua"/>
          <w:lang w:val="es-ES"/>
        </w:rPr>
        <w:t xml:space="preserve">$5,000.00  </w:t>
      </w:r>
    </w:p>
    <w:p w14:paraId="53DD9D03" w14:textId="7A45CD79" w:rsidR="003659B9" w:rsidRPr="00026520" w:rsidRDefault="003659B9" w:rsidP="007B793F">
      <w:pPr>
        <w:tabs>
          <w:tab w:val="decimal" w:pos="8280"/>
        </w:tabs>
        <w:rPr>
          <w:rFonts w:ascii="Book Antiqua" w:hAnsi="Book Antiqua"/>
          <w:lang w:val="es-ES"/>
        </w:rPr>
      </w:pPr>
      <w:r w:rsidRPr="00E47C79">
        <w:rPr>
          <w:rFonts w:ascii="Book Antiqua" w:hAnsi="Book Antiqua"/>
          <w:lang w:val="es-PR"/>
        </w:rPr>
        <w:t>45</w:t>
      </w:r>
      <w:r w:rsidR="00E10572" w:rsidRPr="00E47C79">
        <w:rPr>
          <w:rFonts w:ascii="Book Antiqua" w:hAnsi="Book Antiqua"/>
          <w:lang w:val="es-PR"/>
        </w:rPr>
        <w:t>5</w:t>
      </w:r>
      <w:r w:rsidRPr="00E47C79">
        <w:rPr>
          <w:rFonts w:ascii="Book Antiqua" w:hAnsi="Book Antiqua"/>
          <w:lang w:val="es-PR"/>
        </w:rPr>
        <w:t xml:space="preserve">. Pabellón de la Música, Cultura y Deporte Mocano Inc. </w:t>
      </w:r>
      <w:r w:rsidR="006864A6" w:rsidRPr="00E47C79">
        <w:rPr>
          <w:rFonts w:ascii="Book Antiqua" w:hAnsi="Book Antiqua"/>
          <w:lang w:val="es-PR"/>
        </w:rPr>
        <w:tab/>
      </w:r>
      <w:r w:rsidRPr="00E47C79">
        <w:rPr>
          <w:rFonts w:ascii="Book Antiqua" w:hAnsi="Book Antiqua"/>
          <w:lang w:val="es-PR"/>
        </w:rPr>
        <w:t xml:space="preserve"> </w:t>
      </w:r>
      <w:r w:rsidRPr="00026520">
        <w:rPr>
          <w:rFonts w:ascii="Book Antiqua" w:hAnsi="Book Antiqua"/>
          <w:lang w:val="es-ES"/>
        </w:rPr>
        <w:t xml:space="preserve">$10,000.00  </w:t>
      </w:r>
    </w:p>
    <w:p w14:paraId="77DD6489" w14:textId="0D032EC5" w:rsidR="003659B9" w:rsidRPr="00026520" w:rsidRDefault="003659B9" w:rsidP="007B793F">
      <w:pPr>
        <w:tabs>
          <w:tab w:val="decimal" w:pos="8280"/>
        </w:tabs>
        <w:rPr>
          <w:rFonts w:ascii="Book Antiqua" w:hAnsi="Book Antiqua"/>
          <w:lang w:val="es-ES"/>
        </w:rPr>
      </w:pPr>
      <w:r w:rsidRPr="00026520">
        <w:rPr>
          <w:rFonts w:ascii="Book Antiqua" w:hAnsi="Book Antiqua"/>
          <w:lang w:val="es-ES"/>
        </w:rPr>
        <w:t>45</w:t>
      </w:r>
      <w:r w:rsidR="00E10572" w:rsidRPr="00026520">
        <w:rPr>
          <w:rFonts w:ascii="Book Antiqua" w:hAnsi="Book Antiqua"/>
          <w:lang w:val="es-ES"/>
        </w:rPr>
        <w:t>6</w:t>
      </w:r>
      <w:r w:rsidRPr="00026520">
        <w:rPr>
          <w:rFonts w:ascii="Book Antiqua" w:hAnsi="Book Antiqua"/>
          <w:lang w:val="es-ES"/>
        </w:rPr>
        <w:t xml:space="preserve">. Paraíso Infantil, Inc.  </w:t>
      </w:r>
      <w:r w:rsidR="006864A6" w:rsidRPr="00026520">
        <w:rPr>
          <w:rFonts w:ascii="Book Antiqua" w:hAnsi="Book Antiqua"/>
          <w:lang w:val="es-ES"/>
        </w:rPr>
        <w:tab/>
      </w:r>
      <w:r w:rsidRPr="00026520">
        <w:rPr>
          <w:rFonts w:ascii="Book Antiqua" w:hAnsi="Book Antiqua"/>
          <w:lang w:val="es-ES"/>
        </w:rPr>
        <w:t xml:space="preserve">$4,500.00  </w:t>
      </w:r>
    </w:p>
    <w:p w14:paraId="0366E3EB" w14:textId="223614D0" w:rsidR="003659B9" w:rsidRPr="00026520" w:rsidRDefault="003659B9" w:rsidP="007B793F">
      <w:pPr>
        <w:tabs>
          <w:tab w:val="decimal" w:pos="8280"/>
        </w:tabs>
        <w:rPr>
          <w:rFonts w:ascii="Book Antiqua" w:hAnsi="Book Antiqua"/>
          <w:lang w:val="es-ES"/>
        </w:rPr>
      </w:pPr>
      <w:r w:rsidRPr="00026520">
        <w:rPr>
          <w:rFonts w:ascii="Book Antiqua" w:hAnsi="Book Antiqua"/>
          <w:lang w:val="es-ES"/>
        </w:rPr>
        <w:t>45</w:t>
      </w:r>
      <w:r w:rsidR="00E10572" w:rsidRPr="00026520">
        <w:rPr>
          <w:rFonts w:ascii="Book Antiqua" w:hAnsi="Book Antiqua"/>
          <w:lang w:val="es-ES"/>
        </w:rPr>
        <w:t>7</w:t>
      </w:r>
      <w:r w:rsidRPr="00026520">
        <w:rPr>
          <w:rFonts w:ascii="Book Antiqua" w:hAnsi="Book Antiqua"/>
          <w:lang w:val="es-ES"/>
        </w:rPr>
        <w:t xml:space="preserve">. Parcelas Falú Renace Inc.  </w:t>
      </w:r>
      <w:r w:rsidR="006864A6" w:rsidRPr="00026520">
        <w:rPr>
          <w:rFonts w:ascii="Book Antiqua" w:hAnsi="Book Antiqua"/>
          <w:lang w:val="es-ES"/>
        </w:rPr>
        <w:tab/>
      </w:r>
      <w:r w:rsidRPr="00026520">
        <w:rPr>
          <w:rFonts w:ascii="Book Antiqua" w:hAnsi="Book Antiqua"/>
          <w:lang w:val="es-ES"/>
        </w:rPr>
        <w:t xml:space="preserve">$10,000.00  </w:t>
      </w:r>
    </w:p>
    <w:p w14:paraId="1D42637F" w14:textId="371D7115"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45</w:t>
      </w:r>
      <w:r w:rsidR="00E10572" w:rsidRPr="00E47C79">
        <w:rPr>
          <w:rFonts w:ascii="Book Antiqua" w:hAnsi="Book Antiqua"/>
          <w:lang w:val="es-PR"/>
        </w:rPr>
        <w:t>8</w:t>
      </w:r>
      <w:r w:rsidRPr="00E47C79">
        <w:rPr>
          <w:rFonts w:ascii="Book Antiqua" w:hAnsi="Book Antiqua"/>
          <w:lang w:val="es-PR"/>
        </w:rPr>
        <w:t xml:space="preserve">. Pasión y Lucha </w:t>
      </w:r>
      <w:proofErr w:type="spellStart"/>
      <w:proofErr w:type="gramStart"/>
      <w:r w:rsidRPr="00E47C79">
        <w:rPr>
          <w:rFonts w:ascii="Book Antiqua" w:hAnsi="Book Antiqua"/>
          <w:lang w:val="es-PR"/>
        </w:rPr>
        <w:t>Inc</w:t>
      </w:r>
      <w:proofErr w:type="spellEnd"/>
      <w:r w:rsidRPr="00E47C79">
        <w:rPr>
          <w:rFonts w:ascii="Book Antiqua" w:hAnsi="Book Antiqua"/>
          <w:lang w:val="es-PR"/>
        </w:rPr>
        <w:t xml:space="preserve">  </w:t>
      </w:r>
      <w:r w:rsidR="006864A6" w:rsidRPr="00E47C79">
        <w:rPr>
          <w:rFonts w:ascii="Book Antiqua" w:hAnsi="Book Antiqua"/>
          <w:lang w:val="es-PR"/>
        </w:rPr>
        <w:tab/>
      </w:r>
      <w:proofErr w:type="gramEnd"/>
      <w:r w:rsidRPr="00E47C79">
        <w:rPr>
          <w:rFonts w:ascii="Book Antiqua" w:hAnsi="Book Antiqua"/>
          <w:lang w:val="es-PR"/>
        </w:rPr>
        <w:t xml:space="preserve">$3,000.00  </w:t>
      </w:r>
    </w:p>
    <w:p w14:paraId="16EFD0A9" w14:textId="4DAD362F"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4</w:t>
      </w:r>
      <w:r w:rsidR="00E10572" w:rsidRPr="00E47C79">
        <w:rPr>
          <w:rFonts w:ascii="Book Antiqua" w:hAnsi="Book Antiqua"/>
          <w:lang w:val="es-PR"/>
        </w:rPr>
        <w:t>59</w:t>
      </w:r>
      <w:r w:rsidRPr="00E47C79">
        <w:rPr>
          <w:rFonts w:ascii="Book Antiqua" w:hAnsi="Book Antiqua"/>
          <w:lang w:val="es-PR"/>
        </w:rPr>
        <w:t xml:space="preserve">. Pasos para el Aprendizaje sin Obstáculos </w:t>
      </w:r>
      <w:proofErr w:type="gramStart"/>
      <w:r w:rsidRPr="00E47C79">
        <w:rPr>
          <w:rFonts w:ascii="Book Antiqua" w:hAnsi="Book Antiqua"/>
          <w:lang w:val="es-PR"/>
        </w:rPr>
        <w:t xml:space="preserve">Sociales  </w:t>
      </w:r>
      <w:r w:rsidR="006864A6" w:rsidRPr="00E47C79">
        <w:rPr>
          <w:rFonts w:ascii="Book Antiqua" w:hAnsi="Book Antiqua"/>
          <w:lang w:val="es-PR"/>
        </w:rPr>
        <w:tab/>
      </w:r>
      <w:proofErr w:type="gramEnd"/>
      <w:r w:rsidRPr="00E47C79">
        <w:rPr>
          <w:rFonts w:ascii="Book Antiqua" w:hAnsi="Book Antiqua"/>
          <w:lang w:val="es-PR"/>
        </w:rPr>
        <w:t xml:space="preserve">$6,000.00  </w:t>
      </w:r>
    </w:p>
    <w:p w14:paraId="0924AEDA" w14:textId="0CB1E199" w:rsidR="003659B9" w:rsidRPr="00E47C79" w:rsidRDefault="003659B9" w:rsidP="007B793F">
      <w:pPr>
        <w:tabs>
          <w:tab w:val="decimal" w:pos="8280"/>
        </w:tabs>
        <w:rPr>
          <w:rFonts w:ascii="Book Antiqua" w:hAnsi="Book Antiqua"/>
        </w:rPr>
      </w:pPr>
      <w:r w:rsidRPr="00E47C79">
        <w:rPr>
          <w:rFonts w:ascii="Book Antiqua" w:hAnsi="Book Antiqua"/>
          <w:lang w:val="es-PR"/>
        </w:rPr>
        <w:t>46</w:t>
      </w:r>
      <w:r w:rsidR="00E10572" w:rsidRPr="00E47C79">
        <w:rPr>
          <w:rFonts w:ascii="Book Antiqua" w:hAnsi="Book Antiqua"/>
          <w:lang w:val="es-PR"/>
        </w:rPr>
        <w:t>0</w:t>
      </w:r>
      <w:r w:rsidRPr="00E47C79">
        <w:rPr>
          <w:rFonts w:ascii="Book Antiqua" w:hAnsi="Book Antiqua"/>
          <w:lang w:val="es-PR"/>
        </w:rPr>
        <w:t xml:space="preserve">. PASOS Proyecto de Ayuda Social y Sistemático Inc. </w:t>
      </w:r>
      <w:r w:rsidR="006864A6" w:rsidRPr="00E47C79">
        <w:rPr>
          <w:rFonts w:ascii="Book Antiqua" w:hAnsi="Book Antiqua"/>
          <w:lang w:val="es-PR"/>
        </w:rPr>
        <w:tab/>
      </w:r>
      <w:r w:rsidRPr="00E47C79">
        <w:rPr>
          <w:rFonts w:ascii="Book Antiqua" w:hAnsi="Book Antiqua"/>
        </w:rPr>
        <w:t xml:space="preserve">$4,000.00  </w:t>
      </w:r>
    </w:p>
    <w:p w14:paraId="5F54914C" w14:textId="6B14B277" w:rsidR="003659B9" w:rsidRPr="00E47C79" w:rsidRDefault="003659B9" w:rsidP="007B793F">
      <w:pPr>
        <w:tabs>
          <w:tab w:val="decimal" w:pos="8280"/>
        </w:tabs>
        <w:rPr>
          <w:rFonts w:ascii="Book Antiqua" w:hAnsi="Book Antiqua"/>
        </w:rPr>
      </w:pPr>
      <w:r w:rsidRPr="00E47C79">
        <w:rPr>
          <w:rFonts w:ascii="Book Antiqua" w:hAnsi="Book Antiqua"/>
        </w:rPr>
        <w:t>46</w:t>
      </w:r>
      <w:r w:rsidR="00E10572" w:rsidRPr="00E47C79">
        <w:rPr>
          <w:rFonts w:ascii="Book Antiqua" w:hAnsi="Book Antiqua"/>
        </w:rPr>
        <w:t>1</w:t>
      </w:r>
      <w:r w:rsidRPr="00E47C79">
        <w:rPr>
          <w:rFonts w:ascii="Book Antiqua" w:hAnsi="Book Antiqua"/>
        </w:rPr>
        <w:t xml:space="preserve">. </w:t>
      </w:r>
      <w:proofErr w:type="spellStart"/>
      <w:r w:rsidRPr="00E47C79">
        <w:rPr>
          <w:rFonts w:ascii="Book Antiqua" w:hAnsi="Book Antiqua"/>
        </w:rPr>
        <w:t>PaTi</w:t>
      </w:r>
      <w:proofErr w:type="spellEnd"/>
      <w:r w:rsidRPr="00E47C79">
        <w:rPr>
          <w:rFonts w:ascii="Book Antiqua" w:hAnsi="Book Antiqua"/>
        </w:rPr>
        <w:t xml:space="preserve"> Mar</w:t>
      </w:r>
      <w:r w:rsidR="006864A6" w:rsidRPr="00E47C79">
        <w:rPr>
          <w:rFonts w:ascii="Book Antiqua" w:hAnsi="Book Antiqua"/>
        </w:rPr>
        <w:tab/>
      </w:r>
      <w:r w:rsidRPr="00E47C79">
        <w:rPr>
          <w:rFonts w:ascii="Book Antiqua" w:hAnsi="Book Antiqua"/>
        </w:rPr>
        <w:t xml:space="preserve">$3,000.00  </w:t>
      </w:r>
    </w:p>
    <w:p w14:paraId="4A5701FA" w14:textId="2C8B1145" w:rsidR="003659B9" w:rsidRPr="00E47C79" w:rsidRDefault="003659B9" w:rsidP="007B793F">
      <w:pPr>
        <w:tabs>
          <w:tab w:val="decimal" w:pos="8280"/>
        </w:tabs>
        <w:rPr>
          <w:rFonts w:ascii="Book Antiqua" w:hAnsi="Book Antiqua"/>
          <w:lang w:val="es-ES"/>
        </w:rPr>
      </w:pPr>
      <w:r w:rsidRPr="00E47C79">
        <w:rPr>
          <w:rFonts w:ascii="Book Antiqua" w:hAnsi="Book Antiqua"/>
        </w:rPr>
        <w:t>46</w:t>
      </w:r>
      <w:r w:rsidR="00E10572" w:rsidRPr="00E47C79">
        <w:rPr>
          <w:rFonts w:ascii="Book Antiqua" w:hAnsi="Book Antiqua"/>
        </w:rPr>
        <w:t>2</w:t>
      </w:r>
      <w:r w:rsidRPr="00E47C79">
        <w:rPr>
          <w:rFonts w:ascii="Book Antiqua" w:hAnsi="Book Antiqua"/>
        </w:rPr>
        <w:t xml:space="preserve">. </w:t>
      </w:r>
      <w:proofErr w:type="spellStart"/>
      <w:r w:rsidRPr="00E47C79">
        <w:rPr>
          <w:rFonts w:ascii="Book Antiqua" w:hAnsi="Book Antiqua"/>
        </w:rPr>
        <w:t>Patillas</w:t>
      </w:r>
      <w:proofErr w:type="spellEnd"/>
      <w:r w:rsidRPr="00E47C79">
        <w:rPr>
          <w:rFonts w:ascii="Book Antiqua" w:hAnsi="Book Antiqua"/>
        </w:rPr>
        <w:t xml:space="preserve"> Basketball Club, Inc. </w:t>
      </w:r>
      <w:r w:rsidR="006864A6" w:rsidRPr="00E47C79">
        <w:rPr>
          <w:rFonts w:ascii="Book Antiqua" w:hAnsi="Book Antiqua"/>
        </w:rPr>
        <w:tab/>
      </w:r>
      <w:r w:rsidRPr="00E47C79">
        <w:rPr>
          <w:rFonts w:ascii="Book Antiqua" w:hAnsi="Book Antiqua"/>
          <w:lang w:val="es-ES"/>
        </w:rPr>
        <w:t xml:space="preserve">$6,000.00  </w:t>
      </w:r>
    </w:p>
    <w:p w14:paraId="06F3A6D8" w14:textId="34A7DF6A" w:rsidR="003659B9" w:rsidRPr="00E47C79" w:rsidRDefault="003659B9" w:rsidP="007B793F">
      <w:pPr>
        <w:tabs>
          <w:tab w:val="decimal" w:pos="8280"/>
        </w:tabs>
        <w:rPr>
          <w:rFonts w:ascii="Book Antiqua" w:hAnsi="Book Antiqua"/>
          <w:lang w:val="es-ES"/>
        </w:rPr>
      </w:pPr>
      <w:r w:rsidRPr="00E47C79">
        <w:rPr>
          <w:rFonts w:ascii="Book Antiqua" w:hAnsi="Book Antiqua"/>
          <w:lang w:val="es-ES"/>
        </w:rPr>
        <w:t>46</w:t>
      </w:r>
      <w:r w:rsidR="00E10572" w:rsidRPr="00E47C79">
        <w:rPr>
          <w:rFonts w:ascii="Book Antiqua" w:hAnsi="Book Antiqua"/>
          <w:lang w:val="es-ES"/>
        </w:rPr>
        <w:t>3</w:t>
      </w:r>
      <w:r w:rsidRPr="00E47C79">
        <w:rPr>
          <w:rFonts w:ascii="Book Antiqua" w:hAnsi="Book Antiqua"/>
          <w:lang w:val="es-ES"/>
        </w:rPr>
        <w:t xml:space="preserve">. Patria y Cultura Inc. </w:t>
      </w:r>
      <w:r w:rsidR="006864A6" w:rsidRPr="00E47C79">
        <w:rPr>
          <w:rFonts w:ascii="Book Antiqua" w:hAnsi="Book Antiqua"/>
          <w:lang w:val="es-ES"/>
        </w:rPr>
        <w:tab/>
      </w:r>
      <w:r w:rsidRPr="00E47C79">
        <w:rPr>
          <w:rFonts w:ascii="Book Antiqua" w:hAnsi="Book Antiqua"/>
          <w:lang w:val="es-ES"/>
        </w:rPr>
        <w:t xml:space="preserve">$3,000.00  </w:t>
      </w:r>
    </w:p>
    <w:p w14:paraId="4C5469D6" w14:textId="609E8E1B"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46</w:t>
      </w:r>
      <w:r w:rsidR="00E10572" w:rsidRPr="00E47C79">
        <w:rPr>
          <w:rFonts w:ascii="Book Antiqua" w:hAnsi="Book Antiqua"/>
          <w:lang w:val="es-PR"/>
        </w:rPr>
        <w:t>4</w:t>
      </w:r>
      <w:r w:rsidRPr="00E47C79">
        <w:rPr>
          <w:rFonts w:ascii="Book Antiqua" w:hAnsi="Book Antiqua"/>
          <w:lang w:val="es-PR"/>
        </w:rPr>
        <w:t xml:space="preserve">. Patronato del Castillo </w:t>
      </w:r>
      <w:proofErr w:type="spellStart"/>
      <w:r w:rsidRPr="00E47C79">
        <w:rPr>
          <w:rFonts w:ascii="Book Antiqua" w:hAnsi="Book Antiqua"/>
          <w:lang w:val="es-PR"/>
        </w:rPr>
        <w:t>Seralles</w:t>
      </w:r>
      <w:proofErr w:type="spellEnd"/>
      <w:r w:rsidRPr="00E47C79">
        <w:rPr>
          <w:rFonts w:ascii="Book Antiqua" w:hAnsi="Book Antiqua"/>
          <w:lang w:val="es-PR"/>
        </w:rPr>
        <w:t xml:space="preserve"> –</w:t>
      </w:r>
      <w:r w:rsidR="006864A6" w:rsidRPr="00E47C79">
        <w:rPr>
          <w:rFonts w:ascii="Book Antiqua" w:hAnsi="Book Antiqua"/>
          <w:lang w:val="es-PR"/>
        </w:rPr>
        <w:tab/>
      </w:r>
      <w:r w:rsidRPr="00E47C79">
        <w:rPr>
          <w:rFonts w:ascii="Book Antiqua" w:hAnsi="Book Antiqua"/>
          <w:lang w:val="es-PR"/>
        </w:rPr>
        <w:t xml:space="preserve"> $8,000.00  </w:t>
      </w:r>
    </w:p>
    <w:p w14:paraId="5D6D0783" w14:textId="52DBFB79" w:rsidR="003659B9" w:rsidRPr="00E47C79" w:rsidRDefault="003659B9" w:rsidP="007B793F">
      <w:pPr>
        <w:tabs>
          <w:tab w:val="decimal" w:pos="8280"/>
        </w:tabs>
        <w:rPr>
          <w:rFonts w:ascii="Book Antiqua" w:hAnsi="Book Antiqua"/>
          <w:lang w:val="es-ES"/>
        </w:rPr>
      </w:pPr>
      <w:r w:rsidRPr="00E47C79">
        <w:rPr>
          <w:rFonts w:ascii="Book Antiqua" w:hAnsi="Book Antiqua"/>
          <w:lang w:val="pt-PT"/>
        </w:rPr>
        <w:t>46</w:t>
      </w:r>
      <w:r w:rsidR="00E10572" w:rsidRPr="00E47C79">
        <w:rPr>
          <w:rFonts w:ascii="Book Antiqua" w:hAnsi="Book Antiqua"/>
          <w:lang w:val="pt-PT"/>
        </w:rPr>
        <w:t>5</w:t>
      </w:r>
      <w:r w:rsidRPr="00E47C79">
        <w:rPr>
          <w:rFonts w:ascii="Book Antiqua" w:hAnsi="Book Antiqua"/>
          <w:lang w:val="pt-PT"/>
        </w:rPr>
        <w:t xml:space="preserve">. Pequeñas Ligas Maunabo Beisbol </w:t>
      </w:r>
      <w:r w:rsidR="00DA11C9" w:rsidRPr="00E47C79">
        <w:rPr>
          <w:rFonts w:ascii="Book Antiqua" w:hAnsi="Book Antiqua"/>
          <w:lang w:val="pt-PT"/>
        </w:rPr>
        <w:t>I</w:t>
      </w:r>
      <w:r w:rsidRPr="00E47C79">
        <w:rPr>
          <w:rFonts w:ascii="Book Antiqua" w:hAnsi="Book Antiqua"/>
          <w:lang w:val="pt-PT"/>
        </w:rPr>
        <w:t xml:space="preserve">nc. </w:t>
      </w:r>
      <w:r w:rsidR="006864A6" w:rsidRPr="00E47C79">
        <w:rPr>
          <w:rFonts w:ascii="Book Antiqua" w:hAnsi="Book Antiqua"/>
          <w:lang w:val="pt-PT"/>
        </w:rPr>
        <w:tab/>
      </w:r>
      <w:r w:rsidRPr="00E47C79">
        <w:rPr>
          <w:rFonts w:ascii="Book Antiqua" w:hAnsi="Book Antiqua"/>
          <w:lang w:val="pt-PT"/>
        </w:rPr>
        <w:t xml:space="preserve"> </w:t>
      </w:r>
      <w:r w:rsidRPr="00E47C79">
        <w:rPr>
          <w:rFonts w:ascii="Book Antiqua" w:hAnsi="Book Antiqua"/>
          <w:lang w:val="es-ES"/>
        </w:rPr>
        <w:t xml:space="preserve">$10,000.00  </w:t>
      </w:r>
    </w:p>
    <w:p w14:paraId="3AC62573" w14:textId="49C430A5" w:rsidR="003659B9" w:rsidRPr="00E47C79" w:rsidRDefault="003659B9" w:rsidP="007B793F">
      <w:pPr>
        <w:tabs>
          <w:tab w:val="decimal" w:pos="8280"/>
        </w:tabs>
        <w:rPr>
          <w:rFonts w:ascii="Book Antiqua" w:hAnsi="Book Antiqua"/>
          <w:lang w:val="es-ES"/>
        </w:rPr>
      </w:pPr>
      <w:r w:rsidRPr="00E47C79">
        <w:rPr>
          <w:rFonts w:ascii="Book Antiqua" w:hAnsi="Book Antiqua"/>
          <w:lang w:val="es-PR"/>
        </w:rPr>
        <w:lastRenderedPageBreak/>
        <w:t>46</w:t>
      </w:r>
      <w:r w:rsidR="00E10572" w:rsidRPr="00E47C79">
        <w:rPr>
          <w:rFonts w:ascii="Book Antiqua" w:hAnsi="Book Antiqua"/>
          <w:lang w:val="es-PR"/>
        </w:rPr>
        <w:t>6</w:t>
      </w:r>
      <w:r w:rsidRPr="00E47C79">
        <w:rPr>
          <w:rFonts w:ascii="Book Antiqua" w:hAnsi="Book Antiqua"/>
          <w:lang w:val="es-PR"/>
        </w:rPr>
        <w:t xml:space="preserve">. Pequeñas Ligas </w:t>
      </w:r>
      <w:proofErr w:type="spellStart"/>
      <w:r w:rsidRPr="00E47C79">
        <w:rPr>
          <w:rFonts w:ascii="Book Antiqua" w:hAnsi="Book Antiqua"/>
          <w:lang w:val="es-PR"/>
        </w:rPr>
        <w:t>Radames</w:t>
      </w:r>
      <w:proofErr w:type="spellEnd"/>
      <w:r w:rsidRPr="00E47C79">
        <w:rPr>
          <w:rFonts w:ascii="Book Antiqua" w:hAnsi="Book Antiqua"/>
          <w:lang w:val="es-PR"/>
        </w:rPr>
        <w:t xml:space="preserve"> López, Inc. </w:t>
      </w:r>
      <w:r w:rsidR="006864A6" w:rsidRPr="00E47C79">
        <w:rPr>
          <w:rFonts w:ascii="Book Antiqua" w:hAnsi="Book Antiqua"/>
          <w:lang w:val="es-PR"/>
        </w:rPr>
        <w:tab/>
      </w:r>
      <w:r w:rsidRPr="00E47C79">
        <w:rPr>
          <w:rFonts w:ascii="Book Antiqua" w:hAnsi="Book Antiqua"/>
          <w:lang w:val="es-PR"/>
        </w:rPr>
        <w:t xml:space="preserve"> </w:t>
      </w:r>
      <w:r w:rsidRPr="00E47C79">
        <w:rPr>
          <w:rFonts w:ascii="Book Antiqua" w:hAnsi="Book Antiqua"/>
          <w:lang w:val="es-ES"/>
        </w:rPr>
        <w:t xml:space="preserve">$50,000.00  </w:t>
      </w:r>
    </w:p>
    <w:p w14:paraId="5E978617" w14:textId="1E2E208E" w:rsidR="003659B9" w:rsidRPr="00026520" w:rsidRDefault="003659B9" w:rsidP="007B793F">
      <w:pPr>
        <w:tabs>
          <w:tab w:val="decimal" w:pos="8280"/>
        </w:tabs>
        <w:rPr>
          <w:rFonts w:ascii="Book Antiqua" w:hAnsi="Book Antiqua"/>
          <w:lang w:val="es-ES"/>
        </w:rPr>
      </w:pPr>
      <w:r w:rsidRPr="00E47C79">
        <w:rPr>
          <w:rFonts w:ascii="Book Antiqua" w:hAnsi="Book Antiqua"/>
          <w:lang w:val="es-PR"/>
        </w:rPr>
        <w:t>46</w:t>
      </w:r>
      <w:r w:rsidR="00E10572" w:rsidRPr="00E47C79">
        <w:rPr>
          <w:rFonts w:ascii="Book Antiqua" w:hAnsi="Book Antiqua"/>
          <w:lang w:val="es-PR"/>
        </w:rPr>
        <w:t>7</w:t>
      </w:r>
      <w:r w:rsidRPr="00E47C79">
        <w:rPr>
          <w:rFonts w:ascii="Book Antiqua" w:hAnsi="Book Antiqua"/>
          <w:lang w:val="es-PR"/>
        </w:rPr>
        <w:t xml:space="preserve">. Pequeño Campeón de Jesús, Inc.  </w:t>
      </w:r>
      <w:r w:rsidR="006864A6" w:rsidRPr="00E47C79">
        <w:rPr>
          <w:rFonts w:ascii="Book Antiqua" w:hAnsi="Book Antiqua"/>
          <w:lang w:val="es-PR"/>
        </w:rPr>
        <w:tab/>
      </w:r>
      <w:r w:rsidRPr="00026520">
        <w:rPr>
          <w:rFonts w:ascii="Book Antiqua" w:hAnsi="Book Antiqua"/>
          <w:lang w:val="es-ES"/>
        </w:rPr>
        <w:t xml:space="preserve">$30,000.00  </w:t>
      </w:r>
    </w:p>
    <w:p w14:paraId="76000DF9" w14:textId="237A6FBA"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46</w:t>
      </w:r>
      <w:r w:rsidR="00E10572" w:rsidRPr="00E47C79">
        <w:rPr>
          <w:rFonts w:ascii="Book Antiqua" w:hAnsi="Book Antiqua"/>
          <w:lang w:val="es-PR"/>
        </w:rPr>
        <w:t>8</w:t>
      </w:r>
      <w:r w:rsidRPr="00E47C79">
        <w:rPr>
          <w:rFonts w:ascii="Book Antiqua" w:hAnsi="Book Antiqua"/>
          <w:lang w:val="es-PR"/>
        </w:rPr>
        <w:t xml:space="preserve">. PESCA: Proyecto Educativo Ser, Crecer y </w:t>
      </w:r>
      <w:proofErr w:type="gramStart"/>
      <w:r w:rsidRPr="00E47C79">
        <w:rPr>
          <w:rFonts w:ascii="Book Antiqua" w:hAnsi="Book Antiqua"/>
          <w:lang w:val="es-PR"/>
        </w:rPr>
        <w:t xml:space="preserve">Aprender  </w:t>
      </w:r>
      <w:r w:rsidR="006864A6" w:rsidRPr="00E47C79">
        <w:rPr>
          <w:rFonts w:ascii="Book Antiqua" w:hAnsi="Book Antiqua"/>
          <w:lang w:val="es-PR"/>
        </w:rPr>
        <w:tab/>
      </w:r>
      <w:proofErr w:type="gramEnd"/>
      <w:r w:rsidRPr="00E47C79">
        <w:rPr>
          <w:rFonts w:ascii="Book Antiqua" w:hAnsi="Book Antiqua"/>
          <w:lang w:val="es-PR"/>
        </w:rPr>
        <w:t xml:space="preserve">$15,000.00  </w:t>
      </w:r>
    </w:p>
    <w:p w14:paraId="7B24FFB1" w14:textId="77E04259" w:rsidR="003659B9" w:rsidRPr="00E47C79" w:rsidRDefault="003659B9" w:rsidP="007B793F">
      <w:pPr>
        <w:tabs>
          <w:tab w:val="decimal" w:pos="8280"/>
        </w:tabs>
        <w:rPr>
          <w:rFonts w:ascii="Book Antiqua" w:hAnsi="Book Antiqua"/>
          <w:lang w:val="pt-PT"/>
        </w:rPr>
      </w:pPr>
      <w:r w:rsidRPr="00E47C79">
        <w:rPr>
          <w:rFonts w:ascii="Book Antiqua" w:hAnsi="Book Antiqua"/>
          <w:lang w:val="pt-PT"/>
        </w:rPr>
        <w:t>4</w:t>
      </w:r>
      <w:r w:rsidR="00E10572" w:rsidRPr="00E47C79">
        <w:rPr>
          <w:rFonts w:ascii="Book Antiqua" w:hAnsi="Book Antiqua"/>
          <w:lang w:val="pt-PT"/>
        </w:rPr>
        <w:t>69</w:t>
      </w:r>
      <w:r w:rsidRPr="00E47C79">
        <w:rPr>
          <w:rFonts w:ascii="Book Antiqua" w:hAnsi="Book Antiqua"/>
          <w:lang w:val="pt-PT"/>
        </w:rPr>
        <w:t xml:space="preserve">. Peter s Sons </w:t>
      </w:r>
      <w:r w:rsidR="006864A6" w:rsidRPr="00E47C79">
        <w:rPr>
          <w:rFonts w:ascii="Book Antiqua" w:hAnsi="Book Antiqua"/>
          <w:lang w:val="pt-PT"/>
        </w:rPr>
        <w:tab/>
      </w:r>
      <w:r w:rsidRPr="00E47C79">
        <w:rPr>
          <w:rFonts w:ascii="Book Antiqua" w:hAnsi="Book Antiqua"/>
          <w:lang w:val="pt-PT"/>
        </w:rPr>
        <w:t xml:space="preserve"> $</w:t>
      </w:r>
      <w:r w:rsidR="00E10572" w:rsidRPr="00E47C79">
        <w:rPr>
          <w:rFonts w:ascii="Book Antiqua" w:hAnsi="Book Antiqua"/>
          <w:lang w:val="pt-PT"/>
        </w:rPr>
        <w:t>14</w:t>
      </w:r>
      <w:r w:rsidRPr="00E47C79">
        <w:rPr>
          <w:rFonts w:ascii="Book Antiqua" w:hAnsi="Book Antiqua"/>
          <w:lang w:val="pt-PT"/>
        </w:rPr>
        <w:t xml:space="preserve">,000.00  </w:t>
      </w:r>
    </w:p>
    <w:p w14:paraId="55721B6A" w14:textId="49027800" w:rsidR="003659B9" w:rsidRPr="00E47C79" w:rsidRDefault="003659B9" w:rsidP="007B793F">
      <w:pPr>
        <w:tabs>
          <w:tab w:val="decimal" w:pos="8280"/>
        </w:tabs>
        <w:rPr>
          <w:rFonts w:ascii="Book Antiqua" w:hAnsi="Book Antiqua"/>
          <w:lang w:val="pt-PT"/>
        </w:rPr>
      </w:pPr>
      <w:r w:rsidRPr="00E47C79">
        <w:rPr>
          <w:rFonts w:ascii="Book Antiqua" w:hAnsi="Book Antiqua"/>
          <w:lang w:val="pt-PT"/>
        </w:rPr>
        <w:t>47</w:t>
      </w:r>
      <w:r w:rsidR="00E10572" w:rsidRPr="00E47C79">
        <w:rPr>
          <w:rFonts w:ascii="Book Antiqua" w:hAnsi="Book Antiqua"/>
          <w:lang w:val="pt-PT"/>
        </w:rPr>
        <w:t>0</w:t>
      </w:r>
      <w:r w:rsidRPr="00E47C79">
        <w:rPr>
          <w:rFonts w:ascii="Book Antiqua" w:hAnsi="Book Antiqua"/>
          <w:lang w:val="pt-PT"/>
        </w:rPr>
        <w:t xml:space="preserve">. Politécnico Amigo, Inc.  </w:t>
      </w:r>
      <w:r w:rsidR="006864A6" w:rsidRPr="00E47C79">
        <w:rPr>
          <w:rFonts w:ascii="Book Antiqua" w:hAnsi="Book Antiqua"/>
          <w:lang w:val="pt-PT"/>
        </w:rPr>
        <w:tab/>
      </w:r>
      <w:r w:rsidRPr="00E47C79">
        <w:rPr>
          <w:rFonts w:ascii="Book Antiqua" w:hAnsi="Book Antiqua"/>
          <w:lang w:val="pt-PT"/>
        </w:rPr>
        <w:t xml:space="preserve">$140,000.00  </w:t>
      </w:r>
    </w:p>
    <w:p w14:paraId="1592A3ED" w14:textId="05C10955" w:rsidR="003659B9" w:rsidRPr="00E47C79" w:rsidRDefault="003659B9" w:rsidP="007B793F">
      <w:pPr>
        <w:tabs>
          <w:tab w:val="decimal" w:pos="8280"/>
        </w:tabs>
        <w:rPr>
          <w:rFonts w:ascii="Book Antiqua" w:hAnsi="Book Antiqua"/>
        </w:rPr>
      </w:pPr>
      <w:r w:rsidRPr="00E47C79">
        <w:rPr>
          <w:rFonts w:ascii="Book Antiqua" w:hAnsi="Book Antiqua"/>
          <w:lang w:val="pt-PT"/>
        </w:rPr>
        <w:t>47</w:t>
      </w:r>
      <w:r w:rsidR="00E10572" w:rsidRPr="00E47C79">
        <w:rPr>
          <w:rFonts w:ascii="Book Antiqua" w:hAnsi="Book Antiqua"/>
          <w:lang w:val="pt-PT"/>
        </w:rPr>
        <w:t>1</w:t>
      </w:r>
      <w:r w:rsidRPr="00E47C79">
        <w:rPr>
          <w:rFonts w:ascii="Book Antiqua" w:hAnsi="Book Antiqua"/>
          <w:lang w:val="pt-PT"/>
        </w:rPr>
        <w:t xml:space="preserve">. Ponce Leonas Club de Baloncesto Femenino, Inc.  </w:t>
      </w:r>
      <w:r w:rsidR="006864A6" w:rsidRPr="00E47C79">
        <w:rPr>
          <w:rFonts w:ascii="Book Antiqua" w:hAnsi="Book Antiqua"/>
          <w:lang w:val="pt-PT"/>
        </w:rPr>
        <w:tab/>
      </w:r>
      <w:r w:rsidRPr="00E47C79">
        <w:rPr>
          <w:rFonts w:ascii="Book Antiqua" w:hAnsi="Book Antiqua"/>
        </w:rPr>
        <w:t xml:space="preserve">$3,000.00  </w:t>
      </w:r>
    </w:p>
    <w:p w14:paraId="35A77C96" w14:textId="7824C1A0" w:rsidR="003659B9" w:rsidRPr="00E47C79" w:rsidRDefault="003659B9" w:rsidP="007B793F">
      <w:pPr>
        <w:tabs>
          <w:tab w:val="decimal" w:pos="8280"/>
        </w:tabs>
        <w:rPr>
          <w:rFonts w:ascii="Book Antiqua" w:hAnsi="Book Antiqua"/>
        </w:rPr>
      </w:pPr>
      <w:r w:rsidRPr="00E47C79">
        <w:rPr>
          <w:rFonts w:ascii="Book Antiqua" w:hAnsi="Book Antiqua"/>
        </w:rPr>
        <w:t>47</w:t>
      </w:r>
      <w:r w:rsidR="00E10572" w:rsidRPr="00E47C79">
        <w:rPr>
          <w:rFonts w:ascii="Book Antiqua" w:hAnsi="Book Antiqua"/>
        </w:rPr>
        <w:t>2</w:t>
      </w:r>
      <w:r w:rsidRPr="00E47C79">
        <w:rPr>
          <w:rFonts w:ascii="Book Antiqua" w:hAnsi="Book Antiqua"/>
        </w:rPr>
        <w:t xml:space="preserve">. PPR Baseball </w:t>
      </w:r>
      <w:proofErr w:type="gramStart"/>
      <w:r w:rsidRPr="00E47C79">
        <w:rPr>
          <w:rFonts w:ascii="Book Antiqua" w:hAnsi="Book Antiqua"/>
        </w:rPr>
        <w:t xml:space="preserve">Club  </w:t>
      </w:r>
      <w:r w:rsidR="006864A6" w:rsidRPr="00E47C79">
        <w:rPr>
          <w:rFonts w:ascii="Book Antiqua" w:hAnsi="Book Antiqua"/>
        </w:rPr>
        <w:tab/>
      </w:r>
      <w:proofErr w:type="gramEnd"/>
      <w:r w:rsidRPr="00E47C79">
        <w:rPr>
          <w:rFonts w:ascii="Book Antiqua" w:hAnsi="Book Antiqua"/>
        </w:rPr>
        <w:t xml:space="preserve">$8,000.00  </w:t>
      </w:r>
    </w:p>
    <w:p w14:paraId="756356E3" w14:textId="6A3F0BCC" w:rsidR="003659B9" w:rsidRPr="00E47C79" w:rsidRDefault="003659B9" w:rsidP="007B793F">
      <w:pPr>
        <w:tabs>
          <w:tab w:val="decimal" w:pos="8280"/>
        </w:tabs>
        <w:rPr>
          <w:rFonts w:ascii="Book Antiqua" w:hAnsi="Book Antiqua"/>
        </w:rPr>
      </w:pPr>
      <w:r w:rsidRPr="00E47C79">
        <w:rPr>
          <w:rFonts w:ascii="Book Antiqua" w:hAnsi="Book Antiqua"/>
        </w:rPr>
        <w:t>47</w:t>
      </w:r>
      <w:r w:rsidR="00E10572" w:rsidRPr="00E47C79">
        <w:rPr>
          <w:rFonts w:ascii="Book Antiqua" w:hAnsi="Book Antiqua"/>
        </w:rPr>
        <w:t>3</w:t>
      </w:r>
      <w:r w:rsidRPr="00E47C79">
        <w:rPr>
          <w:rFonts w:ascii="Book Antiqua" w:hAnsi="Book Antiqua"/>
        </w:rPr>
        <w:t xml:space="preserve">. PR Education Initiative </w:t>
      </w:r>
      <w:r w:rsidR="006864A6" w:rsidRPr="00E47C79">
        <w:rPr>
          <w:rFonts w:ascii="Book Antiqua" w:hAnsi="Book Antiqua"/>
        </w:rPr>
        <w:tab/>
      </w:r>
      <w:r w:rsidRPr="00E47C79">
        <w:rPr>
          <w:rFonts w:ascii="Book Antiqua" w:hAnsi="Book Antiqua"/>
        </w:rPr>
        <w:t xml:space="preserve">$30,000.00  </w:t>
      </w:r>
    </w:p>
    <w:p w14:paraId="7F093ED8" w14:textId="18F60CC0" w:rsidR="003659B9" w:rsidRPr="00E47C79" w:rsidRDefault="003659B9" w:rsidP="007B793F">
      <w:pPr>
        <w:tabs>
          <w:tab w:val="decimal" w:pos="8280"/>
        </w:tabs>
        <w:rPr>
          <w:rFonts w:ascii="Book Antiqua" w:hAnsi="Book Antiqua"/>
          <w:lang w:val="es-ES"/>
        </w:rPr>
      </w:pPr>
      <w:r w:rsidRPr="00684E5B">
        <w:rPr>
          <w:rFonts w:ascii="Book Antiqua" w:hAnsi="Book Antiqua"/>
        </w:rPr>
        <w:t>47</w:t>
      </w:r>
      <w:r w:rsidR="00E10572" w:rsidRPr="00684E5B">
        <w:rPr>
          <w:rFonts w:ascii="Book Antiqua" w:hAnsi="Book Antiqua"/>
        </w:rPr>
        <w:t>4</w:t>
      </w:r>
      <w:r w:rsidRPr="00684E5B">
        <w:rPr>
          <w:rFonts w:ascii="Book Antiqua" w:hAnsi="Book Antiqua"/>
        </w:rPr>
        <w:t xml:space="preserve">. Pro </w:t>
      </w:r>
      <w:proofErr w:type="spellStart"/>
      <w:r w:rsidRPr="00684E5B">
        <w:rPr>
          <w:rFonts w:ascii="Book Antiqua" w:hAnsi="Book Antiqua"/>
        </w:rPr>
        <w:t>Techos</w:t>
      </w:r>
      <w:proofErr w:type="spellEnd"/>
      <w:r w:rsidRPr="00684E5B">
        <w:rPr>
          <w:rFonts w:ascii="Book Antiqua" w:hAnsi="Book Antiqua"/>
        </w:rPr>
        <w:t xml:space="preserve">, Inc.  </w:t>
      </w:r>
      <w:r w:rsidR="00CF159C" w:rsidRPr="00684E5B">
        <w:rPr>
          <w:rFonts w:ascii="Book Antiqua" w:hAnsi="Book Antiqua"/>
        </w:rPr>
        <w:tab/>
      </w:r>
      <w:r w:rsidRPr="00E47C79">
        <w:rPr>
          <w:rFonts w:ascii="Book Antiqua" w:hAnsi="Book Antiqua"/>
          <w:lang w:val="es-ES"/>
        </w:rPr>
        <w:t xml:space="preserve">$3,000.00  </w:t>
      </w:r>
    </w:p>
    <w:p w14:paraId="20BCD264" w14:textId="592FD550"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47</w:t>
      </w:r>
      <w:r w:rsidR="00E10572" w:rsidRPr="00E47C79">
        <w:rPr>
          <w:rFonts w:ascii="Book Antiqua" w:hAnsi="Book Antiqua"/>
          <w:lang w:val="es-PR"/>
        </w:rPr>
        <w:t>5</w:t>
      </w:r>
      <w:r w:rsidRPr="00E47C79">
        <w:rPr>
          <w:rFonts w:ascii="Book Antiqua" w:hAnsi="Book Antiqua"/>
          <w:lang w:val="es-PR"/>
        </w:rPr>
        <w:t xml:space="preserve">. Producciones </w:t>
      </w:r>
      <w:proofErr w:type="gramStart"/>
      <w:r w:rsidRPr="00E47C79">
        <w:rPr>
          <w:rFonts w:ascii="Book Antiqua" w:hAnsi="Book Antiqua"/>
          <w:lang w:val="es-PR"/>
        </w:rPr>
        <w:t xml:space="preserve">Acrópolis  </w:t>
      </w:r>
      <w:r w:rsidR="00CF159C" w:rsidRPr="00E47C79">
        <w:rPr>
          <w:rFonts w:ascii="Book Antiqua" w:hAnsi="Book Antiqua"/>
          <w:lang w:val="es-PR"/>
        </w:rPr>
        <w:tab/>
      </w:r>
      <w:proofErr w:type="gramEnd"/>
      <w:r w:rsidRPr="00E47C79">
        <w:rPr>
          <w:rFonts w:ascii="Book Antiqua" w:hAnsi="Book Antiqua"/>
          <w:lang w:val="es-PR"/>
        </w:rPr>
        <w:t xml:space="preserve">$4,250.00  </w:t>
      </w:r>
    </w:p>
    <w:p w14:paraId="06E00BCA" w14:textId="67382E86" w:rsidR="003659B9" w:rsidRPr="00E47C79" w:rsidRDefault="003659B9" w:rsidP="007B793F">
      <w:pPr>
        <w:tabs>
          <w:tab w:val="decimal" w:pos="8280"/>
        </w:tabs>
        <w:rPr>
          <w:rFonts w:ascii="Book Antiqua" w:hAnsi="Book Antiqua"/>
          <w:lang w:val="es-ES"/>
        </w:rPr>
      </w:pPr>
      <w:r w:rsidRPr="00E47C79">
        <w:rPr>
          <w:rFonts w:ascii="Book Antiqua" w:hAnsi="Book Antiqua"/>
          <w:lang w:val="es-PR"/>
        </w:rPr>
        <w:t>47</w:t>
      </w:r>
      <w:r w:rsidR="00E10572" w:rsidRPr="00E47C79">
        <w:rPr>
          <w:rFonts w:ascii="Book Antiqua" w:hAnsi="Book Antiqua"/>
          <w:lang w:val="es-PR"/>
        </w:rPr>
        <w:t>6</w:t>
      </w:r>
      <w:r w:rsidRPr="00E47C79">
        <w:rPr>
          <w:rFonts w:ascii="Book Antiqua" w:hAnsi="Book Antiqua"/>
          <w:lang w:val="es-PR"/>
        </w:rPr>
        <w:t xml:space="preserve">. Producciones Artemisa, Inc. </w:t>
      </w:r>
      <w:r w:rsidR="00CF159C" w:rsidRPr="00E47C79">
        <w:rPr>
          <w:rFonts w:ascii="Book Antiqua" w:hAnsi="Book Antiqua"/>
          <w:lang w:val="es-PR"/>
        </w:rPr>
        <w:tab/>
      </w:r>
      <w:r w:rsidRPr="00E47C79">
        <w:rPr>
          <w:rFonts w:ascii="Book Antiqua" w:hAnsi="Book Antiqua"/>
          <w:lang w:val="es-ES"/>
        </w:rPr>
        <w:t xml:space="preserve">$3,000.00  </w:t>
      </w:r>
    </w:p>
    <w:p w14:paraId="5C310678" w14:textId="3462C71D"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47</w:t>
      </w:r>
      <w:r w:rsidR="00E10572" w:rsidRPr="00E47C79">
        <w:rPr>
          <w:rFonts w:ascii="Book Antiqua" w:hAnsi="Book Antiqua"/>
          <w:lang w:val="es-PR"/>
        </w:rPr>
        <w:t>7</w:t>
      </w:r>
      <w:r w:rsidRPr="00E47C79">
        <w:rPr>
          <w:rFonts w:ascii="Book Antiqua" w:hAnsi="Book Antiqua"/>
          <w:lang w:val="es-PR"/>
        </w:rPr>
        <w:t>. Productora Ángeles-del-</w:t>
      </w:r>
      <w:proofErr w:type="gramStart"/>
      <w:r w:rsidRPr="00E47C79">
        <w:rPr>
          <w:rFonts w:ascii="Book Antiqua" w:hAnsi="Book Antiqua"/>
          <w:lang w:val="es-PR"/>
        </w:rPr>
        <w:t xml:space="preserve">fin  </w:t>
      </w:r>
      <w:r w:rsidR="00CF159C" w:rsidRPr="00E47C79">
        <w:rPr>
          <w:rFonts w:ascii="Book Antiqua" w:hAnsi="Book Antiqua"/>
          <w:lang w:val="es-PR"/>
        </w:rPr>
        <w:tab/>
      </w:r>
      <w:proofErr w:type="gramEnd"/>
      <w:r w:rsidRPr="00E47C79">
        <w:rPr>
          <w:rFonts w:ascii="Book Antiqua" w:hAnsi="Book Antiqua"/>
          <w:lang w:val="es-PR"/>
        </w:rPr>
        <w:t xml:space="preserve">$10,000.00  </w:t>
      </w:r>
    </w:p>
    <w:p w14:paraId="5FD20B60" w14:textId="039BF06F" w:rsidR="003659B9" w:rsidRPr="00026520" w:rsidRDefault="003659B9" w:rsidP="007B793F">
      <w:pPr>
        <w:tabs>
          <w:tab w:val="decimal" w:pos="8280"/>
        </w:tabs>
        <w:rPr>
          <w:rFonts w:ascii="Book Antiqua" w:hAnsi="Book Antiqua"/>
          <w:lang w:val="es-ES"/>
        </w:rPr>
      </w:pPr>
      <w:r w:rsidRPr="00E47C79">
        <w:rPr>
          <w:rFonts w:ascii="Book Antiqua" w:hAnsi="Book Antiqua"/>
          <w:lang w:val="es-PR"/>
        </w:rPr>
        <w:t>47</w:t>
      </w:r>
      <w:r w:rsidR="00E10572" w:rsidRPr="00E47C79">
        <w:rPr>
          <w:rFonts w:ascii="Book Antiqua" w:hAnsi="Book Antiqua"/>
          <w:lang w:val="es-PR"/>
        </w:rPr>
        <w:t>8</w:t>
      </w:r>
      <w:r w:rsidRPr="00E47C79">
        <w:rPr>
          <w:rFonts w:ascii="Book Antiqua" w:hAnsi="Book Antiqua"/>
          <w:lang w:val="es-PR"/>
        </w:rPr>
        <w:t xml:space="preserve">. Programa de Apoyo y Enlace Comunitario, Inc. </w:t>
      </w:r>
      <w:r w:rsidR="00CF159C" w:rsidRPr="00E47C79">
        <w:rPr>
          <w:rFonts w:ascii="Book Antiqua" w:hAnsi="Book Antiqua"/>
          <w:lang w:val="es-PR"/>
        </w:rPr>
        <w:tab/>
      </w:r>
      <w:r w:rsidRPr="00E47C79">
        <w:rPr>
          <w:rFonts w:ascii="Book Antiqua" w:hAnsi="Book Antiqua"/>
          <w:lang w:val="es-PR"/>
        </w:rPr>
        <w:t xml:space="preserve"> </w:t>
      </w:r>
      <w:r w:rsidRPr="00026520">
        <w:rPr>
          <w:rFonts w:ascii="Book Antiqua" w:hAnsi="Book Antiqua"/>
          <w:lang w:val="es-ES"/>
        </w:rPr>
        <w:t xml:space="preserve">$30,000.00  </w:t>
      </w:r>
    </w:p>
    <w:p w14:paraId="180B3D4A" w14:textId="22895E8B" w:rsidR="003659B9" w:rsidRPr="00026520" w:rsidRDefault="003659B9" w:rsidP="007B793F">
      <w:pPr>
        <w:tabs>
          <w:tab w:val="decimal" w:pos="8280"/>
        </w:tabs>
        <w:rPr>
          <w:rFonts w:ascii="Book Antiqua" w:hAnsi="Book Antiqua"/>
          <w:lang w:val="es-ES"/>
        </w:rPr>
      </w:pPr>
      <w:r w:rsidRPr="00026520">
        <w:rPr>
          <w:rFonts w:ascii="Book Antiqua" w:hAnsi="Book Antiqua"/>
          <w:lang w:val="es-ES"/>
        </w:rPr>
        <w:t>4</w:t>
      </w:r>
      <w:r w:rsidR="00E10572" w:rsidRPr="00026520">
        <w:rPr>
          <w:rFonts w:ascii="Book Antiqua" w:hAnsi="Book Antiqua"/>
          <w:lang w:val="es-ES"/>
        </w:rPr>
        <w:t>79</w:t>
      </w:r>
      <w:r w:rsidRPr="00026520">
        <w:rPr>
          <w:rFonts w:ascii="Book Antiqua" w:hAnsi="Book Antiqua"/>
          <w:lang w:val="es-ES"/>
        </w:rPr>
        <w:t xml:space="preserve">. Programa del Adolescente de Naranjito, Inc.  </w:t>
      </w:r>
      <w:r w:rsidR="00CF159C" w:rsidRPr="00026520">
        <w:rPr>
          <w:rFonts w:ascii="Book Antiqua" w:hAnsi="Book Antiqua"/>
          <w:lang w:val="es-ES"/>
        </w:rPr>
        <w:tab/>
      </w:r>
      <w:r w:rsidRPr="00026520">
        <w:rPr>
          <w:rFonts w:ascii="Book Antiqua" w:hAnsi="Book Antiqua"/>
          <w:lang w:val="es-ES"/>
        </w:rPr>
        <w:t xml:space="preserve">$20,000.00  </w:t>
      </w:r>
    </w:p>
    <w:p w14:paraId="023B0A71" w14:textId="1AFB7783"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48</w:t>
      </w:r>
      <w:r w:rsidR="00E10572" w:rsidRPr="00E47C79">
        <w:rPr>
          <w:rFonts w:ascii="Book Antiqua" w:hAnsi="Book Antiqua"/>
          <w:lang w:val="es-PR"/>
        </w:rPr>
        <w:t>0</w:t>
      </w:r>
      <w:r w:rsidRPr="00E47C79">
        <w:rPr>
          <w:rFonts w:ascii="Book Antiqua" w:hAnsi="Book Antiqua"/>
          <w:lang w:val="es-PR"/>
        </w:rPr>
        <w:t xml:space="preserve">. Programa </w:t>
      </w:r>
      <w:proofErr w:type="gramStart"/>
      <w:r w:rsidRPr="00E47C79">
        <w:rPr>
          <w:rFonts w:ascii="Book Antiqua" w:hAnsi="Book Antiqua"/>
          <w:lang w:val="es-PR"/>
        </w:rPr>
        <w:t>Pro Ayuda</w:t>
      </w:r>
      <w:proofErr w:type="gramEnd"/>
      <w:r w:rsidRPr="00E47C79">
        <w:rPr>
          <w:rFonts w:ascii="Book Antiqua" w:hAnsi="Book Antiqua"/>
          <w:lang w:val="es-PR"/>
        </w:rPr>
        <w:t xml:space="preserve"> a Edad </w:t>
      </w:r>
      <w:proofErr w:type="gramStart"/>
      <w:r w:rsidRPr="00E47C79">
        <w:rPr>
          <w:rFonts w:ascii="Book Antiqua" w:hAnsi="Book Antiqua"/>
          <w:lang w:val="es-PR"/>
        </w:rPr>
        <w:t xml:space="preserve">Avanzada  </w:t>
      </w:r>
      <w:r w:rsidR="00CF159C" w:rsidRPr="00E47C79">
        <w:rPr>
          <w:rFonts w:ascii="Book Antiqua" w:hAnsi="Book Antiqua"/>
          <w:lang w:val="es-PR"/>
        </w:rPr>
        <w:tab/>
      </w:r>
      <w:proofErr w:type="gramEnd"/>
      <w:r w:rsidRPr="00E47C79">
        <w:rPr>
          <w:rFonts w:ascii="Book Antiqua" w:hAnsi="Book Antiqua"/>
          <w:lang w:val="es-PR"/>
        </w:rPr>
        <w:t xml:space="preserve">$14,000.00  </w:t>
      </w:r>
    </w:p>
    <w:p w14:paraId="2E0C3A43" w14:textId="619AEF24"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48</w:t>
      </w:r>
      <w:r w:rsidR="00E10572" w:rsidRPr="00E47C79">
        <w:rPr>
          <w:rFonts w:ascii="Book Antiqua" w:hAnsi="Book Antiqua"/>
          <w:lang w:val="es-PR"/>
        </w:rPr>
        <w:t>1</w:t>
      </w:r>
      <w:r w:rsidRPr="00E47C79">
        <w:rPr>
          <w:rFonts w:ascii="Book Antiqua" w:hAnsi="Book Antiqua"/>
          <w:lang w:val="es-PR"/>
        </w:rPr>
        <w:t xml:space="preserve">. Proyecto </w:t>
      </w:r>
      <w:proofErr w:type="gramStart"/>
      <w:r w:rsidRPr="00E47C79">
        <w:rPr>
          <w:rFonts w:ascii="Book Antiqua" w:hAnsi="Book Antiqua"/>
          <w:lang w:val="es-PR"/>
        </w:rPr>
        <w:t xml:space="preserve">Actívate  </w:t>
      </w:r>
      <w:r w:rsidR="00CF159C" w:rsidRPr="00E47C79">
        <w:rPr>
          <w:rFonts w:ascii="Book Antiqua" w:hAnsi="Book Antiqua"/>
          <w:lang w:val="es-PR"/>
        </w:rPr>
        <w:tab/>
      </w:r>
      <w:proofErr w:type="gramEnd"/>
      <w:r w:rsidRPr="00E47C79">
        <w:rPr>
          <w:rFonts w:ascii="Book Antiqua" w:hAnsi="Book Antiqua"/>
          <w:lang w:val="es-PR"/>
        </w:rPr>
        <w:t xml:space="preserve">$32,000.00  </w:t>
      </w:r>
    </w:p>
    <w:p w14:paraId="2623F270" w14:textId="7C7931E7" w:rsidR="003659B9" w:rsidRPr="00E47C79" w:rsidRDefault="003659B9" w:rsidP="007B793F">
      <w:pPr>
        <w:tabs>
          <w:tab w:val="decimal" w:pos="8280"/>
        </w:tabs>
        <w:rPr>
          <w:rFonts w:ascii="Book Antiqua" w:hAnsi="Book Antiqua"/>
          <w:lang w:val="es-ES"/>
        </w:rPr>
      </w:pPr>
      <w:r w:rsidRPr="00E47C79">
        <w:rPr>
          <w:rFonts w:ascii="Book Antiqua" w:hAnsi="Book Antiqua"/>
          <w:lang w:val="es-PR"/>
        </w:rPr>
        <w:t>48</w:t>
      </w:r>
      <w:r w:rsidR="00E10572" w:rsidRPr="00E47C79">
        <w:rPr>
          <w:rFonts w:ascii="Book Antiqua" w:hAnsi="Book Antiqua"/>
          <w:lang w:val="es-PR"/>
        </w:rPr>
        <w:t>2</w:t>
      </w:r>
      <w:r w:rsidRPr="00E47C79">
        <w:rPr>
          <w:rFonts w:ascii="Book Antiqua" w:hAnsi="Book Antiqua"/>
          <w:lang w:val="es-PR"/>
        </w:rPr>
        <w:t xml:space="preserve">. Proyecto Amor que Sana, Inc.  </w:t>
      </w:r>
      <w:r w:rsidR="00CF159C" w:rsidRPr="00E47C79">
        <w:rPr>
          <w:rFonts w:ascii="Book Antiqua" w:hAnsi="Book Antiqua"/>
          <w:lang w:val="es-PR"/>
        </w:rPr>
        <w:tab/>
      </w:r>
      <w:r w:rsidRPr="00E47C79">
        <w:rPr>
          <w:rFonts w:ascii="Book Antiqua" w:hAnsi="Book Antiqua"/>
          <w:lang w:val="es-ES"/>
        </w:rPr>
        <w:t xml:space="preserve">$3,000.00  </w:t>
      </w:r>
    </w:p>
    <w:p w14:paraId="4C1871DA" w14:textId="4D9133C1" w:rsidR="003659B9" w:rsidRPr="00E47C79" w:rsidRDefault="003659B9" w:rsidP="007B793F">
      <w:pPr>
        <w:tabs>
          <w:tab w:val="decimal" w:pos="8280"/>
        </w:tabs>
        <w:rPr>
          <w:rFonts w:ascii="Book Antiqua" w:hAnsi="Book Antiqua"/>
          <w:lang w:val="es-ES"/>
        </w:rPr>
      </w:pPr>
      <w:r w:rsidRPr="00E47C79">
        <w:rPr>
          <w:rFonts w:ascii="Book Antiqua" w:hAnsi="Book Antiqua"/>
          <w:lang w:val="es-PR"/>
        </w:rPr>
        <w:t>48</w:t>
      </w:r>
      <w:r w:rsidR="00E10572" w:rsidRPr="00E47C79">
        <w:rPr>
          <w:rFonts w:ascii="Book Antiqua" w:hAnsi="Book Antiqua"/>
          <w:lang w:val="es-PR"/>
        </w:rPr>
        <w:t>3</w:t>
      </w:r>
      <w:r w:rsidRPr="00E47C79">
        <w:rPr>
          <w:rFonts w:ascii="Book Antiqua" w:hAnsi="Book Antiqua"/>
          <w:lang w:val="es-PR"/>
        </w:rPr>
        <w:t xml:space="preserve">. Proyecto la Nueva Esperanza, Inc.  </w:t>
      </w:r>
      <w:r w:rsidR="00CF159C" w:rsidRPr="00E47C79">
        <w:rPr>
          <w:rFonts w:ascii="Book Antiqua" w:hAnsi="Book Antiqua"/>
          <w:lang w:val="es-PR"/>
        </w:rPr>
        <w:tab/>
      </w:r>
      <w:r w:rsidRPr="00E47C79">
        <w:rPr>
          <w:rFonts w:ascii="Book Antiqua" w:hAnsi="Book Antiqua"/>
          <w:lang w:val="es-ES"/>
        </w:rPr>
        <w:t xml:space="preserve">$13,000.00  </w:t>
      </w:r>
    </w:p>
    <w:p w14:paraId="60D496C1" w14:textId="528EE676" w:rsidR="003659B9" w:rsidRPr="00E47C79" w:rsidRDefault="003659B9" w:rsidP="007B793F">
      <w:pPr>
        <w:tabs>
          <w:tab w:val="decimal" w:pos="8280"/>
        </w:tabs>
        <w:rPr>
          <w:rFonts w:ascii="Book Antiqua" w:hAnsi="Book Antiqua"/>
          <w:lang w:val="es-ES"/>
        </w:rPr>
      </w:pPr>
      <w:r w:rsidRPr="00E47C79">
        <w:rPr>
          <w:rFonts w:ascii="Book Antiqua" w:hAnsi="Book Antiqua"/>
          <w:lang w:val="es-ES"/>
        </w:rPr>
        <w:t>48</w:t>
      </w:r>
      <w:r w:rsidR="00E10572" w:rsidRPr="00E47C79">
        <w:rPr>
          <w:rFonts w:ascii="Book Antiqua" w:hAnsi="Book Antiqua"/>
          <w:lang w:val="es-ES"/>
        </w:rPr>
        <w:t>4</w:t>
      </w:r>
      <w:r w:rsidRPr="00E47C79">
        <w:rPr>
          <w:rFonts w:ascii="Book Antiqua" w:hAnsi="Book Antiqua"/>
          <w:lang w:val="es-ES"/>
        </w:rPr>
        <w:t xml:space="preserve">. Proyecto Nacer, Inc.  </w:t>
      </w:r>
      <w:r w:rsidR="00CF159C" w:rsidRPr="00E47C79">
        <w:rPr>
          <w:rFonts w:ascii="Book Antiqua" w:hAnsi="Book Antiqua"/>
          <w:lang w:val="es-ES"/>
        </w:rPr>
        <w:tab/>
      </w:r>
      <w:r w:rsidRPr="00E47C79">
        <w:rPr>
          <w:rFonts w:ascii="Book Antiqua" w:hAnsi="Book Antiqua"/>
          <w:lang w:val="es-ES"/>
        </w:rPr>
        <w:t xml:space="preserve">$250,000.00  </w:t>
      </w:r>
    </w:p>
    <w:p w14:paraId="56A84CCB" w14:textId="68089F97" w:rsidR="003659B9" w:rsidRPr="00E47C79" w:rsidRDefault="003659B9" w:rsidP="007B793F">
      <w:pPr>
        <w:tabs>
          <w:tab w:val="decimal" w:pos="8280"/>
        </w:tabs>
        <w:rPr>
          <w:rFonts w:ascii="Book Antiqua" w:hAnsi="Book Antiqua"/>
          <w:lang w:val="es-ES"/>
        </w:rPr>
      </w:pPr>
      <w:r w:rsidRPr="00E47C79">
        <w:rPr>
          <w:rFonts w:ascii="Book Antiqua" w:hAnsi="Book Antiqua"/>
          <w:lang w:val="es-PR"/>
        </w:rPr>
        <w:t>48</w:t>
      </w:r>
      <w:r w:rsidR="00E10572" w:rsidRPr="00E47C79">
        <w:rPr>
          <w:rFonts w:ascii="Book Antiqua" w:hAnsi="Book Antiqua"/>
          <w:lang w:val="es-PR"/>
        </w:rPr>
        <w:t>5</w:t>
      </w:r>
      <w:r w:rsidRPr="00E47C79">
        <w:rPr>
          <w:rFonts w:ascii="Book Antiqua" w:hAnsi="Book Antiqua"/>
          <w:lang w:val="es-PR"/>
        </w:rPr>
        <w:t xml:space="preserve">. Proyecto Oasis de Amor, Inc.  </w:t>
      </w:r>
      <w:r w:rsidR="00CF159C" w:rsidRPr="00E47C79">
        <w:rPr>
          <w:rFonts w:ascii="Book Antiqua" w:hAnsi="Book Antiqua"/>
          <w:lang w:val="es-PR"/>
        </w:rPr>
        <w:tab/>
      </w:r>
      <w:r w:rsidRPr="00E47C79">
        <w:rPr>
          <w:rFonts w:ascii="Book Antiqua" w:hAnsi="Book Antiqua"/>
          <w:lang w:val="es-ES"/>
        </w:rPr>
        <w:t xml:space="preserve">$8,400.00  </w:t>
      </w:r>
    </w:p>
    <w:p w14:paraId="2ABD3DB9" w14:textId="6AB2EBCA" w:rsidR="00CF159C" w:rsidRPr="00E47C79" w:rsidRDefault="003659B9" w:rsidP="007B793F">
      <w:pPr>
        <w:tabs>
          <w:tab w:val="decimal" w:pos="8280"/>
        </w:tabs>
        <w:rPr>
          <w:rFonts w:ascii="Book Antiqua" w:hAnsi="Book Antiqua"/>
          <w:lang w:val="es-ES"/>
        </w:rPr>
      </w:pPr>
      <w:r w:rsidRPr="00E47C79">
        <w:rPr>
          <w:rFonts w:ascii="Book Antiqua" w:hAnsi="Book Antiqua"/>
          <w:lang w:val="es-ES"/>
        </w:rPr>
        <w:t>48</w:t>
      </w:r>
      <w:r w:rsidR="00E10572" w:rsidRPr="00E47C79">
        <w:rPr>
          <w:rFonts w:ascii="Book Antiqua" w:hAnsi="Book Antiqua"/>
          <w:lang w:val="es-ES"/>
        </w:rPr>
        <w:t>6</w:t>
      </w:r>
      <w:r w:rsidRPr="00E47C79">
        <w:rPr>
          <w:rFonts w:ascii="Book Antiqua" w:hAnsi="Book Antiqua"/>
          <w:lang w:val="es-ES"/>
        </w:rPr>
        <w:t xml:space="preserve">. Puente Abiertos Comunidades Transformadas y </w:t>
      </w:r>
    </w:p>
    <w:p w14:paraId="1196EA0E" w14:textId="1F728F70" w:rsidR="003659B9" w:rsidRPr="00E47C79" w:rsidRDefault="003659B9" w:rsidP="007B793F">
      <w:pPr>
        <w:tabs>
          <w:tab w:val="decimal" w:pos="8280"/>
        </w:tabs>
        <w:rPr>
          <w:rFonts w:ascii="Book Antiqua" w:hAnsi="Book Antiqua"/>
        </w:rPr>
      </w:pPr>
      <w:r w:rsidRPr="00E47C79">
        <w:rPr>
          <w:rFonts w:ascii="Book Antiqua" w:hAnsi="Book Antiqua"/>
          <w:lang w:val="es-ES"/>
        </w:rPr>
        <w:t xml:space="preserve">Autosuficientes, Inc. </w:t>
      </w:r>
      <w:r w:rsidR="00CF159C" w:rsidRPr="00E47C79">
        <w:rPr>
          <w:rFonts w:ascii="Book Antiqua" w:hAnsi="Book Antiqua"/>
          <w:lang w:val="es-ES"/>
        </w:rPr>
        <w:tab/>
      </w:r>
      <w:r w:rsidRPr="00E47C79">
        <w:rPr>
          <w:rFonts w:ascii="Book Antiqua" w:hAnsi="Book Antiqua"/>
        </w:rPr>
        <w:t xml:space="preserve">$10,000.00  </w:t>
      </w:r>
    </w:p>
    <w:p w14:paraId="659DDA8C" w14:textId="13F13B45" w:rsidR="003659B9" w:rsidRPr="00E47C79" w:rsidRDefault="003659B9" w:rsidP="007B793F">
      <w:pPr>
        <w:tabs>
          <w:tab w:val="decimal" w:pos="8280"/>
        </w:tabs>
        <w:rPr>
          <w:rFonts w:ascii="Book Antiqua" w:hAnsi="Book Antiqua"/>
        </w:rPr>
      </w:pPr>
      <w:r w:rsidRPr="00E47C79">
        <w:rPr>
          <w:rFonts w:ascii="Book Antiqua" w:hAnsi="Book Antiqua"/>
        </w:rPr>
        <w:t>48</w:t>
      </w:r>
      <w:r w:rsidR="00E10572" w:rsidRPr="00E47C79">
        <w:rPr>
          <w:rFonts w:ascii="Book Antiqua" w:hAnsi="Book Antiqua"/>
        </w:rPr>
        <w:t>7</w:t>
      </w:r>
      <w:r w:rsidRPr="00E47C79">
        <w:rPr>
          <w:rFonts w:ascii="Book Antiqua" w:hAnsi="Book Antiqua"/>
        </w:rPr>
        <w:t xml:space="preserve">. Puerto Rico Alliance for Companion Animals, Inc.  </w:t>
      </w:r>
      <w:r w:rsidR="00CF159C" w:rsidRPr="00E47C79">
        <w:rPr>
          <w:rFonts w:ascii="Book Antiqua" w:hAnsi="Book Antiqua"/>
        </w:rPr>
        <w:tab/>
      </w:r>
      <w:r w:rsidRPr="00E47C79">
        <w:rPr>
          <w:rFonts w:ascii="Book Antiqua" w:hAnsi="Book Antiqua"/>
        </w:rPr>
        <w:t xml:space="preserve">$3,000.00  </w:t>
      </w:r>
    </w:p>
    <w:p w14:paraId="73D6274A" w14:textId="246B55BD" w:rsidR="003659B9" w:rsidRPr="00E47C79" w:rsidRDefault="003659B9" w:rsidP="007B793F">
      <w:pPr>
        <w:tabs>
          <w:tab w:val="decimal" w:pos="8280"/>
        </w:tabs>
        <w:rPr>
          <w:rFonts w:ascii="Book Antiqua" w:hAnsi="Book Antiqua"/>
        </w:rPr>
      </w:pPr>
      <w:r w:rsidRPr="00E47C79">
        <w:rPr>
          <w:rFonts w:ascii="Book Antiqua" w:hAnsi="Book Antiqua"/>
        </w:rPr>
        <w:t>48</w:t>
      </w:r>
      <w:r w:rsidR="00E10572" w:rsidRPr="00E47C79">
        <w:rPr>
          <w:rFonts w:ascii="Book Antiqua" w:hAnsi="Book Antiqua"/>
        </w:rPr>
        <w:t>8</w:t>
      </w:r>
      <w:r w:rsidRPr="00E47C79">
        <w:rPr>
          <w:rFonts w:ascii="Book Antiqua" w:hAnsi="Book Antiqua"/>
        </w:rPr>
        <w:t xml:space="preserve">. Puerto Rico Archery League, Corp.  </w:t>
      </w:r>
      <w:r w:rsidR="00CF159C" w:rsidRPr="00E47C79">
        <w:rPr>
          <w:rFonts w:ascii="Book Antiqua" w:hAnsi="Book Antiqua"/>
        </w:rPr>
        <w:tab/>
      </w:r>
      <w:r w:rsidRPr="00E47C79">
        <w:rPr>
          <w:rFonts w:ascii="Book Antiqua" w:hAnsi="Book Antiqua"/>
        </w:rPr>
        <w:t xml:space="preserve">$3,000.00  </w:t>
      </w:r>
    </w:p>
    <w:p w14:paraId="79AE3A70" w14:textId="4D2E88C2" w:rsidR="003659B9" w:rsidRPr="00E47C79" w:rsidRDefault="003659B9" w:rsidP="007B793F">
      <w:pPr>
        <w:tabs>
          <w:tab w:val="decimal" w:pos="8280"/>
        </w:tabs>
        <w:rPr>
          <w:rFonts w:ascii="Book Antiqua" w:hAnsi="Book Antiqua"/>
        </w:rPr>
      </w:pPr>
      <w:r w:rsidRPr="00E47C79">
        <w:rPr>
          <w:rFonts w:ascii="Book Antiqua" w:hAnsi="Book Antiqua"/>
        </w:rPr>
        <w:t>4</w:t>
      </w:r>
      <w:r w:rsidR="00E10572" w:rsidRPr="00E47C79">
        <w:rPr>
          <w:rFonts w:ascii="Book Antiqua" w:hAnsi="Book Antiqua"/>
        </w:rPr>
        <w:t>89</w:t>
      </w:r>
      <w:r w:rsidRPr="00E47C79">
        <w:rPr>
          <w:rFonts w:ascii="Book Antiqua" w:hAnsi="Book Antiqua"/>
        </w:rPr>
        <w:t xml:space="preserve">. Puerto Rico Baseball Academy and High </w:t>
      </w:r>
      <w:proofErr w:type="gramStart"/>
      <w:r w:rsidRPr="00E47C79">
        <w:rPr>
          <w:rFonts w:ascii="Book Antiqua" w:hAnsi="Book Antiqua"/>
        </w:rPr>
        <w:t xml:space="preserve">School  </w:t>
      </w:r>
      <w:r w:rsidR="00CF159C" w:rsidRPr="00E47C79">
        <w:rPr>
          <w:rFonts w:ascii="Book Antiqua" w:hAnsi="Book Antiqua"/>
        </w:rPr>
        <w:tab/>
      </w:r>
      <w:proofErr w:type="gramEnd"/>
      <w:r w:rsidRPr="00E47C79">
        <w:rPr>
          <w:rFonts w:ascii="Book Antiqua" w:hAnsi="Book Antiqua"/>
        </w:rPr>
        <w:t xml:space="preserve">$99,500.00  </w:t>
      </w:r>
    </w:p>
    <w:p w14:paraId="2C04E4EF" w14:textId="1FA56995" w:rsidR="003659B9" w:rsidRPr="00E47C79" w:rsidRDefault="003659B9" w:rsidP="007B793F">
      <w:pPr>
        <w:tabs>
          <w:tab w:val="decimal" w:pos="8280"/>
        </w:tabs>
        <w:rPr>
          <w:rFonts w:ascii="Book Antiqua" w:hAnsi="Book Antiqua"/>
          <w:lang w:val="es-ES"/>
        </w:rPr>
      </w:pPr>
      <w:r w:rsidRPr="00E47C79">
        <w:rPr>
          <w:rFonts w:ascii="Book Antiqua" w:hAnsi="Book Antiqua"/>
          <w:lang w:val="es-ES"/>
        </w:rPr>
        <w:t>49</w:t>
      </w:r>
      <w:r w:rsidR="00E10572" w:rsidRPr="00E47C79">
        <w:rPr>
          <w:rFonts w:ascii="Book Antiqua" w:hAnsi="Book Antiqua"/>
          <w:lang w:val="es-ES"/>
        </w:rPr>
        <w:t>0</w:t>
      </w:r>
      <w:r w:rsidRPr="00E47C79">
        <w:rPr>
          <w:rFonts w:ascii="Book Antiqua" w:hAnsi="Book Antiqua"/>
          <w:lang w:val="es-ES"/>
        </w:rPr>
        <w:t xml:space="preserve">. Puerto Rico </w:t>
      </w:r>
      <w:proofErr w:type="spellStart"/>
      <w:r w:rsidRPr="00E47C79">
        <w:rPr>
          <w:rFonts w:ascii="Book Antiqua" w:hAnsi="Book Antiqua"/>
          <w:lang w:val="es-ES"/>
        </w:rPr>
        <w:t>Basketball</w:t>
      </w:r>
      <w:proofErr w:type="spellEnd"/>
      <w:r w:rsidRPr="00E47C79">
        <w:rPr>
          <w:rFonts w:ascii="Book Antiqua" w:hAnsi="Book Antiqua"/>
          <w:lang w:val="es-ES"/>
        </w:rPr>
        <w:t xml:space="preserve"> </w:t>
      </w:r>
      <w:proofErr w:type="spellStart"/>
      <w:proofErr w:type="gramStart"/>
      <w:r w:rsidRPr="00E47C79">
        <w:rPr>
          <w:rFonts w:ascii="Book Antiqua" w:hAnsi="Book Antiqua"/>
          <w:lang w:val="es-ES"/>
        </w:rPr>
        <w:t>School</w:t>
      </w:r>
      <w:proofErr w:type="spellEnd"/>
      <w:r w:rsidRPr="00E47C79">
        <w:rPr>
          <w:rFonts w:ascii="Book Antiqua" w:hAnsi="Book Antiqua"/>
          <w:lang w:val="es-ES"/>
        </w:rPr>
        <w:t xml:space="preserve">  </w:t>
      </w:r>
      <w:r w:rsidR="00CF159C" w:rsidRPr="00E47C79">
        <w:rPr>
          <w:rFonts w:ascii="Book Antiqua" w:hAnsi="Book Antiqua"/>
          <w:lang w:val="es-ES"/>
        </w:rPr>
        <w:tab/>
      </w:r>
      <w:proofErr w:type="gramEnd"/>
      <w:r w:rsidRPr="00E47C79">
        <w:rPr>
          <w:rFonts w:ascii="Book Antiqua" w:hAnsi="Book Antiqua"/>
          <w:lang w:val="es-ES"/>
        </w:rPr>
        <w:t xml:space="preserve">$50,000.00  </w:t>
      </w:r>
    </w:p>
    <w:p w14:paraId="52CF5D3F" w14:textId="78DBC183" w:rsidR="003659B9" w:rsidRPr="00E47C79" w:rsidRDefault="003659B9" w:rsidP="007B793F">
      <w:pPr>
        <w:tabs>
          <w:tab w:val="decimal" w:pos="8280"/>
        </w:tabs>
        <w:rPr>
          <w:rFonts w:ascii="Book Antiqua" w:hAnsi="Book Antiqua"/>
          <w:lang w:val="es-ES"/>
        </w:rPr>
      </w:pPr>
      <w:r w:rsidRPr="00E47C79">
        <w:rPr>
          <w:rFonts w:ascii="Book Antiqua" w:hAnsi="Book Antiqua"/>
          <w:lang w:val="es-ES"/>
        </w:rPr>
        <w:lastRenderedPageBreak/>
        <w:t>49</w:t>
      </w:r>
      <w:r w:rsidR="00E10572" w:rsidRPr="00E47C79">
        <w:rPr>
          <w:rFonts w:ascii="Book Antiqua" w:hAnsi="Book Antiqua"/>
          <w:lang w:val="es-ES"/>
        </w:rPr>
        <w:t>1</w:t>
      </w:r>
      <w:r w:rsidRPr="00E47C79">
        <w:rPr>
          <w:rFonts w:ascii="Book Antiqua" w:hAnsi="Book Antiqua"/>
          <w:lang w:val="es-ES"/>
        </w:rPr>
        <w:t xml:space="preserve">. Puerto Rico </w:t>
      </w:r>
      <w:proofErr w:type="spellStart"/>
      <w:r w:rsidRPr="00E47C79">
        <w:rPr>
          <w:rFonts w:ascii="Book Antiqua" w:hAnsi="Book Antiqua"/>
          <w:lang w:val="es-ES"/>
        </w:rPr>
        <w:t>Caribbean</w:t>
      </w:r>
      <w:proofErr w:type="spellEnd"/>
      <w:r w:rsidRPr="00E47C79">
        <w:rPr>
          <w:rFonts w:ascii="Book Antiqua" w:hAnsi="Book Antiqua"/>
          <w:lang w:val="es-ES"/>
        </w:rPr>
        <w:t xml:space="preserve"> </w:t>
      </w:r>
      <w:proofErr w:type="spellStart"/>
      <w:r w:rsidRPr="00E47C79">
        <w:rPr>
          <w:rFonts w:ascii="Book Antiqua" w:hAnsi="Book Antiqua"/>
          <w:lang w:val="es-ES"/>
        </w:rPr>
        <w:t>Stars</w:t>
      </w:r>
      <w:proofErr w:type="spellEnd"/>
      <w:r w:rsidRPr="00E47C79">
        <w:rPr>
          <w:rFonts w:ascii="Book Antiqua" w:hAnsi="Book Antiqua"/>
          <w:lang w:val="es-ES"/>
        </w:rPr>
        <w:t xml:space="preserve"> FC, Inc.  </w:t>
      </w:r>
      <w:r w:rsidR="00CF159C" w:rsidRPr="00E47C79">
        <w:rPr>
          <w:rFonts w:ascii="Book Antiqua" w:hAnsi="Book Antiqua"/>
          <w:lang w:val="es-ES"/>
        </w:rPr>
        <w:tab/>
      </w:r>
      <w:r w:rsidRPr="00E47C79">
        <w:rPr>
          <w:rFonts w:ascii="Book Antiqua" w:hAnsi="Book Antiqua"/>
          <w:lang w:val="es-ES"/>
        </w:rPr>
        <w:t xml:space="preserve">$49,999.00  </w:t>
      </w:r>
    </w:p>
    <w:p w14:paraId="78390B1B" w14:textId="6CBFDCD7"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49</w:t>
      </w:r>
      <w:r w:rsidR="00E10572" w:rsidRPr="00E47C79">
        <w:rPr>
          <w:rFonts w:ascii="Book Antiqua" w:hAnsi="Book Antiqua"/>
          <w:lang w:val="es-PR"/>
        </w:rPr>
        <w:t>2</w:t>
      </w:r>
      <w:r w:rsidRPr="00E47C79">
        <w:rPr>
          <w:rFonts w:ascii="Book Antiqua" w:hAnsi="Book Antiqua"/>
          <w:lang w:val="es-PR"/>
        </w:rPr>
        <w:t xml:space="preserve">. Puerto Rico Centro de Artes y Tecnología </w:t>
      </w:r>
      <w:r w:rsidR="00CF159C" w:rsidRPr="00E47C79">
        <w:rPr>
          <w:rFonts w:ascii="Book Antiqua" w:hAnsi="Book Antiqua"/>
          <w:lang w:val="es-PR"/>
        </w:rPr>
        <w:tab/>
      </w:r>
      <w:r w:rsidRPr="00E47C79">
        <w:rPr>
          <w:rFonts w:ascii="Book Antiqua" w:hAnsi="Book Antiqua"/>
          <w:lang w:val="es-PR"/>
        </w:rPr>
        <w:t xml:space="preserve"> $23,000.00  </w:t>
      </w:r>
    </w:p>
    <w:p w14:paraId="7CBC7366" w14:textId="58708FDD" w:rsidR="00CF159C" w:rsidRPr="00E47C79" w:rsidRDefault="003659B9" w:rsidP="007B793F">
      <w:pPr>
        <w:tabs>
          <w:tab w:val="decimal" w:pos="8280"/>
        </w:tabs>
        <w:rPr>
          <w:rFonts w:ascii="Book Antiqua" w:hAnsi="Book Antiqua"/>
        </w:rPr>
      </w:pPr>
      <w:r w:rsidRPr="00E47C79">
        <w:rPr>
          <w:rFonts w:ascii="Book Antiqua" w:hAnsi="Book Antiqua"/>
        </w:rPr>
        <w:t>49</w:t>
      </w:r>
      <w:r w:rsidR="00E10572" w:rsidRPr="00E47C79">
        <w:rPr>
          <w:rFonts w:ascii="Book Antiqua" w:hAnsi="Book Antiqua"/>
        </w:rPr>
        <w:t>3</w:t>
      </w:r>
      <w:r w:rsidRPr="00E47C79">
        <w:rPr>
          <w:rFonts w:ascii="Book Antiqua" w:hAnsi="Book Antiqua"/>
        </w:rPr>
        <w:t xml:space="preserve">. Puerto Rico Community Network for Clinical Services </w:t>
      </w:r>
    </w:p>
    <w:p w14:paraId="3F6C071D" w14:textId="5B2BBBFD" w:rsidR="003659B9" w:rsidRPr="00E47C79" w:rsidRDefault="003659B9" w:rsidP="007B793F">
      <w:pPr>
        <w:tabs>
          <w:tab w:val="decimal" w:pos="8280"/>
        </w:tabs>
        <w:rPr>
          <w:rFonts w:ascii="Book Antiqua" w:hAnsi="Book Antiqua"/>
        </w:rPr>
      </w:pPr>
      <w:r w:rsidRPr="00E47C79">
        <w:rPr>
          <w:rFonts w:ascii="Book Antiqua" w:hAnsi="Book Antiqua"/>
        </w:rPr>
        <w:t xml:space="preserve">Research and Health Advancement PR CONCRA, Inc.  </w:t>
      </w:r>
      <w:r w:rsidR="00CF159C" w:rsidRPr="00E47C79">
        <w:rPr>
          <w:rFonts w:ascii="Book Antiqua" w:hAnsi="Book Antiqua"/>
        </w:rPr>
        <w:tab/>
      </w:r>
      <w:r w:rsidRPr="00E47C79">
        <w:rPr>
          <w:rFonts w:ascii="Book Antiqua" w:hAnsi="Book Antiqua"/>
        </w:rPr>
        <w:t xml:space="preserve">$16,000.00  </w:t>
      </w:r>
    </w:p>
    <w:p w14:paraId="2E59CA90" w14:textId="08851C6E" w:rsidR="003659B9" w:rsidRPr="00684E5B" w:rsidRDefault="003659B9" w:rsidP="007B793F">
      <w:pPr>
        <w:tabs>
          <w:tab w:val="decimal" w:pos="8280"/>
        </w:tabs>
        <w:rPr>
          <w:rFonts w:ascii="Book Antiqua" w:hAnsi="Book Antiqua"/>
          <w:lang w:val="es-PR"/>
        </w:rPr>
      </w:pPr>
      <w:r w:rsidRPr="00E47C79">
        <w:rPr>
          <w:rFonts w:ascii="Book Antiqua" w:hAnsi="Book Antiqua"/>
        </w:rPr>
        <w:t>49</w:t>
      </w:r>
      <w:r w:rsidR="00E10572" w:rsidRPr="00E47C79">
        <w:rPr>
          <w:rFonts w:ascii="Book Antiqua" w:hAnsi="Book Antiqua"/>
        </w:rPr>
        <w:t>4</w:t>
      </w:r>
      <w:r w:rsidRPr="00E47C79">
        <w:rPr>
          <w:rFonts w:ascii="Book Antiqua" w:hAnsi="Book Antiqua"/>
        </w:rPr>
        <w:t xml:space="preserve">. Puerto Rico Council Boy Scouts of America, Inc. </w:t>
      </w:r>
      <w:r w:rsidR="00CF159C" w:rsidRPr="00E47C79">
        <w:rPr>
          <w:rFonts w:ascii="Book Antiqua" w:hAnsi="Book Antiqua"/>
        </w:rPr>
        <w:tab/>
      </w:r>
      <w:r w:rsidRPr="00684E5B">
        <w:rPr>
          <w:rFonts w:ascii="Book Antiqua" w:hAnsi="Book Antiqua"/>
          <w:lang w:val="es-PR"/>
        </w:rPr>
        <w:t xml:space="preserve">$15,000.00  </w:t>
      </w:r>
    </w:p>
    <w:p w14:paraId="45BCC6C9" w14:textId="247062E5" w:rsidR="003659B9" w:rsidRPr="00E47C79" w:rsidRDefault="003659B9" w:rsidP="007B793F">
      <w:pPr>
        <w:tabs>
          <w:tab w:val="decimal" w:pos="8280"/>
        </w:tabs>
        <w:rPr>
          <w:rFonts w:ascii="Book Antiqua" w:hAnsi="Book Antiqua"/>
        </w:rPr>
      </w:pPr>
      <w:r w:rsidRPr="00684E5B">
        <w:rPr>
          <w:rFonts w:ascii="Book Antiqua" w:hAnsi="Book Antiqua"/>
          <w:lang w:val="es-PR"/>
        </w:rPr>
        <w:t>49</w:t>
      </w:r>
      <w:r w:rsidR="00E10572" w:rsidRPr="00684E5B">
        <w:rPr>
          <w:rFonts w:ascii="Book Antiqua" w:hAnsi="Book Antiqua"/>
          <w:lang w:val="es-PR"/>
        </w:rPr>
        <w:t>5</w:t>
      </w:r>
      <w:r w:rsidRPr="00684E5B">
        <w:rPr>
          <w:rFonts w:ascii="Book Antiqua" w:hAnsi="Book Antiqua"/>
          <w:lang w:val="es-PR"/>
        </w:rPr>
        <w:t xml:space="preserve">. Puerto Rico </w:t>
      </w:r>
      <w:proofErr w:type="spellStart"/>
      <w:r w:rsidRPr="00684E5B">
        <w:rPr>
          <w:rFonts w:ascii="Book Antiqua" w:hAnsi="Book Antiqua"/>
          <w:lang w:val="es-PR"/>
        </w:rPr>
        <w:t>Dream</w:t>
      </w:r>
      <w:proofErr w:type="spellEnd"/>
      <w:r w:rsidRPr="00684E5B">
        <w:rPr>
          <w:rFonts w:ascii="Book Antiqua" w:hAnsi="Book Antiqua"/>
          <w:lang w:val="es-PR"/>
        </w:rPr>
        <w:t xml:space="preserve"> Center, Inc.  </w:t>
      </w:r>
      <w:r w:rsidR="00CF159C" w:rsidRPr="00684E5B">
        <w:rPr>
          <w:rFonts w:ascii="Book Antiqua" w:hAnsi="Book Antiqua"/>
          <w:lang w:val="es-PR"/>
        </w:rPr>
        <w:tab/>
      </w:r>
      <w:r w:rsidRPr="00E47C79">
        <w:rPr>
          <w:rFonts w:ascii="Book Antiqua" w:hAnsi="Book Antiqua"/>
        </w:rPr>
        <w:t xml:space="preserve">$3,000.00  </w:t>
      </w:r>
    </w:p>
    <w:p w14:paraId="57143385" w14:textId="2BF62EED" w:rsidR="00FB51A3" w:rsidRPr="00E47C79" w:rsidRDefault="003659B9" w:rsidP="007B793F">
      <w:pPr>
        <w:tabs>
          <w:tab w:val="decimal" w:pos="8280"/>
        </w:tabs>
        <w:rPr>
          <w:rFonts w:ascii="Book Antiqua" w:hAnsi="Book Antiqua"/>
        </w:rPr>
      </w:pPr>
      <w:r w:rsidRPr="00E47C79">
        <w:rPr>
          <w:rFonts w:ascii="Book Antiqua" w:hAnsi="Book Antiqua"/>
        </w:rPr>
        <w:t>49</w:t>
      </w:r>
      <w:r w:rsidR="00E10572" w:rsidRPr="00E47C79">
        <w:rPr>
          <w:rFonts w:ascii="Book Antiqua" w:hAnsi="Book Antiqua"/>
        </w:rPr>
        <w:t>6</w:t>
      </w:r>
      <w:r w:rsidRPr="00E47C79">
        <w:rPr>
          <w:rFonts w:ascii="Book Antiqua" w:hAnsi="Book Antiqua"/>
        </w:rPr>
        <w:t xml:space="preserve">. Puerto Rico Gifted School Alliance Inc.  </w:t>
      </w:r>
      <w:r w:rsidR="00CF159C" w:rsidRPr="00E47C79">
        <w:rPr>
          <w:rFonts w:ascii="Book Antiqua" w:hAnsi="Book Antiqua"/>
        </w:rPr>
        <w:tab/>
      </w:r>
      <w:r w:rsidRPr="00E47C79">
        <w:rPr>
          <w:rFonts w:ascii="Book Antiqua" w:hAnsi="Book Antiqua"/>
        </w:rPr>
        <w:t xml:space="preserve">$10,000.00  </w:t>
      </w:r>
    </w:p>
    <w:p w14:paraId="0F203573" w14:textId="400FED04" w:rsidR="003659B9" w:rsidRPr="00E47C79" w:rsidRDefault="003659B9" w:rsidP="007B793F">
      <w:pPr>
        <w:tabs>
          <w:tab w:val="decimal" w:pos="8280"/>
        </w:tabs>
        <w:rPr>
          <w:rFonts w:ascii="Book Antiqua" w:hAnsi="Book Antiqua"/>
          <w:lang w:val="es-ES"/>
        </w:rPr>
      </w:pPr>
      <w:r w:rsidRPr="00E47C79">
        <w:rPr>
          <w:rFonts w:ascii="Book Antiqua" w:hAnsi="Book Antiqua"/>
        </w:rPr>
        <w:t>49</w:t>
      </w:r>
      <w:r w:rsidR="00E10572" w:rsidRPr="00E47C79">
        <w:rPr>
          <w:rFonts w:ascii="Book Antiqua" w:hAnsi="Book Antiqua"/>
        </w:rPr>
        <w:t>7</w:t>
      </w:r>
      <w:r w:rsidRPr="00E47C79">
        <w:rPr>
          <w:rFonts w:ascii="Book Antiqua" w:hAnsi="Book Antiqua"/>
        </w:rPr>
        <w:t xml:space="preserve">. Puerto Rico Industries for the Blind, Corp.  </w:t>
      </w:r>
      <w:r w:rsidR="00CF159C" w:rsidRPr="00E47C79">
        <w:rPr>
          <w:rFonts w:ascii="Book Antiqua" w:hAnsi="Book Antiqua"/>
        </w:rPr>
        <w:tab/>
      </w:r>
      <w:r w:rsidRPr="00E47C79">
        <w:rPr>
          <w:rFonts w:ascii="Book Antiqua" w:hAnsi="Book Antiqua"/>
          <w:lang w:val="es-ES"/>
        </w:rPr>
        <w:t xml:space="preserve">$125,000.00  </w:t>
      </w:r>
    </w:p>
    <w:p w14:paraId="61AF3A5E" w14:textId="4D5F03BF"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49</w:t>
      </w:r>
      <w:r w:rsidR="00E10572" w:rsidRPr="00E47C79">
        <w:rPr>
          <w:rFonts w:ascii="Book Antiqua" w:hAnsi="Book Antiqua"/>
          <w:lang w:val="es-PR"/>
        </w:rPr>
        <w:t>8</w:t>
      </w:r>
      <w:r w:rsidRPr="00E47C79">
        <w:rPr>
          <w:rFonts w:ascii="Book Antiqua" w:hAnsi="Book Antiqua"/>
          <w:lang w:val="es-PR"/>
        </w:rPr>
        <w:t xml:space="preserve">. Puerto Rico </w:t>
      </w:r>
      <w:proofErr w:type="spellStart"/>
      <w:r w:rsidRPr="00E47C79">
        <w:rPr>
          <w:rFonts w:ascii="Book Antiqua" w:hAnsi="Book Antiqua"/>
          <w:lang w:val="es-PR"/>
        </w:rPr>
        <w:t>Institute</w:t>
      </w:r>
      <w:proofErr w:type="spellEnd"/>
      <w:r w:rsidRPr="00E47C79">
        <w:rPr>
          <w:rFonts w:ascii="Book Antiqua" w:hAnsi="Book Antiqua"/>
          <w:lang w:val="es-PR"/>
        </w:rPr>
        <w:t xml:space="preserve"> </w:t>
      </w:r>
      <w:proofErr w:type="spellStart"/>
      <w:r w:rsidRPr="00E47C79">
        <w:rPr>
          <w:rFonts w:ascii="Book Antiqua" w:hAnsi="Book Antiqua"/>
          <w:lang w:val="es-PR"/>
        </w:rPr>
        <w:t>of</w:t>
      </w:r>
      <w:proofErr w:type="spellEnd"/>
      <w:r w:rsidRPr="00E47C79">
        <w:rPr>
          <w:rFonts w:ascii="Book Antiqua" w:hAnsi="Book Antiqua"/>
          <w:lang w:val="es-PR"/>
        </w:rPr>
        <w:t xml:space="preserve"> </w:t>
      </w:r>
      <w:proofErr w:type="spellStart"/>
      <w:proofErr w:type="gramStart"/>
      <w:r w:rsidRPr="00E47C79">
        <w:rPr>
          <w:rFonts w:ascii="Book Antiqua" w:hAnsi="Book Antiqua"/>
          <w:lang w:val="es-PR"/>
        </w:rPr>
        <w:t>Robotics</w:t>
      </w:r>
      <w:proofErr w:type="spellEnd"/>
      <w:r w:rsidRPr="00E47C79">
        <w:rPr>
          <w:rFonts w:ascii="Book Antiqua" w:hAnsi="Book Antiqua"/>
          <w:lang w:val="es-PR"/>
        </w:rPr>
        <w:t xml:space="preserve">  </w:t>
      </w:r>
      <w:r w:rsidR="00CF159C" w:rsidRPr="00E47C79">
        <w:rPr>
          <w:rFonts w:ascii="Book Antiqua" w:hAnsi="Book Antiqua"/>
          <w:lang w:val="es-PR"/>
        </w:rPr>
        <w:tab/>
      </w:r>
      <w:proofErr w:type="gramEnd"/>
      <w:r w:rsidRPr="00E47C79">
        <w:rPr>
          <w:rFonts w:ascii="Book Antiqua" w:hAnsi="Book Antiqua"/>
          <w:lang w:val="es-PR"/>
        </w:rPr>
        <w:t xml:space="preserve">$3,000.00  </w:t>
      </w:r>
    </w:p>
    <w:p w14:paraId="1A5F0DD4" w14:textId="34592353" w:rsidR="003659B9" w:rsidRPr="00E47C79" w:rsidRDefault="00E10572" w:rsidP="007B793F">
      <w:pPr>
        <w:tabs>
          <w:tab w:val="decimal" w:pos="8280"/>
        </w:tabs>
        <w:rPr>
          <w:rFonts w:ascii="Book Antiqua" w:hAnsi="Book Antiqua"/>
        </w:rPr>
      </w:pPr>
      <w:r w:rsidRPr="00E47C79">
        <w:rPr>
          <w:rFonts w:ascii="Book Antiqua" w:hAnsi="Book Antiqua"/>
          <w:lang w:val="es-PR"/>
        </w:rPr>
        <w:t>499</w:t>
      </w:r>
      <w:r w:rsidR="003659B9" w:rsidRPr="00E47C79">
        <w:rPr>
          <w:rFonts w:ascii="Book Antiqua" w:hAnsi="Book Antiqua"/>
          <w:lang w:val="es-PR"/>
        </w:rPr>
        <w:t xml:space="preserve">. Puerto Rico Integral </w:t>
      </w:r>
      <w:proofErr w:type="spellStart"/>
      <w:r w:rsidR="003659B9" w:rsidRPr="00E47C79">
        <w:rPr>
          <w:rFonts w:ascii="Book Antiqua" w:hAnsi="Book Antiqua"/>
          <w:lang w:val="es-PR"/>
        </w:rPr>
        <w:t>Services</w:t>
      </w:r>
      <w:proofErr w:type="spellEnd"/>
      <w:r w:rsidR="003659B9" w:rsidRPr="00E47C79">
        <w:rPr>
          <w:rFonts w:ascii="Book Antiqua" w:hAnsi="Book Antiqua"/>
          <w:lang w:val="es-PR"/>
        </w:rPr>
        <w:t xml:space="preserve"> Center Inc. </w:t>
      </w:r>
      <w:r w:rsidR="00CF159C" w:rsidRPr="00E47C79">
        <w:rPr>
          <w:rFonts w:ascii="Book Antiqua" w:hAnsi="Book Antiqua"/>
          <w:lang w:val="es-PR"/>
        </w:rPr>
        <w:tab/>
      </w:r>
      <w:r w:rsidR="003659B9" w:rsidRPr="00E47C79">
        <w:rPr>
          <w:rFonts w:ascii="Book Antiqua" w:hAnsi="Book Antiqua"/>
          <w:lang w:val="es-PR"/>
        </w:rPr>
        <w:t xml:space="preserve"> </w:t>
      </w:r>
      <w:r w:rsidR="003659B9" w:rsidRPr="00E47C79">
        <w:rPr>
          <w:rFonts w:ascii="Book Antiqua" w:hAnsi="Book Antiqua"/>
        </w:rPr>
        <w:t xml:space="preserve">$5,000.00  </w:t>
      </w:r>
    </w:p>
    <w:p w14:paraId="4BA24426" w14:textId="37430205" w:rsidR="003659B9" w:rsidRPr="00E47C79" w:rsidRDefault="003659B9" w:rsidP="007B793F">
      <w:pPr>
        <w:tabs>
          <w:tab w:val="decimal" w:pos="8280"/>
        </w:tabs>
        <w:rPr>
          <w:rFonts w:ascii="Book Antiqua" w:hAnsi="Book Antiqua"/>
        </w:rPr>
      </w:pPr>
      <w:r w:rsidRPr="00E47C79">
        <w:rPr>
          <w:rFonts w:ascii="Book Antiqua" w:hAnsi="Book Antiqua"/>
        </w:rPr>
        <w:t>50</w:t>
      </w:r>
      <w:r w:rsidR="00E10572" w:rsidRPr="00E47C79">
        <w:rPr>
          <w:rFonts w:ascii="Book Antiqua" w:hAnsi="Book Antiqua"/>
        </w:rPr>
        <w:t>0</w:t>
      </w:r>
      <w:r w:rsidRPr="00E47C79">
        <w:rPr>
          <w:rFonts w:ascii="Book Antiqua" w:hAnsi="Book Antiqua"/>
        </w:rPr>
        <w:t xml:space="preserve">. Puerto Rico Law Enforcement Athletic ASSO </w:t>
      </w:r>
      <w:r w:rsidR="00CF159C" w:rsidRPr="00E47C79">
        <w:rPr>
          <w:rFonts w:ascii="Book Antiqua" w:hAnsi="Book Antiqua"/>
        </w:rPr>
        <w:tab/>
      </w:r>
      <w:r w:rsidRPr="00E47C79">
        <w:rPr>
          <w:rFonts w:ascii="Book Antiqua" w:hAnsi="Book Antiqua"/>
        </w:rPr>
        <w:t xml:space="preserve"> $4,000.00  </w:t>
      </w:r>
    </w:p>
    <w:p w14:paraId="2B1D403F" w14:textId="4BC0FE46" w:rsidR="003659B9" w:rsidRPr="00E47C79" w:rsidRDefault="003659B9" w:rsidP="007B793F">
      <w:pPr>
        <w:tabs>
          <w:tab w:val="decimal" w:pos="8280"/>
        </w:tabs>
        <w:rPr>
          <w:rFonts w:ascii="Book Antiqua" w:hAnsi="Book Antiqua"/>
          <w:lang w:val="es-ES"/>
        </w:rPr>
      </w:pPr>
      <w:r w:rsidRPr="00E47C79">
        <w:rPr>
          <w:rFonts w:ascii="Book Antiqua" w:hAnsi="Book Antiqua"/>
        </w:rPr>
        <w:t>50</w:t>
      </w:r>
      <w:r w:rsidR="00E10572" w:rsidRPr="00E47C79">
        <w:rPr>
          <w:rFonts w:ascii="Book Antiqua" w:hAnsi="Book Antiqua"/>
        </w:rPr>
        <w:t>1</w:t>
      </w:r>
      <w:r w:rsidRPr="00E47C79">
        <w:rPr>
          <w:rFonts w:ascii="Book Antiqua" w:hAnsi="Book Antiqua"/>
        </w:rPr>
        <w:t xml:space="preserve">. Puerto Rico Masters Association, Inc. </w:t>
      </w:r>
      <w:r w:rsidR="00CF159C" w:rsidRPr="00E47C79">
        <w:rPr>
          <w:rFonts w:ascii="Book Antiqua" w:hAnsi="Book Antiqua"/>
        </w:rPr>
        <w:tab/>
      </w:r>
      <w:r w:rsidRPr="00E47C79">
        <w:rPr>
          <w:rFonts w:ascii="Book Antiqua" w:hAnsi="Book Antiqua"/>
        </w:rPr>
        <w:t xml:space="preserve"> </w:t>
      </w:r>
      <w:r w:rsidRPr="00E47C79">
        <w:rPr>
          <w:rFonts w:ascii="Book Antiqua" w:hAnsi="Book Antiqua"/>
          <w:lang w:val="es-ES"/>
        </w:rPr>
        <w:t xml:space="preserve">$10,000.00  </w:t>
      </w:r>
    </w:p>
    <w:p w14:paraId="1C366D95" w14:textId="63D3975B" w:rsidR="003659B9" w:rsidRPr="00E47C79" w:rsidRDefault="003659B9" w:rsidP="007B793F">
      <w:pPr>
        <w:tabs>
          <w:tab w:val="decimal" w:pos="8280"/>
        </w:tabs>
        <w:rPr>
          <w:rFonts w:ascii="Book Antiqua" w:hAnsi="Book Antiqua"/>
          <w:lang w:val="es-ES"/>
        </w:rPr>
      </w:pPr>
      <w:r w:rsidRPr="00E47C79">
        <w:rPr>
          <w:rFonts w:ascii="Book Antiqua" w:hAnsi="Book Antiqua"/>
          <w:lang w:val="es-ES"/>
        </w:rPr>
        <w:t>50</w:t>
      </w:r>
      <w:r w:rsidR="00E10572" w:rsidRPr="00E47C79">
        <w:rPr>
          <w:rFonts w:ascii="Book Antiqua" w:hAnsi="Book Antiqua"/>
          <w:lang w:val="es-ES"/>
        </w:rPr>
        <w:t>2</w:t>
      </w:r>
      <w:r w:rsidRPr="00E47C79">
        <w:rPr>
          <w:rFonts w:ascii="Book Antiqua" w:hAnsi="Book Antiqua"/>
          <w:lang w:val="es-ES"/>
        </w:rPr>
        <w:t xml:space="preserve">. Puerto Rico </w:t>
      </w:r>
      <w:proofErr w:type="spellStart"/>
      <w:r w:rsidRPr="00E47C79">
        <w:rPr>
          <w:rFonts w:ascii="Book Antiqua" w:hAnsi="Book Antiqua"/>
          <w:lang w:val="es-ES"/>
        </w:rPr>
        <w:t>Special</w:t>
      </w:r>
      <w:proofErr w:type="spellEnd"/>
      <w:r w:rsidRPr="00E47C79">
        <w:rPr>
          <w:rFonts w:ascii="Book Antiqua" w:hAnsi="Book Antiqua"/>
          <w:lang w:val="es-ES"/>
        </w:rPr>
        <w:t xml:space="preserve"> </w:t>
      </w:r>
      <w:proofErr w:type="spellStart"/>
      <w:r w:rsidRPr="00E47C79">
        <w:rPr>
          <w:rFonts w:ascii="Book Antiqua" w:hAnsi="Book Antiqua"/>
          <w:lang w:val="es-ES"/>
        </w:rPr>
        <w:t>Community</w:t>
      </w:r>
      <w:proofErr w:type="spellEnd"/>
      <w:r w:rsidRPr="00E47C79">
        <w:rPr>
          <w:rFonts w:ascii="Book Antiqua" w:hAnsi="Book Antiqua"/>
          <w:lang w:val="es-ES"/>
        </w:rPr>
        <w:t xml:space="preserve"> </w:t>
      </w:r>
      <w:proofErr w:type="spellStart"/>
      <w:r w:rsidRPr="00E47C79">
        <w:rPr>
          <w:rFonts w:ascii="Book Antiqua" w:hAnsi="Book Antiqua"/>
          <w:lang w:val="es-ES"/>
        </w:rPr>
        <w:t>Services</w:t>
      </w:r>
      <w:proofErr w:type="spellEnd"/>
      <w:r w:rsidRPr="00E47C79">
        <w:rPr>
          <w:rFonts w:ascii="Book Antiqua" w:hAnsi="Book Antiqua"/>
          <w:lang w:val="es-ES"/>
        </w:rPr>
        <w:t xml:space="preserve">, Inc. </w:t>
      </w:r>
      <w:r w:rsidR="00CF159C" w:rsidRPr="00E47C79">
        <w:rPr>
          <w:rFonts w:ascii="Book Antiqua" w:hAnsi="Book Antiqua"/>
          <w:lang w:val="es-ES"/>
        </w:rPr>
        <w:tab/>
      </w:r>
      <w:r w:rsidRPr="00E47C79">
        <w:rPr>
          <w:rFonts w:ascii="Book Antiqua" w:hAnsi="Book Antiqua"/>
          <w:lang w:val="es-ES"/>
        </w:rPr>
        <w:t xml:space="preserve">$13,000.00  </w:t>
      </w:r>
    </w:p>
    <w:p w14:paraId="6F16A58C" w14:textId="23401F50" w:rsidR="003659B9" w:rsidRPr="00E47C79" w:rsidRDefault="003659B9" w:rsidP="007B793F">
      <w:pPr>
        <w:tabs>
          <w:tab w:val="decimal" w:pos="8280"/>
        </w:tabs>
        <w:rPr>
          <w:rFonts w:ascii="Book Antiqua" w:hAnsi="Book Antiqua"/>
          <w:lang w:val="es-ES"/>
        </w:rPr>
      </w:pPr>
      <w:r w:rsidRPr="00E47C79">
        <w:rPr>
          <w:rFonts w:ascii="Book Antiqua" w:hAnsi="Book Antiqua"/>
          <w:lang w:val="es-PR"/>
        </w:rPr>
        <w:t>50</w:t>
      </w:r>
      <w:r w:rsidR="00E10572" w:rsidRPr="00E47C79">
        <w:rPr>
          <w:rFonts w:ascii="Book Antiqua" w:hAnsi="Book Antiqua"/>
          <w:lang w:val="es-PR"/>
        </w:rPr>
        <w:t>3</w:t>
      </w:r>
      <w:r w:rsidRPr="00E47C79">
        <w:rPr>
          <w:rFonts w:ascii="Book Antiqua" w:hAnsi="Book Antiqua"/>
          <w:lang w:val="es-PR"/>
        </w:rPr>
        <w:t xml:space="preserve">. Puesto 25 Legión Americana Camuy PR, Inc. </w:t>
      </w:r>
      <w:r w:rsidR="00CF159C" w:rsidRPr="00E47C79">
        <w:rPr>
          <w:rFonts w:ascii="Book Antiqua" w:hAnsi="Book Antiqua"/>
          <w:lang w:val="es-PR"/>
        </w:rPr>
        <w:tab/>
      </w:r>
      <w:r w:rsidRPr="00E47C79">
        <w:rPr>
          <w:rFonts w:ascii="Book Antiqua" w:hAnsi="Book Antiqua"/>
          <w:lang w:val="es-PR"/>
        </w:rPr>
        <w:t xml:space="preserve"> </w:t>
      </w:r>
      <w:r w:rsidRPr="00E47C79">
        <w:rPr>
          <w:rFonts w:ascii="Book Antiqua" w:hAnsi="Book Antiqua"/>
          <w:lang w:val="es-ES"/>
        </w:rPr>
        <w:t xml:space="preserve">$60,000.00  </w:t>
      </w:r>
    </w:p>
    <w:p w14:paraId="52D9E372" w14:textId="47AA8ACC"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50</w:t>
      </w:r>
      <w:r w:rsidR="00E10572" w:rsidRPr="00E47C79">
        <w:rPr>
          <w:rFonts w:ascii="Book Antiqua" w:hAnsi="Book Antiqua"/>
          <w:lang w:val="es-PR"/>
        </w:rPr>
        <w:t>4</w:t>
      </w:r>
      <w:r w:rsidRPr="00E47C79">
        <w:rPr>
          <w:rFonts w:ascii="Book Antiqua" w:hAnsi="Book Antiqua"/>
          <w:lang w:val="es-PR"/>
        </w:rPr>
        <w:t xml:space="preserve">. REBORN FAMILY </w:t>
      </w:r>
      <w:proofErr w:type="gramStart"/>
      <w:r w:rsidRPr="00E47C79">
        <w:rPr>
          <w:rFonts w:ascii="Book Antiqua" w:hAnsi="Book Antiqua"/>
          <w:lang w:val="es-PR"/>
        </w:rPr>
        <w:t xml:space="preserve">CENTER  </w:t>
      </w:r>
      <w:r w:rsidR="00CF159C" w:rsidRPr="00E47C79">
        <w:rPr>
          <w:rFonts w:ascii="Book Antiqua" w:hAnsi="Book Antiqua"/>
          <w:lang w:val="es-PR"/>
        </w:rPr>
        <w:tab/>
      </w:r>
      <w:proofErr w:type="gramEnd"/>
      <w:r w:rsidRPr="00E47C79">
        <w:rPr>
          <w:rFonts w:ascii="Book Antiqua" w:hAnsi="Book Antiqua"/>
          <w:lang w:val="es-PR"/>
        </w:rPr>
        <w:t xml:space="preserve">$15,000.00  </w:t>
      </w:r>
    </w:p>
    <w:p w14:paraId="0BF7625C" w14:textId="0F7BEB20" w:rsidR="003659B9" w:rsidRPr="00026520" w:rsidRDefault="003659B9" w:rsidP="007B793F">
      <w:pPr>
        <w:tabs>
          <w:tab w:val="decimal" w:pos="8280"/>
        </w:tabs>
        <w:rPr>
          <w:rFonts w:ascii="Book Antiqua" w:hAnsi="Book Antiqua"/>
          <w:lang w:val="es-ES"/>
        </w:rPr>
      </w:pPr>
      <w:r w:rsidRPr="00E47C79">
        <w:rPr>
          <w:rFonts w:ascii="Book Antiqua" w:hAnsi="Book Antiqua"/>
          <w:lang w:val="es-PR"/>
        </w:rPr>
        <w:t>50</w:t>
      </w:r>
      <w:r w:rsidR="00E10572" w:rsidRPr="00E47C79">
        <w:rPr>
          <w:rFonts w:ascii="Book Antiqua" w:hAnsi="Book Antiqua"/>
          <w:lang w:val="es-PR"/>
        </w:rPr>
        <w:t>5</w:t>
      </w:r>
      <w:r w:rsidRPr="00E47C79">
        <w:rPr>
          <w:rFonts w:ascii="Book Antiqua" w:hAnsi="Book Antiqua"/>
          <w:lang w:val="es-PR"/>
        </w:rPr>
        <w:t xml:space="preserve">. Red Caribeña de Varamientos, Inc.  </w:t>
      </w:r>
      <w:r w:rsidR="00CF159C" w:rsidRPr="00E47C79">
        <w:rPr>
          <w:rFonts w:ascii="Book Antiqua" w:hAnsi="Book Antiqua"/>
          <w:lang w:val="es-PR"/>
        </w:rPr>
        <w:tab/>
      </w:r>
      <w:r w:rsidRPr="00026520">
        <w:rPr>
          <w:rFonts w:ascii="Book Antiqua" w:hAnsi="Book Antiqua"/>
          <w:lang w:val="es-ES"/>
        </w:rPr>
        <w:t xml:space="preserve">$20,000.00  </w:t>
      </w:r>
    </w:p>
    <w:p w14:paraId="2C852403" w14:textId="02136880"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50</w:t>
      </w:r>
      <w:r w:rsidR="00E10572" w:rsidRPr="00E47C79">
        <w:rPr>
          <w:rFonts w:ascii="Book Antiqua" w:hAnsi="Book Antiqua"/>
          <w:lang w:val="es-PR"/>
        </w:rPr>
        <w:t>6</w:t>
      </w:r>
      <w:r w:rsidRPr="00E47C79">
        <w:rPr>
          <w:rFonts w:ascii="Book Antiqua" w:hAnsi="Book Antiqua"/>
          <w:lang w:val="es-PR"/>
        </w:rPr>
        <w:t xml:space="preserve">. Red Nacional de Albergues de Violencia de </w:t>
      </w:r>
      <w:proofErr w:type="gramStart"/>
      <w:r w:rsidRPr="00E47C79">
        <w:rPr>
          <w:rFonts w:ascii="Book Antiqua" w:hAnsi="Book Antiqua"/>
          <w:lang w:val="es-PR"/>
        </w:rPr>
        <w:t xml:space="preserve">Género  </w:t>
      </w:r>
      <w:r w:rsidR="00CF159C" w:rsidRPr="00E47C79">
        <w:rPr>
          <w:rFonts w:ascii="Book Antiqua" w:hAnsi="Book Antiqua"/>
          <w:lang w:val="es-PR"/>
        </w:rPr>
        <w:tab/>
      </w:r>
      <w:proofErr w:type="gramEnd"/>
      <w:r w:rsidRPr="00E47C79">
        <w:rPr>
          <w:rFonts w:ascii="Book Antiqua" w:hAnsi="Book Antiqua"/>
          <w:lang w:val="es-PR"/>
        </w:rPr>
        <w:t xml:space="preserve">$3,000.00  </w:t>
      </w:r>
    </w:p>
    <w:p w14:paraId="0AC35099" w14:textId="40BB5044"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50</w:t>
      </w:r>
      <w:r w:rsidR="00E10572" w:rsidRPr="00E47C79">
        <w:rPr>
          <w:rFonts w:ascii="Book Antiqua" w:hAnsi="Book Antiqua"/>
          <w:lang w:val="es-PR"/>
        </w:rPr>
        <w:t>7</w:t>
      </w:r>
      <w:r w:rsidRPr="00E47C79">
        <w:rPr>
          <w:rFonts w:ascii="Book Antiqua" w:hAnsi="Book Antiqua"/>
          <w:lang w:val="es-PR"/>
        </w:rPr>
        <w:t xml:space="preserve">. Red por los Derechos de la Niñez y Juventud de Puerto </w:t>
      </w:r>
      <w:proofErr w:type="gramStart"/>
      <w:r w:rsidRPr="00E47C79">
        <w:rPr>
          <w:rFonts w:ascii="Book Antiqua" w:hAnsi="Book Antiqua"/>
          <w:lang w:val="es-PR"/>
        </w:rPr>
        <w:t xml:space="preserve">Rico  </w:t>
      </w:r>
      <w:r w:rsidR="00CF159C" w:rsidRPr="00E47C79">
        <w:rPr>
          <w:rFonts w:ascii="Book Antiqua" w:hAnsi="Book Antiqua"/>
          <w:lang w:val="es-PR"/>
        </w:rPr>
        <w:tab/>
      </w:r>
      <w:proofErr w:type="gramEnd"/>
      <w:r w:rsidRPr="00E47C79">
        <w:rPr>
          <w:rFonts w:ascii="Book Antiqua" w:hAnsi="Book Antiqua"/>
          <w:lang w:val="es-PR"/>
        </w:rPr>
        <w:t xml:space="preserve">$80,000.00  </w:t>
      </w:r>
    </w:p>
    <w:p w14:paraId="01F7B854" w14:textId="2CE7239B"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50</w:t>
      </w:r>
      <w:r w:rsidR="00E10572" w:rsidRPr="00E47C79">
        <w:rPr>
          <w:rFonts w:ascii="Book Antiqua" w:hAnsi="Book Antiqua"/>
          <w:lang w:val="es-PR"/>
        </w:rPr>
        <w:t>8</w:t>
      </w:r>
      <w:r w:rsidRPr="00E47C79">
        <w:rPr>
          <w:rFonts w:ascii="Book Antiqua" w:hAnsi="Book Antiqua"/>
          <w:lang w:val="es-PR"/>
        </w:rPr>
        <w:t xml:space="preserve">. Regalos de Amor </w:t>
      </w:r>
      <w:r w:rsidR="00CF159C" w:rsidRPr="00E47C79">
        <w:rPr>
          <w:rFonts w:ascii="Book Antiqua" w:hAnsi="Book Antiqua"/>
          <w:lang w:val="es-PR"/>
        </w:rPr>
        <w:tab/>
      </w:r>
      <w:r w:rsidRPr="00E47C79">
        <w:rPr>
          <w:rFonts w:ascii="Book Antiqua" w:hAnsi="Book Antiqua"/>
          <w:lang w:val="es-PR"/>
        </w:rPr>
        <w:t xml:space="preserve">$3,000.00  </w:t>
      </w:r>
    </w:p>
    <w:p w14:paraId="17673194" w14:textId="61037A03"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5</w:t>
      </w:r>
      <w:r w:rsidR="00E10572" w:rsidRPr="00E47C79">
        <w:rPr>
          <w:rFonts w:ascii="Book Antiqua" w:hAnsi="Book Antiqua"/>
          <w:lang w:val="es-PR"/>
        </w:rPr>
        <w:t>09</w:t>
      </w:r>
      <w:r w:rsidRPr="00E47C79">
        <w:rPr>
          <w:rFonts w:ascii="Book Antiqua" w:hAnsi="Book Antiqua"/>
          <w:lang w:val="es-PR"/>
        </w:rPr>
        <w:t xml:space="preserve">. Rescatando a través del Deporte RAD, Inc.  </w:t>
      </w:r>
      <w:r w:rsidR="00CF159C" w:rsidRPr="00E47C79">
        <w:rPr>
          <w:rFonts w:ascii="Book Antiqua" w:hAnsi="Book Antiqua"/>
          <w:lang w:val="es-PR"/>
        </w:rPr>
        <w:tab/>
      </w:r>
      <w:r w:rsidRPr="00E47C79">
        <w:rPr>
          <w:rFonts w:ascii="Book Antiqua" w:hAnsi="Book Antiqua"/>
          <w:lang w:val="es-PR"/>
        </w:rPr>
        <w:t xml:space="preserve">$13,000.00  </w:t>
      </w:r>
    </w:p>
    <w:p w14:paraId="6CE5C40C" w14:textId="3004E97D"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51</w:t>
      </w:r>
      <w:r w:rsidR="00E10572" w:rsidRPr="00E47C79">
        <w:rPr>
          <w:rFonts w:ascii="Book Antiqua" w:hAnsi="Book Antiqua"/>
          <w:lang w:val="es-PR"/>
        </w:rPr>
        <w:t>0</w:t>
      </w:r>
      <w:r w:rsidRPr="00E47C79">
        <w:rPr>
          <w:rFonts w:ascii="Book Antiqua" w:hAnsi="Book Antiqua"/>
          <w:lang w:val="es-PR"/>
        </w:rPr>
        <w:t xml:space="preserve">. Rescate Central, Inc.  </w:t>
      </w:r>
      <w:r w:rsidR="00CF159C" w:rsidRPr="00E47C79">
        <w:rPr>
          <w:rFonts w:ascii="Book Antiqua" w:hAnsi="Book Antiqua"/>
          <w:lang w:val="es-PR"/>
        </w:rPr>
        <w:tab/>
      </w:r>
      <w:r w:rsidRPr="00E47C79">
        <w:rPr>
          <w:rFonts w:ascii="Book Antiqua" w:hAnsi="Book Antiqua"/>
          <w:lang w:val="es-PR"/>
        </w:rPr>
        <w:t xml:space="preserve">$40,000.00  </w:t>
      </w:r>
    </w:p>
    <w:p w14:paraId="459EE390" w14:textId="50317F0F" w:rsidR="003659B9" w:rsidRPr="00684E5B" w:rsidRDefault="003659B9" w:rsidP="007B793F">
      <w:pPr>
        <w:tabs>
          <w:tab w:val="decimal" w:pos="8280"/>
        </w:tabs>
        <w:rPr>
          <w:rFonts w:ascii="Book Antiqua" w:hAnsi="Book Antiqua"/>
        </w:rPr>
      </w:pPr>
      <w:r w:rsidRPr="00E47C79">
        <w:rPr>
          <w:rFonts w:ascii="Book Antiqua" w:hAnsi="Book Antiqua"/>
          <w:lang w:val="es-PR"/>
        </w:rPr>
        <w:t>51</w:t>
      </w:r>
      <w:r w:rsidR="00E10572" w:rsidRPr="00E47C79">
        <w:rPr>
          <w:rFonts w:ascii="Book Antiqua" w:hAnsi="Book Antiqua"/>
          <w:lang w:val="es-PR"/>
        </w:rPr>
        <w:t>1</w:t>
      </w:r>
      <w:r w:rsidRPr="00E47C79">
        <w:rPr>
          <w:rFonts w:ascii="Book Antiqua" w:hAnsi="Book Antiqua"/>
          <w:lang w:val="es-PR"/>
        </w:rPr>
        <w:t xml:space="preserve">. Rescate Civil de Las Piedras, Inc.  </w:t>
      </w:r>
      <w:r w:rsidR="00CF159C" w:rsidRPr="00E47C79">
        <w:rPr>
          <w:rFonts w:ascii="Book Antiqua" w:hAnsi="Book Antiqua"/>
          <w:lang w:val="es-PR"/>
        </w:rPr>
        <w:tab/>
      </w:r>
      <w:r w:rsidRPr="00684E5B">
        <w:rPr>
          <w:rFonts w:ascii="Book Antiqua" w:hAnsi="Book Antiqua"/>
        </w:rPr>
        <w:t>$</w:t>
      </w:r>
      <w:r w:rsidR="001D3CC1" w:rsidRPr="00684E5B">
        <w:rPr>
          <w:rFonts w:ascii="Book Antiqua" w:hAnsi="Book Antiqua"/>
        </w:rPr>
        <w:t>25,000</w:t>
      </w:r>
      <w:r w:rsidRPr="00684E5B">
        <w:rPr>
          <w:rFonts w:ascii="Book Antiqua" w:hAnsi="Book Antiqua"/>
        </w:rPr>
        <w:t xml:space="preserve">.00  </w:t>
      </w:r>
    </w:p>
    <w:p w14:paraId="7B8CF808" w14:textId="725C585C" w:rsidR="003659B9" w:rsidRPr="00684E5B" w:rsidRDefault="003659B9" w:rsidP="007B793F">
      <w:pPr>
        <w:tabs>
          <w:tab w:val="decimal" w:pos="8280"/>
        </w:tabs>
        <w:rPr>
          <w:rFonts w:ascii="Book Antiqua" w:hAnsi="Book Antiqua"/>
        </w:rPr>
      </w:pPr>
      <w:r w:rsidRPr="00684E5B">
        <w:rPr>
          <w:rFonts w:ascii="Book Antiqua" w:hAnsi="Book Antiqua"/>
        </w:rPr>
        <w:t>51</w:t>
      </w:r>
      <w:r w:rsidR="00E10572" w:rsidRPr="00684E5B">
        <w:rPr>
          <w:rFonts w:ascii="Book Antiqua" w:hAnsi="Book Antiqua"/>
        </w:rPr>
        <w:t>2</w:t>
      </w:r>
      <w:r w:rsidRPr="00684E5B">
        <w:rPr>
          <w:rFonts w:ascii="Book Antiqua" w:hAnsi="Book Antiqua"/>
        </w:rPr>
        <w:t xml:space="preserve">. </w:t>
      </w:r>
      <w:proofErr w:type="spellStart"/>
      <w:r w:rsidRPr="00684E5B">
        <w:rPr>
          <w:rFonts w:ascii="Book Antiqua" w:hAnsi="Book Antiqua"/>
        </w:rPr>
        <w:t>Rescate</w:t>
      </w:r>
      <w:proofErr w:type="spellEnd"/>
      <w:r w:rsidRPr="00684E5B">
        <w:rPr>
          <w:rFonts w:ascii="Book Antiqua" w:hAnsi="Book Antiqua"/>
        </w:rPr>
        <w:t xml:space="preserve"> Playas </w:t>
      </w:r>
      <w:proofErr w:type="gramStart"/>
      <w:r w:rsidRPr="00684E5B">
        <w:rPr>
          <w:rFonts w:ascii="Book Antiqua" w:hAnsi="Book Antiqua"/>
        </w:rPr>
        <w:t xml:space="preserve">Borinquen  </w:t>
      </w:r>
      <w:r w:rsidR="00CF159C" w:rsidRPr="00684E5B">
        <w:rPr>
          <w:rFonts w:ascii="Book Antiqua" w:hAnsi="Book Antiqua"/>
        </w:rPr>
        <w:tab/>
      </w:r>
      <w:proofErr w:type="gramEnd"/>
      <w:r w:rsidRPr="00684E5B">
        <w:rPr>
          <w:rFonts w:ascii="Book Antiqua" w:hAnsi="Book Antiqua"/>
        </w:rPr>
        <w:t xml:space="preserve">$5,000.00  </w:t>
      </w:r>
    </w:p>
    <w:p w14:paraId="6A143A3F" w14:textId="0AB68554" w:rsidR="003659B9" w:rsidRPr="00026520" w:rsidRDefault="003659B9" w:rsidP="007B793F">
      <w:pPr>
        <w:tabs>
          <w:tab w:val="decimal" w:pos="8280"/>
        </w:tabs>
        <w:rPr>
          <w:rFonts w:ascii="Book Antiqua" w:hAnsi="Book Antiqua"/>
        </w:rPr>
      </w:pPr>
      <w:r w:rsidRPr="00026520">
        <w:rPr>
          <w:rFonts w:ascii="Book Antiqua" w:hAnsi="Book Antiqua"/>
        </w:rPr>
        <w:t>51</w:t>
      </w:r>
      <w:r w:rsidR="00E10572" w:rsidRPr="00026520">
        <w:rPr>
          <w:rFonts w:ascii="Book Antiqua" w:hAnsi="Book Antiqua"/>
        </w:rPr>
        <w:t>3</w:t>
      </w:r>
      <w:r w:rsidRPr="00026520">
        <w:rPr>
          <w:rFonts w:ascii="Book Antiqua" w:hAnsi="Book Antiqua"/>
        </w:rPr>
        <w:t xml:space="preserve">. Rising Star Foundation </w:t>
      </w:r>
      <w:r w:rsidR="00CF159C" w:rsidRPr="00026520">
        <w:rPr>
          <w:rFonts w:ascii="Book Antiqua" w:hAnsi="Book Antiqua"/>
        </w:rPr>
        <w:tab/>
      </w:r>
      <w:r w:rsidRPr="00026520">
        <w:rPr>
          <w:rFonts w:ascii="Book Antiqua" w:hAnsi="Book Antiqua"/>
        </w:rPr>
        <w:t xml:space="preserve">$6,500.00  </w:t>
      </w:r>
    </w:p>
    <w:p w14:paraId="250B8018" w14:textId="17958103" w:rsidR="003659B9" w:rsidRPr="00E47C79" w:rsidRDefault="003659B9" w:rsidP="007B793F">
      <w:pPr>
        <w:tabs>
          <w:tab w:val="decimal" w:pos="8280"/>
        </w:tabs>
        <w:rPr>
          <w:rFonts w:ascii="Book Antiqua" w:hAnsi="Book Antiqua"/>
        </w:rPr>
      </w:pPr>
      <w:r w:rsidRPr="00E47C79">
        <w:rPr>
          <w:rFonts w:ascii="Book Antiqua" w:hAnsi="Book Antiqua"/>
        </w:rPr>
        <w:t>51</w:t>
      </w:r>
      <w:r w:rsidR="00E10572" w:rsidRPr="00E47C79">
        <w:rPr>
          <w:rFonts w:ascii="Book Antiqua" w:hAnsi="Book Antiqua"/>
        </w:rPr>
        <w:t>4</w:t>
      </w:r>
      <w:r w:rsidRPr="00E47C79">
        <w:rPr>
          <w:rFonts w:ascii="Book Antiqua" w:hAnsi="Book Antiqua"/>
        </w:rPr>
        <w:t xml:space="preserve">. RO 40 INC.  </w:t>
      </w:r>
      <w:r w:rsidR="00CF159C" w:rsidRPr="00E47C79">
        <w:rPr>
          <w:rFonts w:ascii="Book Antiqua" w:hAnsi="Book Antiqua"/>
        </w:rPr>
        <w:tab/>
      </w:r>
      <w:r w:rsidRPr="00E47C79">
        <w:rPr>
          <w:rFonts w:ascii="Book Antiqua" w:hAnsi="Book Antiqua"/>
        </w:rPr>
        <w:t xml:space="preserve">$20,000.00  </w:t>
      </w:r>
    </w:p>
    <w:p w14:paraId="453DE033" w14:textId="053E0E16" w:rsidR="003659B9" w:rsidRPr="00E47C79" w:rsidRDefault="003659B9" w:rsidP="007B793F">
      <w:pPr>
        <w:tabs>
          <w:tab w:val="decimal" w:pos="8280"/>
        </w:tabs>
        <w:rPr>
          <w:rFonts w:ascii="Book Antiqua" w:hAnsi="Book Antiqua"/>
        </w:rPr>
      </w:pPr>
      <w:r w:rsidRPr="00E47C79">
        <w:rPr>
          <w:rFonts w:ascii="Book Antiqua" w:hAnsi="Book Antiqua"/>
        </w:rPr>
        <w:t>51</w:t>
      </w:r>
      <w:r w:rsidR="00E10572" w:rsidRPr="00E47C79">
        <w:rPr>
          <w:rFonts w:ascii="Book Antiqua" w:hAnsi="Book Antiqua"/>
        </w:rPr>
        <w:t>5</w:t>
      </w:r>
      <w:r w:rsidRPr="00E47C79">
        <w:rPr>
          <w:rFonts w:ascii="Book Antiqua" w:hAnsi="Book Antiqua"/>
        </w:rPr>
        <w:t xml:space="preserve">. Roosevelt Baseball Corporation </w:t>
      </w:r>
      <w:r w:rsidR="00CF159C" w:rsidRPr="00E47C79">
        <w:rPr>
          <w:rFonts w:ascii="Book Antiqua" w:hAnsi="Book Antiqua"/>
        </w:rPr>
        <w:tab/>
      </w:r>
      <w:r w:rsidRPr="00E47C79">
        <w:rPr>
          <w:rFonts w:ascii="Book Antiqua" w:hAnsi="Book Antiqua"/>
        </w:rPr>
        <w:t xml:space="preserve"> $4,000.00  </w:t>
      </w:r>
    </w:p>
    <w:p w14:paraId="71CEE94E" w14:textId="2F4A949B" w:rsidR="003659B9" w:rsidRPr="00684E5B" w:rsidRDefault="003659B9" w:rsidP="007B793F">
      <w:pPr>
        <w:tabs>
          <w:tab w:val="decimal" w:pos="8280"/>
        </w:tabs>
        <w:rPr>
          <w:rFonts w:ascii="Book Antiqua" w:hAnsi="Book Antiqua"/>
          <w:lang w:val="es-PR"/>
        </w:rPr>
      </w:pPr>
      <w:r w:rsidRPr="00684E5B">
        <w:rPr>
          <w:rFonts w:ascii="Book Antiqua" w:hAnsi="Book Antiqua"/>
          <w:lang w:val="es-PR"/>
        </w:rPr>
        <w:lastRenderedPageBreak/>
        <w:t>51</w:t>
      </w:r>
      <w:r w:rsidR="00E10572" w:rsidRPr="00684E5B">
        <w:rPr>
          <w:rFonts w:ascii="Book Antiqua" w:hAnsi="Book Antiqua"/>
          <w:lang w:val="es-PR"/>
        </w:rPr>
        <w:t>6</w:t>
      </w:r>
      <w:r w:rsidRPr="00684E5B">
        <w:rPr>
          <w:rFonts w:ascii="Book Antiqua" w:hAnsi="Book Antiqua"/>
          <w:lang w:val="es-PR"/>
        </w:rPr>
        <w:t xml:space="preserve">. Ruta Crítica </w:t>
      </w:r>
      <w:proofErr w:type="spellStart"/>
      <w:proofErr w:type="gramStart"/>
      <w:r w:rsidRPr="00684E5B">
        <w:rPr>
          <w:rFonts w:ascii="Book Antiqua" w:hAnsi="Book Antiqua"/>
          <w:lang w:val="es-PR"/>
        </w:rPr>
        <w:t>Inc</w:t>
      </w:r>
      <w:proofErr w:type="spellEnd"/>
      <w:r w:rsidRPr="00684E5B">
        <w:rPr>
          <w:rFonts w:ascii="Book Antiqua" w:hAnsi="Book Antiqua"/>
          <w:lang w:val="es-PR"/>
        </w:rPr>
        <w:t xml:space="preserve">  </w:t>
      </w:r>
      <w:r w:rsidR="00CF159C" w:rsidRPr="00684E5B">
        <w:rPr>
          <w:rFonts w:ascii="Book Antiqua" w:hAnsi="Book Antiqua"/>
          <w:lang w:val="es-PR"/>
        </w:rPr>
        <w:tab/>
      </w:r>
      <w:proofErr w:type="gramEnd"/>
      <w:r w:rsidRPr="00684E5B">
        <w:rPr>
          <w:rFonts w:ascii="Book Antiqua" w:hAnsi="Book Antiqua"/>
          <w:lang w:val="es-PR"/>
        </w:rPr>
        <w:t xml:space="preserve">$3,000.00  </w:t>
      </w:r>
    </w:p>
    <w:p w14:paraId="29D93AF1" w14:textId="6AAB0D02" w:rsidR="003659B9" w:rsidRPr="00E47C79" w:rsidRDefault="003659B9" w:rsidP="007B793F">
      <w:pPr>
        <w:tabs>
          <w:tab w:val="decimal" w:pos="8280"/>
        </w:tabs>
        <w:rPr>
          <w:rFonts w:ascii="Book Antiqua" w:hAnsi="Book Antiqua"/>
        </w:rPr>
      </w:pPr>
      <w:r w:rsidRPr="00684E5B">
        <w:rPr>
          <w:rFonts w:ascii="Book Antiqua" w:hAnsi="Book Antiqua"/>
          <w:lang w:val="es-PR"/>
        </w:rPr>
        <w:t>51</w:t>
      </w:r>
      <w:r w:rsidR="00E10572" w:rsidRPr="00684E5B">
        <w:rPr>
          <w:rFonts w:ascii="Book Antiqua" w:hAnsi="Book Antiqua"/>
          <w:lang w:val="es-PR"/>
        </w:rPr>
        <w:t>7</w:t>
      </w:r>
      <w:r w:rsidRPr="00684E5B">
        <w:rPr>
          <w:rFonts w:ascii="Book Antiqua" w:hAnsi="Book Antiqua"/>
          <w:lang w:val="es-PR"/>
        </w:rPr>
        <w:t xml:space="preserve">. </w:t>
      </w:r>
      <w:proofErr w:type="spellStart"/>
      <w:r w:rsidRPr="00684E5B">
        <w:rPr>
          <w:rFonts w:ascii="Book Antiqua" w:hAnsi="Book Antiqua"/>
          <w:lang w:val="es-PR"/>
        </w:rPr>
        <w:t>Saced</w:t>
      </w:r>
      <w:proofErr w:type="spellEnd"/>
      <w:r w:rsidRPr="00684E5B">
        <w:rPr>
          <w:rFonts w:ascii="Book Antiqua" w:hAnsi="Book Antiqua"/>
          <w:lang w:val="es-PR"/>
        </w:rPr>
        <w:t xml:space="preserve">, Inc. </w:t>
      </w:r>
      <w:r w:rsidR="00CF159C" w:rsidRPr="00684E5B">
        <w:rPr>
          <w:rFonts w:ascii="Book Antiqua" w:hAnsi="Book Antiqua"/>
          <w:lang w:val="es-PR"/>
        </w:rPr>
        <w:tab/>
      </w:r>
      <w:r w:rsidRPr="00E47C79">
        <w:rPr>
          <w:rFonts w:ascii="Book Antiqua" w:hAnsi="Book Antiqua"/>
        </w:rPr>
        <w:t xml:space="preserve">$5,000.00  </w:t>
      </w:r>
    </w:p>
    <w:p w14:paraId="0DB6EEB8" w14:textId="1F3426AF" w:rsidR="003659B9" w:rsidRPr="00E47C79" w:rsidRDefault="003659B9" w:rsidP="007B793F">
      <w:pPr>
        <w:tabs>
          <w:tab w:val="decimal" w:pos="8280"/>
        </w:tabs>
        <w:rPr>
          <w:rFonts w:ascii="Book Antiqua" w:hAnsi="Book Antiqua"/>
        </w:rPr>
      </w:pPr>
      <w:r w:rsidRPr="00E47C79">
        <w:rPr>
          <w:rFonts w:ascii="Book Antiqua" w:hAnsi="Book Antiqua"/>
        </w:rPr>
        <w:t>51</w:t>
      </w:r>
      <w:r w:rsidR="00E10572" w:rsidRPr="00E47C79">
        <w:rPr>
          <w:rFonts w:ascii="Book Antiqua" w:hAnsi="Book Antiqua"/>
        </w:rPr>
        <w:t>8</w:t>
      </w:r>
      <w:r w:rsidRPr="00E47C79">
        <w:rPr>
          <w:rFonts w:ascii="Book Antiqua" w:hAnsi="Book Antiqua"/>
        </w:rPr>
        <w:t xml:space="preserve">. Safe Child Coalition, Inc. </w:t>
      </w:r>
      <w:r w:rsidR="00CF159C" w:rsidRPr="00E47C79">
        <w:rPr>
          <w:rFonts w:ascii="Book Antiqua" w:hAnsi="Book Antiqua"/>
        </w:rPr>
        <w:tab/>
      </w:r>
      <w:r w:rsidRPr="00E47C79">
        <w:rPr>
          <w:rFonts w:ascii="Book Antiqua" w:hAnsi="Book Antiqua"/>
        </w:rPr>
        <w:t xml:space="preserve"> $10,000.00  </w:t>
      </w:r>
    </w:p>
    <w:p w14:paraId="3DF0C10A" w14:textId="3170ECFA" w:rsidR="003659B9" w:rsidRPr="00026520" w:rsidRDefault="003659B9" w:rsidP="007B793F">
      <w:pPr>
        <w:tabs>
          <w:tab w:val="decimal" w:pos="8280"/>
        </w:tabs>
        <w:rPr>
          <w:rFonts w:ascii="Book Antiqua" w:hAnsi="Book Antiqua"/>
          <w:lang w:val="es-ES"/>
        </w:rPr>
      </w:pPr>
      <w:r w:rsidRPr="00E47C79">
        <w:rPr>
          <w:rFonts w:ascii="Book Antiqua" w:hAnsi="Book Antiqua"/>
        </w:rPr>
        <w:t>5</w:t>
      </w:r>
      <w:r w:rsidR="00E10572" w:rsidRPr="00E47C79">
        <w:rPr>
          <w:rFonts w:ascii="Book Antiqua" w:hAnsi="Book Antiqua"/>
        </w:rPr>
        <w:t>19</w:t>
      </w:r>
      <w:r w:rsidRPr="00E47C79">
        <w:rPr>
          <w:rFonts w:ascii="Book Antiqua" w:hAnsi="Book Antiqua"/>
        </w:rPr>
        <w:t xml:space="preserve">. Salinas Baseball Club, Inc. </w:t>
      </w:r>
      <w:r w:rsidR="00CF159C" w:rsidRPr="00E47C79">
        <w:rPr>
          <w:rFonts w:ascii="Book Antiqua" w:hAnsi="Book Antiqua"/>
        </w:rPr>
        <w:tab/>
      </w:r>
      <w:r w:rsidRPr="00026520">
        <w:rPr>
          <w:rFonts w:ascii="Book Antiqua" w:hAnsi="Book Antiqua"/>
          <w:lang w:val="es-ES"/>
        </w:rPr>
        <w:t xml:space="preserve">$35,000.00  </w:t>
      </w:r>
    </w:p>
    <w:p w14:paraId="582A7F50" w14:textId="35108526" w:rsidR="003659B9" w:rsidRPr="00E47C79" w:rsidRDefault="003659B9" w:rsidP="007B793F">
      <w:pPr>
        <w:tabs>
          <w:tab w:val="decimal" w:pos="8280"/>
        </w:tabs>
        <w:rPr>
          <w:rFonts w:ascii="Book Antiqua" w:hAnsi="Book Antiqua"/>
          <w:lang w:val="es-ES"/>
        </w:rPr>
      </w:pPr>
      <w:r w:rsidRPr="00026520">
        <w:rPr>
          <w:rFonts w:ascii="Book Antiqua" w:hAnsi="Book Antiqua"/>
          <w:lang w:val="es-ES"/>
        </w:rPr>
        <w:t>52</w:t>
      </w:r>
      <w:r w:rsidR="00E10572" w:rsidRPr="00026520">
        <w:rPr>
          <w:rFonts w:ascii="Book Antiqua" w:hAnsi="Book Antiqua"/>
          <w:lang w:val="es-ES"/>
        </w:rPr>
        <w:t>0</w:t>
      </w:r>
      <w:r w:rsidRPr="00026520">
        <w:rPr>
          <w:rFonts w:ascii="Book Antiqua" w:hAnsi="Book Antiqua"/>
          <w:lang w:val="es-ES"/>
        </w:rPr>
        <w:t xml:space="preserve">. Salinas Softball </w:t>
      </w:r>
      <w:proofErr w:type="spellStart"/>
      <w:r w:rsidRPr="00026520">
        <w:rPr>
          <w:rFonts w:ascii="Book Antiqua" w:hAnsi="Book Antiqua"/>
          <w:lang w:val="es-ES"/>
        </w:rPr>
        <w:t>Academy</w:t>
      </w:r>
      <w:proofErr w:type="spellEnd"/>
      <w:r w:rsidRPr="00026520">
        <w:rPr>
          <w:rFonts w:ascii="Book Antiqua" w:hAnsi="Book Antiqua"/>
          <w:lang w:val="es-ES"/>
        </w:rPr>
        <w:t xml:space="preserve">, Inc. </w:t>
      </w:r>
      <w:r w:rsidR="00CF159C" w:rsidRPr="00026520">
        <w:rPr>
          <w:rFonts w:ascii="Book Antiqua" w:hAnsi="Book Antiqua"/>
          <w:lang w:val="es-ES"/>
        </w:rPr>
        <w:tab/>
      </w:r>
      <w:r w:rsidRPr="00026520">
        <w:rPr>
          <w:rFonts w:ascii="Book Antiqua" w:hAnsi="Book Antiqua"/>
          <w:lang w:val="es-ES"/>
        </w:rPr>
        <w:t xml:space="preserve"> </w:t>
      </w:r>
      <w:r w:rsidRPr="00E47C79">
        <w:rPr>
          <w:rFonts w:ascii="Book Antiqua" w:hAnsi="Book Antiqua"/>
          <w:lang w:val="es-ES"/>
        </w:rPr>
        <w:t xml:space="preserve">$20,000.00  </w:t>
      </w:r>
    </w:p>
    <w:p w14:paraId="7163025E" w14:textId="48711A54" w:rsidR="003659B9" w:rsidRPr="00E47C79" w:rsidRDefault="003659B9" w:rsidP="007B793F">
      <w:pPr>
        <w:tabs>
          <w:tab w:val="decimal" w:pos="8280"/>
        </w:tabs>
        <w:rPr>
          <w:rFonts w:ascii="Book Antiqua" w:hAnsi="Book Antiqua"/>
          <w:lang w:val="es-ES"/>
        </w:rPr>
      </w:pPr>
      <w:r w:rsidRPr="00E47C79">
        <w:rPr>
          <w:rFonts w:ascii="Book Antiqua" w:hAnsi="Book Antiqua"/>
          <w:lang w:val="es-PR"/>
        </w:rPr>
        <w:t>52</w:t>
      </w:r>
      <w:r w:rsidR="00E10572" w:rsidRPr="00E47C79">
        <w:rPr>
          <w:rFonts w:ascii="Book Antiqua" w:hAnsi="Book Antiqua"/>
          <w:lang w:val="es-PR"/>
        </w:rPr>
        <w:t>1</w:t>
      </w:r>
      <w:r w:rsidRPr="00E47C79">
        <w:rPr>
          <w:rFonts w:ascii="Book Antiqua" w:hAnsi="Book Antiqua"/>
          <w:lang w:val="es-PR"/>
        </w:rPr>
        <w:t xml:space="preserve">. Salón de la Fama del Deporte Cayeyano, Inc.  </w:t>
      </w:r>
      <w:r w:rsidR="00CF159C" w:rsidRPr="00E47C79">
        <w:rPr>
          <w:rFonts w:ascii="Book Antiqua" w:hAnsi="Book Antiqua"/>
          <w:lang w:val="es-PR"/>
        </w:rPr>
        <w:tab/>
      </w:r>
      <w:r w:rsidRPr="00E47C79">
        <w:rPr>
          <w:rFonts w:ascii="Book Antiqua" w:hAnsi="Book Antiqua"/>
          <w:lang w:val="es-ES"/>
        </w:rPr>
        <w:t xml:space="preserve">$3,000.00  </w:t>
      </w:r>
    </w:p>
    <w:p w14:paraId="7E5EB5F9" w14:textId="025EDE92" w:rsidR="003659B9" w:rsidRPr="00E47C79" w:rsidRDefault="003659B9" w:rsidP="007B793F">
      <w:pPr>
        <w:tabs>
          <w:tab w:val="decimal" w:pos="8280"/>
        </w:tabs>
        <w:rPr>
          <w:rFonts w:ascii="Book Antiqua" w:hAnsi="Book Antiqua"/>
          <w:lang w:val="es-ES"/>
        </w:rPr>
      </w:pPr>
      <w:r w:rsidRPr="00E47C79">
        <w:rPr>
          <w:rFonts w:ascii="Book Antiqua" w:hAnsi="Book Antiqua"/>
          <w:lang w:val="es-PR"/>
        </w:rPr>
        <w:t>52</w:t>
      </w:r>
      <w:r w:rsidR="00E10572" w:rsidRPr="00E47C79">
        <w:rPr>
          <w:rFonts w:ascii="Book Antiqua" w:hAnsi="Book Antiqua"/>
          <w:lang w:val="es-PR"/>
        </w:rPr>
        <w:t>2</w:t>
      </w:r>
      <w:r w:rsidRPr="00E47C79">
        <w:rPr>
          <w:rFonts w:ascii="Book Antiqua" w:hAnsi="Book Antiqua"/>
          <w:lang w:val="es-PR"/>
        </w:rPr>
        <w:t xml:space="preserve">. San Agustín del Coquí, Inc. </w:t>
      </w:r>
      <w:r w:rsidR="00CF159C" w:rsidRPr="00E47C79">
        <w:rPr>
          <w:rFonts w:ascii="Book Antiqua" w:hAnsi="Book Antiqua"/>
          <w:lang w:val="es-PR"/>
        </w:rPr>
        <w:tab/>
      </w:r>
      <w:r w:rsidRPr="00E47C79">
        <w:rPr>
          <w:rFonts w:ascii="Book Antiqua" w:hAnsi="Book Antiqua"/>
          <w:lang w:val="es-ES"/>
        </w:rPr>
        <w:t xml:space="preserve">$199,500.00  </w:t>
      </w:r>
    </w:p>
    <w:p w14:paraId="12780BF8" w14:textId="1E83E8BA" w:rsidR="003659B9" w:rsidRPr="00026520" w:rsidRDefault="003659B9" w:rsidP="007B793F">
      <w:pPr>
        <w:tabs>
          <w:tab w:val="decimal" w:pos="8280"/>
        </w:tabs>
        <w:rPr>
          <w:rFonts w:ascii="Book Antiqua" w:hAnsi="Book Antiqua"/>
          <w:lang w:val="es-ES"/>
        </w:rPr>
      </w:pPr>
      <w:r w:rsidRPr="00E47C79">
        <w:rPr>
          <w:rFonts w:ascii="Book Antiqua" w:hAnsi="Book Antiqua"/>
          <w:lang w:val="es-PR"/>
        </w:rPr>
        <w:t>52</w:t>
      </w:r>
      <w:r w:rsidR="00E10572" w:rsidRPr="00E47C79">
        <w:rPr>
          <w:rFonts w:ascii="Book Antiqua" w:hAnsi="Book Antiqua"/>
          <w:lang w:val="es-PR"/>
        </w:rPr>
        <w:t>3</w:t>
      </w:r>
      <w:r w:rsidRPr="00E47C79">
        <w:rPr>
          <w:rFonts w:ascii="Book Antiqua" w:hAnsi="Book Antiqua"/>
          <w:lang w:val="es-PR"/>
        </w:rPr>
        <w:t xml:space="preserve">. Santuario de Animales San Sebastián Mártir, Inc. </w:t>
      </w:r>
      <w:r w:rsidR="00CF159C" w:rsidRPr="00E47C79">
        <w:rPr>
          <w:rFonts w:ascii="Book Antiqua" w:hAnsi="Book Antiqua"/>
          <w:lang w:val="es-PR"/>
        </w:rPr>
        <w:tab/>
      </w:r>
      <w:r w:rsidRPr="00026520">
        <w:rPr>
          <w:rFonts w:ascii="Book Antiqua" w:hAnsi="Book Antiqua"/>
          <w:lang w:val="es-ES"/>
        </w:rPr>
        <w:t xml:space="preserve">$4,500.00  </w:t>
      </w:r>
    </w:p>
    <w:p w14:paraId="226FDBF9" w14:textId="72D21EE0" w:rsidR="003659B9" w:rsidRPr="00026520" w:rsidRDefault="003659B9" w:rsidP="007B793F">
      <w:pPr>
        <w:tabs>
          <w:tab w:val="decimal" w:pos="8280"/>
        </w:tabs>
        <w:rPr>
          <w:rFonts w:ascii="Book Antiqua" w:hAnsi="Book Antiqua"/>
          <w:lang w:val="es-ES"/>
        </w:rPr>
      </w:pPr>
      <w:r w:rsidRPr="00026520">
        <w:rPr>
          <w:rFonts w:ascii="Book Antiqua" w:hAnsi="Book Antiqua"/>
          <w:lang w:val="es-ES"/>
        </w:rPr>
        <w:t>52</w:t>
      </w:r>
      <w:r w:rsidR="00E10572" w:rsidRPr="00026520">
        <w:rPr>
          <w:rFonts w:ascii="Book Antiqua" w:hAnsi="Book Antiqua"/>
          <w:lang w:val="es-ES"/>
        </w:rPr>
        <w:t>4</w:t>
      </w:r>
      <w:r w:rsidRPr="00026520">
        <w:rPr>
          <w:rFonts w:ascii="Book Antiqua" w:hAnsi="Book Antiqua"/>
          <w:lang w:val="es-ES"/>
        </w:rPr>
        <w:t xml:space="preserve">. </w:t>
      </w:r>
      <w:proofErr w:type="spellStart"/>
      <w:r w:rsidRPr="00026520">
        <w:rPr>
          <w:rFonts w:ascii="Book Antiqua" w:hAnsi="Book Antiqua"/>
          <w:lang w:val="es-ES"/>
        </w:rPr>
        <w:t>Scuba</w:t>
      </w:r>
      <w:proofErr w:type="spellEnd"/>
      <w:r w:rsidRPr="00026520">
        <w:rPr>
          <w:rFonts w:ascii="Book Antiqua" w:hAnsi="Book Antiqua"/>
          <w:lang w:val="es-ES"/>
        </w:rPr>
        <w:t xml:space="preserve"> </w:t>
      </w:r>
      <w:proofErr w:type="spellStart"/>
      <w:r w:rsidRPr="00026520">
        <w:rPr>
          <w:rFonts w:ascii="Book Antiqua" w:hAnsi="Book Antiqua"/>
          <w:lang w:val="es-ES"/>
        </w:rPr>
        <w:t>Dogs</w:t>
      </w:r>
      <w:proofErr w:type="spellEnd"/>
      <w:r w:rsidRPr="00026520">
        <w:rPr>
          <w:rFonts w:ascii="Book Antiqua" w:hAnsi="Book Antiqua"/>
          <w:lang w:val="es-ES"/>
        </w:rPr>
        <w:t xml:space="preserve"> </w:t>
      </w:r>
      <w:proofErr w:type="spellStart"/>
      <w:r w:rsidRPr="00026520">
        <w:rPr>
          <w:rFonts w:ascii="Book Antiqua" w:hAnsi="Book Antiqua"/>
          <w:lang w:val="es-ES"/>
        </w:rPr>
        <w:t>Society</w:t>
      </w:r>
      <w:proofErr w:type="spellEnd"/>
      <w:r w:rsidRPr="00026520">
        <w:rPr>
          <w:rFonts w:ascii="Book Antiqua" w:hAnsi="Book Antiqua"/>
          <w:lang w:val="es-ES"/>
        </w:rPr>
        <w:t xml:space="preserve">, Inc. </w:t>
      </w:r>
      <w:r w:rsidR="00CF159C" w:rsidRPr="00026520">
        <w:rPr>
          <w:rFonts w:ascii="Book Antiqua" w:hAnsi="Book Antiqua"/>
          <w:lang w:val="es-ES"/>
        </w:rPr>
        <w:tab/>
      </w:r>
      <w:r w:rsidRPr="00026520">
        <w:rPr>
          <w:rFonts w:ascii="Book Antiqua" w:hAnsi="Book Antiqua"/>
          <w:lang w:val="es-ES"/>
        </w:rPr>
        <w:t xml:space="preserve">$8,500.00  </w:t>
      </w:r>
    </w:p>
    <w:p w14:paraId="38569FBF" w14:textId="0CD024A8"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52</w:t>
      </w:r>
      <w:r w:rsidR="00E10572" w:rsidRPr="00E47C79">
        <w:rPr>
          <w:rFonts w:ascii="Book Antiqua" w:hAnsi="Book Antiqua"/>
          <w:lang w:val="es-PR"/>
        </w:rPr>
        <w:t>5</w:t>
      </w:r>
      <w:r w:rsidRPr="00E47C79">
        <w:rPr>
          <w:rFonts w:ascii="Book Antiqua" w:hAnsi="Book Antiqua"/>
          <w:lang w:val="es-PR"/>
        </w:rPr>
        <w:t xml:space="preserve">. Ser Familia </w:t>
      </w:r>
      <w:proofErr w:type="gramStart"/>
      <w:r w:rsidRPr="00E47C79">
        <w:rPr>
          <w:rFonts w:ascii="Book Antiqua" w:hAnsi="Book Antiqua"/>
          <w:lang w:val="es-PR"/>
        </w:rPr>
        <w:t xml:space="preserve">PR  </w:t>
      </w:r>
      <w:r w:rsidR="00CF159C" w:rsidRPr="00E47C79">
        <w:rPr>
          <w:rFonts w:ascii="Book Antiqua" w:hAnsi="Book Antiqua"/>
          <w:lang w:val="es-PR"/>
        </w:rPr>
        <w:tab/>
      </w:r>
      <w:proofErr w:type="gramEnd"/>
      <w:r w:rsidRPr="00E47C79">
        <w:rPr>
          <w:rFonts w:ascii="Book Antiqua" w:hAnsi="Book Antiqua"/>
          <w:lang w:val="es-PR"/>
        </w:rPr>
        <w:t xml:space="preserve">$4,250.00  </w:t>
      </w:r>
    </w:p>
    <w:p w14:paraId="6E3B3661" w14:textId="2FDD8878" w:rsidR="003659B9" w:rsidRPr="00026520" w:rsidRDefault="003659B9" w:rsidP="007B793F">
      <w:pPr>
        <w:tabs>
          <w:tab w:val="decimal" w:pos="8280"/>
        </w:tabs>
        <w:rPr>
          <w:rFonts w:ascii="Book Antiqua" w:hAnsi="Book Antiqua"/>
          <w:lang w:val="es-ES"/>
        </w:rPr>
      </w:pPr>
      <w:r w:rsidRPr="00E47C79">
        <w:rPr>
          <w:rFonts w:ascii="Book Antiqua" w:hAnsi="Book Antiqua"/>
          <w:lang w:val="es-PR"/>
        </w:rPr>
        <w:t>52</w:t>
      </w:r>
      <w:r w:rsidR="00E10572" w:rsidRPr="00E47C79">
        <w:rPr>
          <w:rFonts w:ascii="Book Antiqua" w:hAnsi="Book Antiqua"/>
          <w:lang w:val="es-PR"/>
        </w:rPr>
        <w:t>6</w:t>
      </w:r>
      <w:r w:rsidRPr="00E47C79">
        <w:rPr>
          <w:rFonts w:ascii="Book Antiqua" w:hAnsi="Book Antiqua"/>
          <w:lang w:val="es-PR"/>
        </w:rPr>
        <w:t xml:space="preserve">. Servicios Legales Comunitarios, Inc.  </w:t>
      </w:r>
      <w:r w:rsidR="00CF159C" w:rsidRPr="00E47C79">
        <w:rPr>
          <w:rFonts w:ascii="Book Antiqua" w:hAnsi="Book Antiqua"/>
          <w:lang w:val="es-PR"/>
        </w:rPr>
        <w:tab/>
      </w:r>
      <w:r w:rsidRPr="00026520">
        <w:rPr>
          <w:rFonts w:ascii="Book Antiqua" w:hAnsi="Book Antiqua"/>
          <w:lang w:val="es-ES"/>
        </w:rPr>
        <w:t xml:space="preserve">$99,500.00  </w:t>
      </w:r>
    </w:p>
    <w:p w14:paraId="70A218D4" w14:textId="1EF83E98"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52</w:t>
      </w:r>
      <w:r w:rsidR="00E10572" w:rsidRPr="00E47C79">
        <w:rPr>
          <w:rFonts w:ascii="Book Antiqua" w:hAnsi="Book Antiqua"/>
          <w:lang w:val="es-PR"/>
        </w:rPr>
        <w:t>7</w:t>
      </w:r>
      <w:r w:rsidRPr="00E47C79">
        <w:rPr>
          <w:rFonts w:ascii="Book Antiqua" w:hAnsi="Book Antiqua"/>
          <w:lang w:val="es-PR"/>
        </w:rPr>
        <w:t xml:space="preserve">. SFM </w:t>
      </w:r>
      <w:proofErr w:type="spellStart"/>
      <w:r w:rsidRPr="00E47C79">
        <w:rPr>
          <w:rFonts w:ascii="Book Antiqua" w:hAnsi="Book Antiqua"/>
          <w:lang w:val="es-PR"/>
        </w:rPr>
        <w:t>Charities</w:t>
      </w:r>
      <w:proofErr w:type="spellEnd"/>
      <w:r w:rsidRPr="00E47C79">
        <w:rPr>
          <w:rFonts w:ascii="Book Antiqua" w:hAnsi="Book Antiqua"/>
          <w:lang w:val="es-PR"/>
        </w:rPr>
        <w:t xml:space="preserve">, Inc.  </w:t>
      </w:r>
      <w:r w:rsidR="00CF159C" w:rsidRPr="00E47C79">
        <w:rPr>
          <w:rFonts w:ascii="Book Antiqua" w:hAnsi="Book Antiqua"/>
          <w:lang w:val="es-PR"/>
        </w:rPr>
        <w:tab/>
      </w:r>
      <w:r w:rsidRPr="00E47C79">
        <w:rPr>
          <w:rFonts w:ascii="Book Antiqua" w:hAnsi="Book Antiqua"/>
          <w:lang w:val="es-PR"/>
        </w:rPr>
        <w:t xml:space="preserve">$40,000.00  </w:t>
      </w:r>
    </w:p>
    <w:p w14:paraId="159F64F2" w14:textId="17C670F2"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52</w:t>
      </w:r>
      <w:r w:rsidR="00E10572" w:rsidRPr="00E47C79">
        <w:rPr>
          <w:rFonts w:ascii="Book Antiqua" w:hAnsi="Book Antiqua"/>
          <w:lang w:val="es-PR"/>
        </w:rPr>
        <w:t>8</w:t>
      </w:r>
      <w:r w:rsidRPr="00E47C79">
        <w:rPr>
          <w:rFonts w:ascii="Book Antiqua" w:hAnsi="Book Antiqua"/>
          <w:lang w:val="es-PR"/>
        </w:rPr>
        <w:t xml:space="preserve">. Siervas de María Casa de Salud San </w:t>
      </w:r>
      <w:proofErr w:type="gramStart"/>
      <w:r w:rsidRPr="00E47C79">
        <w:rPr>
          <w:rFonts w:ascii="Book Antiqua" w:hAnsi="Book Antiqua"/>
          <w:lang w:val="es-PR"/>
        </w:rPr>
        <w:t xml:space="preserve">Juan  </w:t>
      </w:r>
      <w:r w:rsidR="00CF159C" w:rsidRPr="00E47C79">
        <w:rPr>
          <w:rFonts w:ascii="Book Antiqua" w:hAnsi="Book Antiqua"/>
          <w:lang w:val="es-PR"/>
        </w:rPr>
        <w:tab/>
      </w:r>
      <w:proofErr w:type="gramEnd"/>
      <w:r w:rsidRPr="00E47C79">
        <w:rPr>
          <w:rFonts w:ascii="Book Antiqua" w:hAnsi="Book Antiqua"/>
          <w:lang w:val="es-PR"/>
        </w:rPr>
        <w:t xml:space="preserve">$45,500.00  </w:t>
      </w:r>
    </w:p>
    <w:p w14:paraId="1EF048FF" w14:textId="551F0E1A"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5</w:t>
      </w:r>
      <w:r w:rsidR="00E10572" w:rsidRPr="00E47C79">
        <w:rPr>
          <w:rFonts w:ascii="Book Antiqua" w:hAnsi="Book Antiqua"/>
          <w:lang w:val="es-PR"/>
        </w:rPr>
        <w:t>29</w:t>
      </w:r>
      <w:r w:rsidRPr="00E47C79">
        <w:rPr>
          <w:rFonts w:ascii="Book Antiqua" w:hAnsi="Book Antiqua"/>
          <w:lang w:val="es-PR"/>
        </w:rPr>
        <w:t xml:space="preserve">. Siervas de María </w:t>
      </w:r>
      <w:proofErr w:type="gramStart"/>
      <w:r w:rsidRPr="00E47C79">
        <w:rPr>
          <w:rFonts w:ascii="Book Antiqua" w:hAnsi="Book Antiqua"/>
          <w:lang w:val="es-PR"/>
        </w:rPr>
        <w:t>Ministras</w:t>
      </w:r>
      <w:proofErr w:type="gramEnd"/>
      <w:r w:rsidRPr="00E47C79">
        <w:rPr>
          <w:rFonts w:ascii="Book Antiqua" w:hAnsi="Book Antiqua"/>
          <w:lang w:val="es-PR"/>
        </w:rPr>
        <w:t xml:space="preserve"> de los Enfermos, </w:t>
      </w:r>
      <w:proofErr w:type="gramStart"/>
      <w:r w:rsidRPr="00E47C79">
        <w:rPr>
          <w:rFonts w:ascii="Book Antiqua" w:hAnsi="Book Antiqua"/>
          <w:lang w:val="es-PR"/>
        </w:rPr>
        <w:t xml:space="preserve">Mayagüez  </w:t>
      </w:r>
      <w:r w:rsidR="00CF159C" w:rsidRPr="00E47C79">
        <w:rPr>
          <w:rFonts w:ascii="Book Antiqua" w:hAnsi="Book Antiqua"/>
          <w:lang w:val="es-PR"/>
        </w:rPr>
        <w:tab/>
      </w:r>
      <w:proofErr w:type="gramEnd"/>
      <w:r w:rsidRPr="00E47C79">
        <w:rPr>
          <w:rFonts w:ascii="Book Antiqua" w:hAnsi="Book Antiqua"/>
          <w:lang w:val="es-PR"/>
        </w:rPr>
        <w:t xml:space="preserve">$45,500.00  </w:t>
      </w:r>
    </w:p>
    <w:p w14:paraId="032D1124" w14:textId="253015CD"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53</w:t>
      </w:r>
      <w:r w:rsidR="00E10572" w:rsidRPr="00E47C79">
        <w:rPr>
          <w:rFonts w:ascii="Book Antiqua" w:hAnsi="Book Antiqua"/>
          <w:lang w:val="es-PR"/>
        </w:rPr>
        <w:t>0</w:t>
      </w:r>
      <w:r w:rsidRPr="00E47C79">
        <w:rPr>
          <w:rFonts w:ascii="Book Antiqua" w:hAnsi="Book Antiqua"/>
          <w:lang w:val="es-PR"/>
        </w:rPr>
        <w:t xml:space="preserve">. Siervas de María </w:t>
      </w:r>
      <w:proofErr w:type="gramStart"/>
      <w:r w:rsidRPr="00E47C79">
        <w:rPr>
          <w:rFonts w:ascii="Book Antiqua" w:hAnsi="Book Antiqua"/>
          <w:lang w:val="es-PR"/>
        </w:rPr>
        <w:t>Ministras</w:t>
      </w:r>
      <w:proofErr w:type="gramEnd"/>
      <w:r w:rsidRPr="00E47C79">
        <w:rPr>
          <w:rFonts w:ascii="Book Antiqua" w:hAnsi="Book Antiqua"/>
          <w:lang w:val="es-PR"/>
        </w:rPr>
        <w:t xml:space="preserve"> de los Enfermos, Gurabo </w:t>
      </w:r>
      <w:r w:rsidR="00CF159C" w:rsidRPr="00E47C79">
        <w:rPr>
          <w:rFonts w:ascii="Book Antiqua" w:hAnsi="Book Antiqua"/>
          <w:lang w:val="es-PR"/>
        </w:rPr>
        <w:tab/>
      </w:r>
      <w:r w:rsidRPr="00E47C79">
        <w:rPr>
          <w:rFonts w:ascii="Book Antiqua" w:hAnsi="Book Antiqua"/>
          <w:lang w:val="es-PR"/>
        </w:rPr>
        <w:t xml:space="preserve"> $45,500.00  </w:t>
      </w:r>
    </w:p>
    <w:p w14:paraId="72F755E3" w14:textId="4ABB6532" w:rsidR="003659B9" w:rsidRPr="00026520" w:rsidRDefault="003659B9" w:rsidP="007B793F">
      <w:pPr>
        <w:tabs>
          <w:tab w:val="decimal" w:pos="8280"/>
        </w:tabs>
        <w:rPr>
          <w:rFonts w:ascii="Book Antiqua" w:hAnsi="Book Antiqua"/>
          <w:lang w:val="es-ES"/>
        </w:rPr>
      </w:pPr>
      <w:r w:rsidRPr="00E47C79">
        <w:rPr>
          <w:rFonts w:ascii="Book Antiqua" w:hAnsi="Book Antiqua"/>
          <w:lang w:val="es-PR"/>
        </w:rPr>
        <w:t>53</w:t>
      </w:r>
      <w:r w:rsidR="00E10572" w:rsidRPr="00E47C79">
        <w:rPr>
          <w:rFonts w:ascii="Book Antiqua" w:hAnsi="Book Antiqua"/>
          <w:lang w:val="es-PR"/>
        </w:rPr>
        <w:t>1</w:t>
      </w:r>
      <w:r w:rsidRPr="00E47C79">
        <w:rPr>
          <w:rFonts w:ascii="Book Antiqua" w:hAnsi="Book Antiqua"/>
          <w:lang w:val="es-PR"/>
        </w:rPr>
        <w:t xml:space="preserve">. Siervas de María </w:t>
      </w:r>
      <w:proofErr w:type="gramStart"/>
      <w:r w:rsidRPr="00E47C79">
        <w:rPr>
          <w:rFonts w:ascii="Book Antiqua" w:hAnsi="Book Antiqua"/>
          <w:lang w:val="es-PR"/>
        </w:rPr>
        <w:t>Ministras</w:t>
      </w:r>
      <w:proofErr w:type="gramEnd"/>
      <w:r w:rsidRPr="00E47C79">
        <w:rPr>
          <w:rFonts w:ascii="Book Antiqua" w:hAnsi="Book Antiqua"/>
          <w:lang w:val="es-PR"/>
        </w:rPr>
        <w:t xml:space="preserve"> de los Enfermos, Ponce, Inc.  </w:t>
      </w:r>
      <w:r w:rsidR="00CF159C" w:rsidRPr="00E47C79">
        <w:rPr>
          <w:rFonts w:ascii="Book Antiqua" w:hAnsi="Book Antiqua"/>
          <w:lang w:val="es-PR"/>
        </w:rPr>
        <w:tab/>
      </w:r>
      <w:r w:rsidRPr="00026520">
        <w:rPr>
          <w:rFonts w:ascii="Book Antiqua" w:hAnsi="Book Antiqua"/>
          <w:lang w:val="es-ES"/>
        </w:rPr>
        <w:t xml:space="preserve">$45,500.00  </w:t>
      </w:r>
    </w:p>
    <w:p w14:paraId="15A6CE12" w14:textId="5A92C1BF"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53</w:t>
      </w:r>
      <w:r w:rsidR="00E10572" w:rsidRPr="00E47C79">
        <w:rPr>
          <w:rFonts w:ascii="Book Antiqua" w:hAnsi="Book Antiqua"/>
          <w:lang w:val="es-PR"/>
        </w:rPr>
        <w:t>2</w:t>
      </w:r>
      <w:r w:rsidRPr="00E47C79">
        <w:rPr>
          <w:rFonts w:ascii="Book Antiqua" w:hAnsi="Book Antiqua"/>
          <w:lang w:val="es-PR"/>
        </w:rPr>
        <w:t xml:space="preserve">. Siervas de María </w:t>
      </w:r>
      <w:proofErr w:type="gramStart"/>
      <w:r w:rsidRPr="00E47C79">
        <w:rPr>
          <w:rFonts w:ascii="Book Antiqua" w:hAnsi="Book Antiqua"/>
          <w:lang w:val="es-PR"/>
        </w:rPr>
        <w:t>Ministras</w:t>
      </w:r>
      <w:proofErr w:type="gramEnd"/>
      <w:r w:rsidRPr="00E47C79">
        <w:rPr>
          <w:rFonts w:ascii="Book Antiqua" w:hAnsi="Book Antiqua"/>
          <w:lang w:val="es-PR"/>
        </w:rPr>
        <w:t xml:space="preserve"> de los Enfermos, Arecibo, Inc.  </w:t>
      </w:r>
      <w:r w:rsidR="005230A8" w:rsidRPr="00E47C79">
        <w:rPr>
          <w:rFonts w:ascii="Book Antiqua" w:hAnsi="Book Antiqua"/>
          <w:lang w:val="es-PR"/>
        </w:rPr>
        <w:tab/>
      </w:r>
      <w:r w:rsidRPr="00E47C79">
        <w:rPr>
          <w:rFonts w:ascii="Book Antiqua" w:hAnsi="Book Antiqua"/>
          <w:lang w:val="es-PR"/>
        </w:rPr>
        <w:t xml:space="preserve">$45,500.00  </w:t>
      </w:r>
    </w:p>
    <w:p w14:paraId="3B3C429C" w14:textId="17AD4B68"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53</w:t>
      </w:r>
      <w:r w:rsidR="00E10572" w:rsidRPr="00E47C79">
        <w:rPr>
          <w:rFonts w:ascii="Book Antiqua" w:hAnsi="Book Antiqua"/>
          <w:lang w:val="es-PR"/>
        </w:rPr>
        <w:t>3</w:t>
      </w:r>
      <w:r w:rsidRPr="00E47C79">
        <w:rPr>
          <w:rFonts w:ascii="Book Antiqua" w:hAnsi="Book Antiqua"/>
          <w:lang w:val="es-PR"/>
        </w:rPr>
        <w:t xml:space="preserve">. Silo Misión Cristiana </w:t>
      </w:r>
      <w:r w:rsidR="00CF159C" w:rsidRPr="00E47C79">
        <w:rPr>
          <w:rFonts w:ascii="Book Antiqua" w:hAnsi="Book Antiqua"/>
          <w:lang w:val="es-PR"/>
        </w:rPr>
        <w:tab/>
      </w:r>
      <w:r w:rsidRPr="00E47C79">
        <w:rPr>
          <w:rFonts w:ascii="Book Antiqua" w:hAnsi="Book Antiqua"/>
          <w:lang w:val="es-PR"/>
        </w:rPr>
        <w:t xml:space="preserve">$10,000.00  </w:t>
      </w:r>
    </w:p>
    <w:p w14:paraId="11D42BBF" w14:textId="25262C31"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53</w:t>
      </w:r>
      <w:r w:rsidR="00E10572" w:rsidRPr="00E47C79">
        <w:rPr>
          <w:rFonts w:ascii="Book Antiqua" w:hAnsi="Book Antiqua"/>
          <w:lang w:val="es-PR"/>
        </w:rPr>
        <w:t>4</w:t>
      </w:r>
      <w:r w:rsidRPr="00E47C79">
        <w:rPr>
          <w:rFonts w:ascii="Book Antiqua" w:hAnsi="Book Antiqua"/>
          <w:lang w:val="es-PR"/>
        </w:rPr>
        <w:t xml:space="preserve">. Sociedad Americana contra el </w:t>
      </w:r>
      <w:proofErr w:type="gramStart"/>
      <w:r w:rsidRPr="00E47C79">
        <w:rPr>
          <w:rFonts w:ascii="Book Antiqua" w:hAnsi="Book Antiqua"/>
          <w:lang w:val="es-PR"/>
        </w:rPr>
        <w:t xml:space="preserve">Cáncer  </w:t>
      </w:r>
      <w:r w:rsidR="00CF159C" w:rsidRPr="00E47C79">
        <w:rPr>
          <w:rFonts w:ascii="Book Antiqua" w:hAnsi="Book Antiqua"/>
          <w:lang w:val="es-PR"/>
        </w:rPr>
        <w:tab/>
      </w:r>
      <w:proofErr w:type="gramEnd"/>
      <w:r w:rsidRPr="00E47C79">
        <w:rPr>
          <w:rFonts w:ascii="Book Antiqua" w:hAnsi="Book Antiqua"/>
          <w:lang w:val="es-PR"/>
        </w:rPr>
        <w:t xml:space="preserve">$129,500.00  </w:t>
      </w:r>
    </w:p>
    <w:p w14:paraId="139F0665" w14:textId="1B44A023"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53</w:t>
      </w:r>
      <w:r w:rsidR="00E10572" w:rsidRPr="00E47C79">
        <w:rPr>
          <w:rFonts w:ascii="Book Antiqua" w:hAnsi="Book Antiqua"/>
          <w:lang w:val="es-PR"/>
        </w:rPr>
        <w:t>5</w:t>
      </w:r>
      <w:r w:rsidRPr="00E47C79">
        <w:rPr>
          <w:rFonts w:ascii="Book Antiqua" w:hAnsi="Book Antiqua"/>
          <w:lang w:val="es-PR"/>
        </w:rPr>
        <w:t xml:space="preserve">. Sociedad de Educación y Rehabilitación - </w:t>
      </w:r>
      <w:proofErr w:type="gramStart"/>
      <w:r w:rsidRPr="00E47C79">
        <w:rPr>
          <w:rFonts w:ascii="Book Antiqua" w:hAnsi="Book Antiqua"/>
          <w:lang w:val="es-PR"/>
        </w:rPr>
        <w:t xml:space="preserve">SER  </w:t>
      </w:r>
      <w:r w:rsidR="00CF159C" w:rsidRPr="00E47C79">
        <w:rPr>
          <w:rFonts w:ascii="Book Antiqua" w:hAnsi="Book Antiqua"/>
          <w:lang w:val="es-PR"/>
        </w:rPr>
        <w:tab/>
      </w:r>
      <w:proofErr w:type="gramEnd"/>
      <w:r w:rsidRPr="00E47C79">
        <w:rPr>
          <w:rFonts w:ascii="Book Antiqua" w:hAnsi="Book Antiqua"/>
          <w:lang w:val="es-PR"/>
        </w:rPr>
        <w:t xml:space="preserve">$1,000,000.00  </w:t>
      </w:r>
    </w:p>
    <w:p w14:paraId="56C51985" w14:textId="0E4A2AAF" w:rsidR="003659B9" w:rsidRPr="00E47C79" w:rsidRDefault="003659B9" w:rsidP="007B793F">
      <w:pPr>
        <w:tabs>
          <w:tab w:val="decimal" w:pos="8280"/>
        </w:tabs>
        <w:rPr>
          <w:rFonts w:ascii="Book Antiqua" w:hAnsi="Book Antiqua"/>
          <w:lang w:val="es-ES"/>
        </w:rPr>
      </w:pPr>
      <w:r w:rsidRPr="00E47C79">
        <w:rPr>
          <w:rFonts w:ascii="Book Antiqua" w:hAnsi="Book Antiqua"/>
          <w:lang w:val="es-PR"/>
        </w:rPr>
        <w:t>53</w:t>
      </w:r>
      <w:r w:rsidR="00E10572" w:rsidRPr="00E47C79">
        <w:rPr>
          <w:rFonts w:ascii="Book Antiqua" w:hAnsi="Book Antiqua"/>
          <w:lang w:val="es-PR"/>
        </w:rPr>
        <w:t>6</w:t>
      </w:r>
      <w:r w:rsidRPr="00E47C79">
        <w:rPr>
          <w:rFonts w:ascii="Book Antiqua" w:hAnsi="Book Antiqua"/>
          <w:lang w:val="es-PR"/>
        </w:rPr>
        <w:t xml:space="preserve">. Sociedad de Gerontología de Puerto Rico, Inc.  </w:t>
      </w:r>
      <w:r w:rsidR="00CF159C" w:rsidRPr="00E47C79">
        <w:rPr>
          <w:rFonts w:ascii="Book Antiqua" w:hAnsi="Book Antiqua"/>
          <w:lang w:val="es-PR"/>
        </w:rPr>
        <w:tab/>
      </w:r>
      <w:r w:rsidRPr="00E47C79">
        <w:rPr>
          <w:rFonts w:ascii="Book Antiqua" w:hAnsi="Book Antiqua"/>
          <w:lang w:val="es-ES"/>
        </w:rPr>
        <w:t xml:space="preserve">$10,000.00  </w:t>
      </w:r>
    </w:p>
    <w:p w14:paraId="6270F26F" w14:textId="0CCC2C59"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53</w:t>
      </w:r>
      <w:r w:rsidR="00E10572" w:rsidRPr="00E47C79">
        <w:rPr>
          <w:rFonts w:ascii="Book Antiqua" w:hAnsi="Book Antiqua"/>
          <w:lang w:val="es-PR"/>
        </w:rPr>
        <w:t>7</w:t>
      </w:r>
      <w:r w:rsidRPr="00E47C79">
        <w:rPr>
          <w:rFonts w:ascii="Book Antiqua" w:hAnsi="Book Antiqua"/>
          <w:lang w:val="es-PR"/>
        </w:rPr>
        <w:t xml:space="preserve">. Sociedad Educativa de las Artes, Inc. </w:t>
      </w:r>
      <w:r w:rsidR="00CF159C" w:rsidRPr="00E47C79">
        <w:rPr>
          <w:rFonts w:ascii="Book Antiqua" w:hAnsi="Book Antiqua"/>
          <w:lang w:val="es-PR"/>
        </w:rPr>
        <w:tab/>
      </w:r>
      <w:r w:rsidRPr="00E47C79">
        <w:rPr>
          <w:rFonts w:ascii="Book Antiqua" w:hAnsi="Book Antiqua"/>
          <w:lang w:val="es-PR"/>
        </w:rPr>
        <w:t xml:space="preserve"> $3,000.00  </w:t>
      </w:r>
    </w:p>
    <w:p w14:paraId="2211747A" w14:textId="70008E01" w:rsidR="003659B9" w:rsidRPr="00026520" w:rsidRDefault="003659B9" w:rsidP="007B793F">
      <w:pPr>
        <w:tabs>
          <w:tab w:val="decimal" w:pos="8280"/>
        </w:tabs>
        <w:rPr>
          <w:rFonts w:ascii="Book Antiqua" w:hAnsi="Book Antiqua"/>
          <w:lang w:val="es-ES"/>
        </w:rPr>
      </w:pPr>
      <w:r w:rsidRPr="00E47C79">
        <w:rPr>
          <w:rFonts w:ascii="Book Antiqua" w:hAnsi="Book Antiqua"/>
          <w:lang w:val="es-PR"/>
        </w:rPr>
        <w:t>53</w:t>
      </w:r>
      <w:r w:rsidR="00E10572" w:rsidRPr="00E47C79">
        <w:rPr>
          <w:rFonts w:ascii="Book Antiqua" w:hAnsi="Book Antiqua"/>
          <w:lang w:val="es-PR"/>
        </w:rPr>
        <w:t>8</w:t>
      </w:r>
      <w:r w:rsidRPr="00E47C79">
        <w:rPr>
          <w:rFonts w:ascii="Book Antiqua" w:hAnsi="Book Antiqua"/>
          <w:lang w:val="es-PR"/>
        </w:rPr>
        <w:t xml:space="preserve">. Sociedad </w:t>
      </w:r>
      <w:proofErr w:type="gramStart"/>
      <w:r w:rsidRPr="00E47C79">
        <w:rPr>
          <w:rFonts w:ascii="Book Antiqua" w:hAnsi="Book Antiqua"/>
          <w:lang w:val="es-PR"/>
        </w:rPr>
        <w:t>Pro Hospital</w:t>
      </w:r>
      <w:proofErr w:type="gramEnd"/>
      <w:r w:rsidRPr="00E47C79">
        <w:rPr>
          <w:rFonts w:ascii="Book Antiqua" w:hAnsi="Book Antiqua"/>
          <w:lang w:val="es-PR"/>
        </w:rPr>
        <w:t xml:space="preserve"> del Niño, Inc.  </w:t>
      </w:r>
      <w:r w:rsidR="00CF159C" w:rsidRPr="00E47C79">
        <w:rPr>
          <w:rFonts w:ascii="Book Antiqua" w:hAnsi="Book Antiqua"/>
          <w:lang w:val="es-PR"/>
        </w:rPr>
        <w:tab/>
      </w:r>
      <w:r w:rsidRPr="00026520">
        <w:rPr>
          <w:rFonts w:ascii="Book Antiqua" w:hAnsi="Book Antiqua"/>
          <w:lang w:val="es-ES"/>
        </w:rPr>
        <w:t xml:space="preserve">$600,000.00  </w:t>
      </w:r>
    </w:p>
    <w:p w14:paraId="12AE323B" w14:textId="73017860" w:rsidR="003659B9" w:rsidRPr="00026520" w:rsidRDefault="003659B9" w:rsidP="007B793F">
      <w:pPr>
        <w:tabs>
          <w:tab w:val="decimal" w:pos="8280"/>
        </w:tabs>
        <w:rPr>
          <w:rFonts w:ascii="Book Antiqua" w:hAnsi="Book Antiqua"/>
          <w:lang w:val="es-ES"/>
        </w:rPr>
      </w:pPr>
      <w:r w:rsidRPr="00E47C79">
        <w:rPr>
          <w:rFonts w:ascii="Book Antiqua" w:hAnsi="Book Antiqua"/>
          <w:lang w:val="es-PR"/>
        </w:rPr>
        <w:t>5</w:t>
      </w:r>
      <w:r w:rsidR="00E10572" w:rsidRPr="00E47C79">
        <w:rPr>
          <w:rFonts w:ascii="Book Antiqua" w:hAnsi="Book Antiqua"/>
          <w:lang w:val="es-PR"/>
        </w:rPr>
        <w:t>39</w:t>
      </w:r>
      <w:r w:rsidRPr="00E47C79">
        <w:rPr>
          <w:rFonts w:ascii="Book Antiqua" w:hAnsi="Book Antiqua"/>
          <w:lang w:val="es-PR"/>
        </w:rPr>
        <w:t xml:space="preserve">. Sociedad </w:t>
      </w:r>
      <w:proofErr w:type="gramStart"/>
      <w:r w:rsidRPr="00E47C79">
        <w:rPr>
          <w:rFonts w:ascii="Book Antiqua" w:hAnsi="Book Antiqua"/>
          <w:lang w:val="es-PR"/>
        </w:rPr>
        <w:t>Pro Niños</w:t>
      </w:r>
      <w:proofErr w:type="gramEnd"/>
      <w:r w:rsidRPr="00E47C79">
        <w:rPr>
          <w:rFonts w:ascii="Book Antiqua" w:hAnsi="Book Antiqua"/>
          <w:lang w:val="es-PR"/>
        </w:rPr>
        <w:t xml:space="preserve"> Sordos de Puerto Rico, Inc.  </w:t>
      </w:r>
      <w:r w:rsidR="00CF159C" w:rsidRPr="00E47C79">
        <w:rPr>
          <w:rFonts w:ascii="Book Antiqua" w:hAnsi="Book Antiqua"/>
          <w:lang w:val="es-PR"/>
        </w:rPr>
        <w:tab/>
      </w:r>
      <w:r w:rsidRPr="00026520">
        <w:rPr>
          <w:rFonts w:ascii="Book Antiqua" w:hAnsi="Book Antiqua"/>
          <w:lang w:val="es-ES"/>
        </w:rPr>
        <w:t xml:space="preserve">$88,500.00  </w:t>
      </w:r>
    </w:p>
    <w:p w14:paraId="3FC9C6F8" w14:textId="6A1B91FC" w:rsidR="003659B9" w:rsidRPr="00E47C79" w:rsidRDefault="003659B9" w:rsidP="007B793F">
      <w:pPr>
        <w:tabs>
          <w:tab w:val="decimal" w:pos="8280"/>
        </w:tabs>
        <w:rPr>
          <w:rFonts w:ascii="Book Antiqua" w:hAnsi="Book Antiqua"/>
          <w:lang w:val="es-ES"/>
        </w:rPr>
      </w:pPr>
      <w:r w:rsidRPr="00E47C79">
        <w:rPr>
          <w:rFonts w:ascii="Book Antiqua" w:hAnsi="Book Antiqua"/>
          <w:lang w:val="es-ES"/>
        </w:rPr>
        <w:t>54</w:t>
      </w:r>
      <w:r w:rsidR="00E10572" w:rsidRPr="00E47C79">
        <w:rPr>
          <w:rFonts w:ascii="Book Antiqua" w:hAnsi="Book Antiqua"/>
          <w:lang w:val="es-ES"/>
        </w:rPr>
        <w:t>0</w:t>
      </w:r>
      <w:r w:rsidRPr="00E47C79">
        <w:rPr>
          <w:rFonts w:ascii="Book Antiqua" w:hAnsi="Book Antiqua"/>
          <w:lang w:val="es-ES"/>
        </w:rPr>
        <w:t xml:space="preserve">. Sociedad Puertorriqueña de </w:t>
      </w:r>
      <w:proofErr w:type="gramStart"/>
      <w:r w:rsidRPr="00E47C79">
        <w:rPr>
          <w:rFonts w:ascii="Book Antiqua" w:hAnsi="Book Antiqua"/>
          <w:lang w:val="es-ES"/>
        </w:rPr>
        <w:t xml:space="preserve">Epilepsia  </w:t>
      </w:r>
      <w:r w:rsidR="00CF159C" w:rsidRPr="00E47C79">
        <w:rPr>
          <w:rFonts w:ascii="Book Antiqua" w:hAnsi="Book Antiqua"/>
          <w:lang w:val="es-ES"/>
        </w:rPr>
        <w:tab/>
      </w:r>
      <w:proofErr w:type="gramEnd"/>
      <w:r w:rsidRPr="00E47C79">
        <w:rPr>
          <w:rFonts w:ascii="Book Antiqua" w:hAnsi="Book Antiqua"/>
          <w:lang w:val="es-ES"/>
        </w:rPr>
        <w:t xml:space="preserve">$149,000.00  </w:t>
      </w:r>
    </w:p>
    <w:p w14:paraId="3AE2E126" w14:textId="5BB78485" w:rsidR="003659B9" w:rsidRPr="00026520" w:rsidRDefault="003659B9" w:rsidP="007B793F">
      <w:pPr>
        <w:tabs>
          <w:tab w:val="decimal" w:pos="8280"/>
        </w:tabs>
        <w:rPr>
          <w:rFonts w:ascii="Book Antiqua" w:hAnsi="Book Antiqua"/>
          <w:lang w:val="es-ES"/>
        </w:rPr>
      </w:pPr>
      <w:r w:rsidRPr="00026520">
        <w:rPr>
          <w:rFonts w:ascii="Book Antiqua" w:hAnsi="Book Antiqua"/>
          <w:lang w:val="es-ES"/>
        </w:rPr>
        <w:t>54</w:t>
      </w:r>
      <w:r w:rsidR="00E10572" w:rsidRPr="00026520">
        <w:rPr>
          <w:rFonts w:ascii="Book Antiqua" w:hAnsi="Book Antiqua"/>
          <w:lang w:val="es-ES"/>
        </w:rPr>
        <w:t>1</w:t>
      </w:r>
      <w:r w:rsidRPr="00026520">
        <w:rPr>
          <w:rFonts w:ascii="Book Antiqua" w:hAnsi="Book Antiqua"/>
          <w:lang w:val="es-ES"/>
        </w:rPr>
        <w:t xml:space="preserve">. Solo por </w:t>
      </w:r>
      <w:proofErr w:type="gramStart"/>
      <w:r w:rsidRPr="00026520">
        <w:rPr>
          <w:rFonts w:ascii="Book Antiqua" w:hAnsi="Book Antiqua"/>
          <w:lang w:val="es-ES"/>
        </w:rPr>
        <w:t xml:space="preserve">Hoy  </w:t>
      </w:r>
      <w:r w:rsidR="00CF159C" w:rsidRPr="00026520">
        <w:rPr>
          <w:rFonts w:ascii="Book Antiqua" w:hAnsi="Book Antiqua"/>
          <w:lang w:val="es-ES"/>
        </w:rPr>
        <w:tab/>
      </w:r>
      <w:proofErr w:type="gramEnd"/>
      <w:r w:rsidRPr="00026520">
        <w:rPr>
          <w:rFonts w:ascii="Book Antiqua" w:hAnsi="Book Antiqua"/>
          <w:lang w:val="es-ES"/>
        </w:rPr>
        <w:t xml:space="preserve">$10,000.00  </w:t>
      </w:r>
    </w:p>
    <w:p w14:paraId="2CE44C77" w14:textId="501EF1BA" w:rsidR="003659B9" w:rsidRPr="00E47C79" w:rsidRDefault="003659B9" w:rsidP="007B793F">
      <w:pPr>
        <w:tabs>
          <w:tab w:val="decimal" w:pos="8280"/>
        </w:tabs>
        <w:rPr>
          <w:rFonts w:ascii="Book Antiqua" w:hAnsi="Book Antiqua"/>
        </w:rPr>
      </w:pPr>
      <w:r w:rsidRPr="00E47C79">
        <w:rPr>
          <w:rFonts w:ascii="Book Antiqua" w:hAnsi="Book Antiqua"/>
        </w:rPr>
        <w:lastRenderedPageBreak/>
        <w:t>54</w:t>
      </w:r>
      <w:r w:rsidR="00E10572" w:rsidRPr="00E47C79">
        <w:rPr>
          <w:rFonts w:ascii="Book Antiqua" w:hAnsi="Book Antiqua"/>
        </w:rPr>
        <w:t>2</w:t>
      </w:r>
      <w:r w:rsidRPr="00E47C79">
        <w:rPr>
          <w:rFonts w:ascii="Book Antiqua" w:hAnsi="Book Antiqua"/>
        </w:rPr>
        <w:t xml:space="preserve">. Southeast Community &amp; Development </w:t>
      </w:r>
      <w:proofErr w:type="gramStart"/>
      <w:r w:rsidRPr="00E47C79">
        <w:rPr>
          <w:rFonts w:ascii="Book Antiqua" w:hAnsi="Book Antiqua"/>
        </w:rPr>
        <w:t xml:space="preserve">Corp  </w:t>
      </w:r>
      <w:r w:rsidR="00CF159C" w:rsidRPr="00E47C79">
        <w:rPr>
          <w:rFonts w:ascii="Book Antiqua" w:hAnsi="Book Antiqua"/>
        </w:rPr>
        <w:tab/>
      </w:r>
      <w:proofErr w:type="gramEnd"/>
      <w:r w:rsidRPr="00E47C79">
        <w:rPr>
          <w:rFonts w:ascii="Book Antiqua" w:hAnsi="Book Antiqua"/>
        </w:rPr>
        <w:t xml:space="preserve">$5,000.00  </w:t>
      </w:r>
    </w:p>
    <w:p w14:paraId="4D564D04" w14:textId="153C88CF" w:rsidR="003659B9" w:rsidRPr="00E47C79" w:rsidRDefault="003659B9" w:rsidP="007B793F">
      <w:pPr>
        <w:tabs>
          <w:tab w:val="decimal" w:pos="8280"/>
        </w:tabs>
        <w:rPr>
          <w:rFonts w:ascii="Book Antiqua" w:hAnsi="Book Antiqua"/>
          <w:lang w:val="es-ES"/>
        </w:rPr>
      </w:pPr>
      <w:r w:rsidRPr="00E47C79">
        <w:rPr>
          <w:rFonts w:ascii="Book Antiqua" w:hAnsi="Book Antiqua"/>
        </w:rPr>
        <w:t>54</w:t>
      </w:r>
      <w:r w:rsidR="00E10572" w:rsidRPr="00E47C79">
        <w:rPr>
          <w:rFonts w:ascii="Book Antiqua" w:hAnsi="Book Antiqua"/>
        </w:rPr>
        <w:t>3</w:t>
      </w:r>
      <w:r w:rsidRPr="00E47C79">
        <w:rPr>
          <w:rFonts w:ascii="Book Antiqua" w:hAnsi="Book Antiqua"/>
        </w:rPr>
        <w:t xml:space="preserve">. Southern Puerto Rico Economic Development District, Inc.  </w:t>
      </w:r>
      <w:r w:rsidR="00CF159C" w:rsidRPr="00E47C79">
        <w:rPr>
          <w:rFonts w:ascii="Book Antiqua" w:hAnsi="Book Antiqua"/>
        </w:rPr>
        <w:tab/>
      </w:r>
      <w:r w:rsidRPr="00E47C79">
        <w:rPr>
          <w:rFonts w:ascii="Book Antiqua" w:hAnsi="Book Antiqua"/>
          <w:lang w:val="es-ES"/>
        </w:rPr>
        <w:t xml:space="preserve">$3,000.00  </w:t>
      </w:r>
    </w:p>
    <w:p w14:paraId="02D57FDA" w14:textId="4D69B175"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54</w:t>
      </w:r>
      <w:r w:rsidR="00E10572" w:rsidRPr="00E47C79">
        <w:rPr>
          <w:rFonts w:ascii="Book Antiqua" w:hAnsi="Book Antiqua"/>
          <w:lang w:val="es-PR"/>
        </w:rPr>
        <w:t>4</w:t>
      </w:r>
      <w:r w:rsidRPr="00E47C79">
        <w:rPr>
          <w:rFonts w:ascii="Book Antiqua" w:hAnsi="Book Antiqua"/>
          <w:lang w:val="es-PR"/>
        </w:rPr>
        <w:t xml:space="preserve">. </w:t>
      </w:r>
      <w:proofErr w:type="spellStart"/>
      <w:r w:rsidRPr="00E47C79">
        <w:rPr>
          <w:rFonts w:ascii="Book Antiqua" w:hAnsi="Book Antiqua"/>
          <w:lang w:val="es-PR"/>
        </w:rPr>
        <w:t>Special</w:t>
      </w:r>
      <w:proofErr w:type="spellEnd"/>
      <w:r w:rsidRPr="00E47C79">
        <w:rPr>
          <w:rFonts w:ascii="Book Antiqua" w:hAnsi="Book Antiqua"/>
          <w:lang w:val="es-PR"/>
        </w:rPr>
        <w:t xml:space="preserve"> </w:t>
      </w:r>
      <w:proofErr w:type="spellStart"/>
      <w:r w:rsidRPr="00E47C79">
        <w:rPr>
          <w:rFonts w:ascii="Book Antiqua" w:hAnsi="Book Antiqua"/>
          <w:lang w:val="es-PR"/>
        </w:rPr>
        <w:t>Olympics</w:t>
      </w:r>
      <w:proofErr w:type="spellEnd"/>
      <w:r w:rsidRPr="00E47C79">
        <w:rPr>
          <w:rFonts w:ascii="Book Antiqua" w:hAnsi="Book Antiqua"/>
          <w:lang w:val="es-PR"/>
        </w:rPr>
        <w:t xml:space="preserve"> Puerto </w:t>
      </w:r>
      <w:proofErr w:type="gramStart"/>
      <w:r w:rsidRPr="00E47C79">
        <w:rPr>
          <w:rFonts w:ascii="Book Antiqua" w:hAnsi="Book Antiqua"/>
          <w:lang w:val="es-PR"/>
        </w:rPr>
        <w:t xml:space="preserve">Rico  </w:t>
      </w:r>
      <w:r w:rsidR="00CF159C" w:rsidRPr="00E47C79">
        <w:rPr>
          <w:rFonts w:ascii="Book Antiqua" w:hAnsi="Book Antiqua"/>
          <w:lang w:val="es-PR"/>
        </w:rPr>
        <w:tab/>
      </w:r>
      <w:proofErr w:type="gramEnd"/>
      <w:r w:rsidRPr="00E47C79">
        <w:rPr>
          <w:rFonts w:ascii="Book Antiqua" w:hAnsi="Book Antiqua"/>
          <w:lang w:val="es-PR"/>
        </w:rPr>
        <w:t xml:space="preserve">$125,000.00  </w:t>
      </w:r>
    </w:p>
    <w:p w14:paraId="5396892A" w14:textId="5724AB75" w:rsidR="003659B9" w:rsidRPr="00026520" w:rsidRDefault="003659B9" w:rsidP="007B793F">
      <w:pPr>
        <w:tabs>
          <w:tab w:val="decimal" w:pos="8280"/>
        </w:tabs>
        <w:rPr>
          <w:rFonts w:ascii="Book Antiqua" w:hAnsi="Book Antiqua"/>
          <w:lang w:val="es-ES"/>
        </w:rPr>
      </w:pPr>
      <w:r w:rsidRPr="00E47C79">
        <w:rPr>
          <w:rFonts w:ascii="Book Antiqua" w:hAnsi="Book Antiqua"/>
          <w:lang w:val="es-PR"/>
        </w:rPr>
        <w:t>54</w:t>
      </w:r>
      <w:r w:rsidR="00E10572" w:rsidRPr="00E47C79">
        <w:rPr>
          <w:rFonts w:ascii="Book Antiqua" w:hAnsi="Book Antiqua"/>
          <w:lang w:val="es-PR"/>
        </w:rPr>
        <w:t>5</w:t>
      </w:r>
      <w:r w:rsidRPr="00E47C79">
        <w:rPr>
          <w:rFonts w:ascii="Book Antiqua" w:hAnsi="Book Antiqua"/>
          <w:lang w:val="es-PR"/>
        </w:rPr>
        <w:t xml:space="preserve">. Surcando La Historia Inc.  </w:t>
      </w:r>
      <w:r w:rsidR="00CF159C" w:rsidRPr="00E47C79">
        <w:rPr>
          <w:rFonts w:ascii="Book Antiqua" w:hAnsi="Book Antiqua"/>
          <w:lang w:val="es-PR"/>
        </w:rPr>
        <w:tab/>
      </w:r>
      <w:r w:rsidRPr="00026520">
        <w:rPr>
          <w:rFonts w:ascii="Book Antiqua" w:hAnsi="Book Antiqua"/>
          <w:lang w:val="es-ES"/>
        </w:rPr>
        <w:t xml:space="preserve">$3,000.00  </w:t>
      </w:r>
    </w:p>
    <w:p w14:paraId="5118E83A" w14:textId="0CCF8697"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54</w:t>
      </w:r>
      <w:r w:rsidR="00E10572" w:rsidRPr="00E47C79">
        <w:rPr>
          <w:rFonts w:ascii="Book Antiqua" w:hAnsi="Book Antiqua"/>
          <w:lang w:val="es-PR"/>
        </w:rPr>
        <w:t>6</w:t>
      </w:r>
      <w:r w:rsidRPr="00E47C79">
        <w:rPr>
          <w:rFonts w:ascii="Book Antiqua" w:hAnsi="Book Antiqua"/>
          <w:lang w:val="es-PR"/>
        </w:rPr>
        <w:t xml:space="preserve">. Taller Educativo Cultural y Base </w:t>
      </w:r>
      <w:proofErr w:type="gramStart"/>
      <w:r w:rsidRPr="00E47C79">
        <w:rPr>
          <w:rFonts w:ascii="Book Antiqua" w:hAnsi="Book Antiqua"/>
          <w:lang w:val="es-PR"/>
        </w:rPr>
        <w:t xml:space="preserve">Social  </w:t>
      </w:r>
      <w:r w:rsidR="00CF159C" w:rsidRPr="00E47C79">
        <w:rPr>
          <w:rFonts w:ascii="Book Antiqua" w:hAnsi="Book Antiqua"/>
          <w:lang w:val="es-PR"/>
        </w:rPr>
        <w:tab/>
      </w:r>
      <w:proofErr w:type="gramEnd"/>
      <w:r w:rsidRPr="00E47C79">
        <w:rPr>
          <w:rFonts w:ascii="Book Antiqua" w:hAnsi="Book Antiqua"/>
          <w:lang w:val="es-PR"/>
        </w:rPr>
        <w:t xml:space="preserve">$3,000.00  </w:t>
      </w:r>
    </w:p>
    <w:p w14:paraId="4391CCFD" w14:textId="7450C808"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54</w:t>
      </w:r>
      <w:r w:rsidR="00E10572" w:rsidRPr="00E47C79">
        <w:rPr>
          <w:rFonts w:ascii="Book Antiqua" w:hAnsi="Book Antiqua"/>
          <w:lang w:val="es-PR"/>
        </w:rPr>
        <w:t>7</w:t>
      </w:r>
      <w:r w:rsidRPr="00E47C79">
        <w:rPr>
          <w:rFonts w:ascii="Book Antiqua" w:hAnsi="Book Antiqua"/>
          <w:lang w:val="es-PR"/>
        </w:rPr>
        <w:t xml:space="preserve">. Taller Industrial para Personas con Impedimentos </w:t>
      </w:r>
      <w:proofErr w:type="gramStart"/>
      <w:r w:rsidRPr="00E47C79">
        <w:rPr>
          <w:rFonts w:ascii="Book Antiqua" w:hAnsi="Book Antiqua"/>
          <w:lang w:val="es-PR"/>
        </w:rPr>
        <w:t xml:space="preserve">Coamo  </w:t>
      </w:r>
      <w:r w:rsidR="00CF159C" w:rsidRPr="00E47C79">
        <w:rPr>
          <w:rFonts w:ascii="Book Antiqua" w:hAnsi="Book Antiqua"/>
          <w:lang w:val="es-PR"/>
        </w:rPr>
        <w:tab/>
      </w:r>
      <w:proofErr w:type="gramEnd"/>
      <w:r w:rsidRPr="00E47C79">
        <w:rPr>
          <w:rFonts w:ascii="Book Antiqua" w:hAnsi="Book Antiqua"/>
          <w:lang w:val="es-PR"/>
        </w:rPr>
        <w:t xml:space="preserve">$25,000.00  </w:t>
      </w:r>
    </w:p>
    <w:p w14:paraId="4B71F088" w14:textId="3756F026" w:rsidR="003659B9" w:rsidRPr="00E47C79" w:rsidRDefault="003659B9" w:rsidP="007B793F">
      <w:pPr>
        <w:tabs>
          <w:tab w:val="decimal" w:pos="8280"/>
        </w:tabs>
        <w:rPr>
          <w:rFonts w:ascii="Book Antiqua" w:hAnsi="Book Antiqua"/>
          <w:lang w:val="it-IT"/>
        </w:rPr>
      </w:pPr>
      <w:r w:rsidRPr="00E47C79">
        <w:rPr>
          <w:rFonts w:ascii="Book Antiqua" w:hAnsi="Book Antiqua"/>
          <w:lang w:val="es-PR"/>
        </w:rPr>
        <w:t>54</w:t>
      </w:r>
      <w:r w:rsidR="00E10572" w:rsidRPr="00E47C79">
        <w:rPr>
          <w:rFonts w:ascii="Book Antiqua" w:hAnsi="Book Antiqua"/>
          <w:lang w:val="es-PR"/>
        </w:rPr>
        <w:t>8</w:t>
      </w:r>
      <w:r w:rsidRPr="00E47C79">
        <w:rPr>
          <w:rFonts w:ascii="Book Antiqua" w:hAnsi="Book Antiqua"/>
          <w:lang w:val="es-PR"/>
        </w:rPr>
        <w:t xml:space="preserve">. Taller Salud, Inc. </w:t>
      </w:r>
      <w:r w:rsidR="00CF159C" w:rsidRPr="00E47C79">
        <w:rPr>
          <w:rFonts w:ascii="Book Antiqua" w:hAnsi="Book Antiqua"/>
          <w:lang w:val="es-PR"/>
        </w:rPr>
        <w:tab/>
      </w:r>
      <w:r w:rsidRPr="00E47C79">
        <w:rPr>
          <w:rFonts w:ascii="Book Antiqua" w:hAnsi="Book Antiqua"/>
          <w:lang w:val="it-IT"/>
        </w:rPr>
        <w:t xml:space="preserve">$5,000.00  </w:t>
      </w:r>
    </w:p>
    <w:p w14:paraId="6D257D73" w14:textId="32CF2471" w:rsidR="003659B9" w:rsidRPr="00E47C79" w:rsidRDefault="003659B9" w:rsidP="007B793F">
      <w:pPr>
        <w:tabs>
          <w:tab w:val="decimal" w:pos="8280"/>
        </w:tabs>
        <w:rPr>
          <w:rFonts w:ascii="Book Antiqua" w:hAnsi="Book Antiqua"/>
          <w:lang w:val="it-IT"/>
        </w:rPr>
      </w:pPr>
      <w:r w:rsidRPr="00E47C79">
        <w:rPr>
          <w:rFonts w:ascii="Book Antiqua" w:hAnsi="Book Antiqua"/>
          <w:lang w:val="it-IT"/>
        </w:rPr>
        <w:t>5</w:t>
      </w:r>
      <w:r w:rsidR="00E10572" w:rsidRPr="00E47C79">
        <w:rPr>
          <w:rFonts w:ascii="Book Antiqua" w:hAnsi="Book Antiqua"/>
          <w:lang w:val="it-IT"/>
        </w:rPr>
        <w:t>49</w:t>
      </w:r>
      <w:r w:rsidRPr="00E47C79">
        <w:rPr>
          <w:rFonts w:ascii="Book Antiqua" w:hAnsi="Book Antiqua"/>
          <w:lang w:val="it-IT"/>
        </w:rPr>
        <w:t xml:space="preserve">. Teatro Aragua, Inc.  </w:t>
      </w:r>
      <w:r w:rsidR="00CF159C" w:rsidRPr="00E47C79">
        <w:rPr>
          <w:rFonts w:ascii="Book Antiqua" w:hAnsi="Book Antiqua"/>
          <w:lang w:val="it-IT"/>
        </w:rPr>
        <w:tab/>
      </w:r>
      <w:r w:rsidRPr="00E47C79">
        <w:rPr>
          <w:rFonts w:ascii="Book Antiqua" w:hAnsi="Book Antiqua"/>
          <w:lang w:val="it-IT"/>
        </w:rPr>
        <w:t xml:space="preserve">$5,000.00  </w:t>
      </w:r>
    </w:p>
    <w:p w14:paraId="524AA222" w14:textId="28E653B4"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5</w:t>
      </w:r>
      <w:r w:rsidR="00E10572" w:rsidRPr="00E47C79">
        <w:rPr>
          <w:rFonts w:ascii="Book Antiqua" w:hAnsi="Book Antiqua"/>
          <w:lang w:val="es-PR"/>
        </w:rPr>
        <w:t>50</w:t>
      </w:r>
      <w:r w:rsidRPr="00E47C79">
        <w:rPr>
          <w:rFonts w:ascii="Book Antiqua" w:hAnsi="Book Antiqua"/>
          <w:lang w:val="es-PR"/>
        </w:rPr>
        <w:t xml:space="preserve">. Teatro Bravo, Inc. </w:t>
      </w:r>
      <w:r w:rsidR="00CF159C" w:rsidRPr="00E47C79">
        <w:rPr>
          <w:rFonts w:ascii="Book Antiqua" w:hAnsi="Book Antiqua"/>
          <w:lang w:val="es-PR"/>
        </w:rPr>
        <w:tab/>
      </w:r>
      <w:r w:rsidRPr="00E47C79">
        <w:rPr>
          <w:rFonts w:ascii="Book Antiqua" w:hAnsi="Book Antiqua"/>
          <w:lang w:val="es-PR"/>
        </w:rPr>
        <w:t xml:space="preserve">$3,000.00  </w:t>
      </w:r>
    </w:p>
    <w:p w14:paraId="143AC7D9" w14:textId="766AE1B3"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55</w:t>
      </w:r>
      <w:r w:rsidR="00E10572" w:rsidRPr="00E47C79">
        <w:rPr>
          <w:rFonts w:ascii="Book Antiqua" w:hAnsi="Book Antiqua"/>
          <w:lang w:val="es-PR"/>
        </w:rPr>
        <w:t>1</w:t>
      </w:r>
      <w:r w:rsidRPr="00E47C79">
        <w:rPr>
          <w:rFonts w:ascii="Book Antiqua" w:hAnsi="Book Antiqua"/>
          <w:lang w:val="es-PR"/>
        </w:rPr>
        <w:t xml:space="preserve">. Teatro de Impacto </w:t>
      </w:r>
      <w:proofErr w:type="spellStart"/>
      <w:r w:rsidRPr="00E47C79">
        <w:rPr>
          <w:rFonts w:ascii="Book Antiqua" w:hAnsi="Book Antiqua"/>
          <w:lang w:val="es-PR"/>
        </w:rPr>
        <w:t>Nefesh</w:t>
      </w:r>
      <w:proofErr w:type="spellEnd"/>
      <w:r w:rsidRPr="00E47C79">
        <w:rPr>
          <w:rFonts w:ascii="Book Antiqua" w:hAnsi="Book Antiqua"/>
          <w:lang w:val="es-PR"/>
        </w:rPr>
        <w:t xml:space="preserve"> </w:t>
      </w:r>
      <w:r w:rsidR="00CF159C" w:rsidRPr="00E47C79">
        <w:rPr>
          <w:rFonts w:ascii="Book Antiqua" w:hAnsi="Book Antiqua"/>
          <w:lang w:val="es-PR"/>
        </w:rPr>
        <w:tab/>
      </w:r>
      <w:r w:rsidRPr="00E47C79">
        <w:rPr>
          <w:rFonts w:ascii="Book Antiqua" w:hAnsi="Book Antiqua"/>
          <w:lang w:val="es-PR"/>
        </w:rPr>
        <w:t xml:space="preserve">$3,000.00  </w:t>
      </w:r>
    </w:p>
    <w:p w14:paraId="2E118CFA" w14:textId="1FD63C90"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55</w:t>
      </w:r>
      <w:r w:rsidR="00E10572" w:rsidRPr="00E47C79">
        <w:rPr>
          <w:rFonts w:ascii="Book Antiqua" w:hAnsi="Book Antiqua"/>
          <w:lang w:val="es-PR"/>
        </w:rPr>
        <w:t>2</w:t>
      </w:r>
      <w:r w:rsidRPr="00E47C79">
        <w:rPr>
          <w:rFonts w:ascii="Book Antiqua" w:hAnsi="Book Antiqua"/>
          <w:lang w:val="es-PR"/>
        </w:rPr>
        <w:t xml:space="preserve">. Techno </w:t>
      </w:r>
      <w:proofErr w:type="spellStart"/>
      <w:r w:rsidRPr="00E47C79">
        <w:rPr>
          <w:rFonts w:ascii="Book Antiqua" w:hAnsi="Book Antiqua"/>
          <w:lang w:val="es-PR"/>
        </w:rPr>
        <w:t>Inventors</w:t>
      </w:r>
      <w:proofErr w:type="spellEnd"/>
      <w:r w:rsidRPr="00E47C79">
        <w:rPr>
          <w:rFonts w:ascii="Book Antiqua" w:hAnsi="Book Antiqua"/>
          <w:lang w:val="es-PR"/>
        </w:rPr>
        <w:t xml:space="preserve">, Inc.  </w:t>
      </w:r>
      <w:r w:rsidR="00CF159C" w:rsidRPr="00E47C79">
        <w:rPr>
          <w:rFonts w:ascii="Book Antiqua" w:hAnsi="Book Antiqua"/>
          <w:lang w:val="es-PR"/>
        </w:rPr>
        <w:tab/>
      </w:r>
      <w:r w:rsidRPr="00E47C79">
        <w:rPr>
          <w:rFonts w:ascii="Book Antiqua" w:hAnsi="Book Antiqua"/>
          <w:lang w:val="es-PR"/>
        </w:rPr>
        <w:t xml:space="preserve">$80,000.00  </w:t>
      </w:r>
    </w:p>
    <w:p w14:paraId="725A0EAF" w14:textId="7E92510C"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55</w:t>
      </w:r>
      <w:r w:rsidR="00E10572" w:rsidRPr="00E47C79">
        <w:rPr>
          <w:rFonts w:ascii="Book Antiqua" w:hAnsi="Book Antiqua"/>
          <w:lang w:val="es-PR"/>
        </w:rPr>
        <w:t>3</w:t>
      </w:r>
      <w:r w:rsidRPr="00E47C79">
        <w:rPr>
          <w:rFonts w:ascii="Book Antiqua" w:hAnsi="Book Antiqua"/>
          <w:lang w:val="es-PR"/>
        </w:rPr>
        <w:t xml:space="preserve">. Techos </w:t>
      </w:r>
      <w:proofErr w:type="spellStart"/>
      <w:r w:rsidRPr="00E47C79">
        <w:rPr>
          <w:rFonts w:ascii="Book Antiqua" w:hAnsi="Book Antiqua"/>
          <w:lang w:val="es-PR"/>
        </w:rPr>
        <w:t>Pa</w:t>
      </w:r>
      <w:proofErr w:type="spellEnd"/>
      <w:r w:rsidRPr="00E47C79">
        <w:rPr>
          <w:rFonts w:ascii="Book Antiqua" w:hAnsi="Book Antiqua"/>
          <w:lang w:val="es-PR"/>
        </w:rPr>
        <w:t xml:space="preserve">' Mi Gente - TPMG </w:t>
      </w:r>
      <w:proofErr w:type="spellStart"/>
      <w:r w:rsidRPr="00E47C79">
        <w:rPr>
          <w:rFonts w:ascii="Book Antiqua" w:hAnsi="Book Antiqua"/>
          <w:lang w:val="es-PR"/>
        </w:rPr>
        <w:t>Corp</w:t>
      </w:r>
      <w:proofErr w:type="spellEnd"/>
      <w:r w:rsidRPr="00E47C79">
        <w:rPr>
          <w:rFonts w:ascii="Book Antiqua" w:hAnsi="Book Antiqua"/>
          <w:lang w:val="es-PR"/>
        </w:rPr>
        <w:t xml:space="preserve"> </w:t>
      </w:r>
      <w:r w:rsidR="00CF159C" w:rsidRPr="00E47C79">
        <w:rPr>
          <w:rFonts w:ascii="Book Antiqua" w:hAnsi="Book Antiqua"/>
          <w:lang w:val="es-PR"/>
        </w:rPr>
        <w:tab/>
      </w:r>
      <w:r w:rsidRPr="00E47C79">
        <w:rPr>
          <w:rFonts w:ascii="Book Antiqua" w:hAnsi="Book Antiqua"/>
          <w:lang w:val="es-PR"/>
        </w:rPr>
        <w:t xml:space="preserve"> $5,000.00  </w:t>
      </w:r>
    </w:p>
    <w:p w14:paraId="03F254CD" w14:textId="753A34EC" w:rsidR="003659B9" w:rsidRPr="00E47C79" w:rsidRDefault="003659B9" w:rsidP="007B793F">
      <w:pPr>
        <w:tabs>
          <w:tab w:val="decimal" w:pos="8280"/>
        </w:tabs>
        <w:rPr>
          <w:rFonts w:ascii="Book Antiqua" w:hAnsi="Book Antiqua"/>
        </w:rPr>
      </w:pPr>
      <w:r w:rsidRPr="00E47C79">
        <w:rPr>
          <w:rFonts w:ascii="Book Antiqua" w:hAnsi="Book Antiqua"/>
          <w:lang w:val="es-PR"/>
        </w:rPr>
        <w:t>55</w:t>
      </w:r>
      <w:r w:rsidR="00E10572" w:rsidRPr="00E47C79">
        <w:rPr>
          <w:rFonts w:ascii="Book Antiqua" w:hAnsi="Book Antiqua"/>
          <w:lang w:val="es-PR"/>
        </w:rPr>
        <w:t>4</w:t>
      </w:r>
      <w:r w:rsidRPr="00E47C79">
        <w:rPr>
          <w:rFonts w:ascii="Book Antiqua" w:hAnsi="Book Antiqua"/>
          <w:lang w:val="es-PR"/>
        </w:rPr>
        <w:t xml:space="preserve">. </w:t>
      </w:r>
      <w:proofErr w:type="spellStart"/>
      <w:r w:rsidRPr="00E47C79">
        <w:rPr>
          <w:rFonts w:ascii="Book Antiqua" w:hAnsi="Book Antiqua"/>
          <w:lang w:val="es-PR"/>
        </w:rPr>
        <w:t>Teen</w:t>
      </w:r>
      <w:proofErr w:type="spellEnd"/>
      <w:r w:rsidRPr="00E47C79">
        <w:rPr>
          <w:rFonts w:ascii="Book Antiqua" w:hAnsi="Book Antiqua"/>
          <w:lang w:val="es-PR"/>
        </w:rPr>
        <w:t xml:space="preserve"> </w:t>
      </w:r>
      <w:proofErr w:type="spellStart"/>
      <w:r w:rsidRPr="00E47C79">
        <w:rPr>
          <w:rFonts w:ascii="Book Antiqua" w:hAnsi="Book Antiqua"/>
          <w:lang w:val="es-PR"/>
        </w:rPr>
        <w:t>Challenge</w:t>
      </w:r>
      <w:proofErr w:type="spellEnd"/>
      <w:r w:rsidRPr="00E47C79">
        <w:rPr>
          <w:rFonts w:ascii="Book Antiqua" w:hAnsi="Book Antiqua"/>
          <w:lang w:val="es-PR"/>
        </w:rPr>
        <w:t xml:space="preserve"> de Puerto Rico, Inc. </w:t>
      </w:r>
      <w:r w:rsidR="00CF159C" w:rsidRPr="00E47C79">
        <w:rPr>
          <w:rFonts w:ascii="Book Antiqua" w:hAnsi="Book Antiqua"/>
          <w:lang w:val="es-PR"/>
        </w:rPr>
        <w:tab/>
      </w:r>
      <w:r w:rsidRPr="00E47C79">
        <w:rPr>
          <w:rFonts w:ascii="Book Antiqua" w:hAnsi="Book Antiqua"/>
          <w:lang w:val="es-PR"/>
        </w:rPr>
        <w:t xml:space="preserve"> </w:t>
      </w:r>
      <w:r w:rsidRPr="00E47C79">
        <w:rPr>
          <w:rFonts w:ascii="Book Antiqua" w:hAnsi="Book Antiqua"/>
        </w:rPr>
        <w:t xml:space="preserve">$30,000.00  </w:t>
      </w:r>
    </w:p>
    <w:p w14:paraId="02ABEE74" w14:textId="76AA9CE6" w:rsidR="003659B9" w:rsidRPr="00E47C79" w:rsidRDefault="003659B9" w:rsidP="007B793F">
      <w:pPr>
        <w:tabs>
          <w:tab w:val="decimal" w:pos="8280"/>
        </w:tabs>
        <w:rPr>
          <w:rFonts w:ascii="Book Antiqua" w:hAnsi="Book Antiqua"/>
        </w:rPr>
      </w:pPr>
      <w:r w:rsidRPr="00E47C79">
        <w:rPr>
          <w:rFonts w:ascii="Book Antiqua" w:hAnsi="Book Antiqua"/>
        </w:rPr>
        <w:t>55</w:t>
      </w:r>
      <w:r w:rsidR="00E10572" w:rsidRPr="00E47C79">
        <w:rPr>
          <w:rFonts w:ascii="Book Antiqua" w:hAnsi="Book Antiqua"/>
        </w:rPr>
        <w:t>5</w:t>
      </w:r>
      <w:r w:rsidRPr="00E47C79">
        <w:rPr>
          <w:rFonts w:ascii="Book Antiqua" w:hAnsi="Book Antiqua"/>
        </w:rPr>
        <w:t xml:space="preserve">. The Blue Brothers Police Softball Team Inc.  </w:t>
      </w:r>
      <w:r w:rsidR="00CF159C" w:rsidRPr="00E47C79">
        <w:rPr>
          <w:rFonts w:ascii="Book Antiqua" w:hAnsi="Book Antiqua"/>
        </w:rPr>
        <w:tab/>
      </w:r>
      <w:r w:rsidRPr="00E47C79">
        <w:rPr>
          <w:rFonts w:ascii="Book Antiqua" w:hAnsi="Book Antiqua"/>
        </w:rPr>
        <w:t xml:space="preserve">$5,000.00  </w:t>
      </w:r>
    </w:p>
    <w:p w14:paraId="18E7918A" w14:textId="088C6555" w:rsidR="003659B9" w:rsidRPr="00E47C79" w:rsidRDefault="003659B9" w:rsidP="007B793F">
      <w:pPr>
        <w:tabs>
          <w:tab w:val="decimal" w:pos="8280"/>
        </w:tabs>
        <w:rPr>
          <w:rFonts w:ascii="Book Antiqua" w:hAnsi="Book Antiqua"/>
        </w:rPr>
      </w:pPr>
      <w:r w:rsidRPr="00E47C79">
        <w:rPr>
          <w:rFonts w:ascii="Book Antiqua" w:hAnsi="Book Antiqua"/>
        </w:rPr>
        <w:t>55</w:t>
      </w:r>
      <w:r w:rsidR="00E10572" w:rsidRPr="00E47C79">
        <w:rPr>
          <w:rFonts w:ascii="Book Antiqua" w:hAnsi="Book Antiqua"/>
        </w:rPr>
        <w:t>6</w:t>
      </w:r>
      <w:r w:rsidRPr="00E47C79">
        <w:rPr>
          <w:rFonts w:ascii="Book Antiqua" w:hAnsi="Book Antiqua"/>
        </w:rPr>
        <w:t xml:space="preserve">. The Jane Stern Dorado Community Library </w:t>
      </w:r>
      <w:r w:rsidR="00CF159C" w:rsidRPr="00E47C79">
        <w:rPr>
          <w:rFonts w:ascii="Book Antiqua" w:hAnsi="Book Antiqua"/>
        </w:rPr>
        <w:tab/>
      </w:r>
      <w:r w:rsidRPr="00E47C79">
        <w:rPr>
          <w:rFonts w:ascii="Book Antiqua" w:hAnsi="Book Antiqua"/>
        </w:rPr>
        <w:t xml:space="preserve">$10,000.00  </w:t>
      </w:r>
    </w:p>
    <w:p w14:paraId="06C713DC" w14:textId="73488045" w:rsidR="003659B9" w:rsidRPr="00E47C79" w:rsidRDefault="003659B9" w:rsidP="007B793F">
      <w:pPr>
        <w:tabs>
          <w:tab w:val="decimal" w:pos="8280"/>
        </w:tabs>
        <w:rPr>
          <w:rFonts w:ascii="Book Antiqua" w:hAnsi="Book Antiqua"/>
        </w:rPr>
      </w:pPr>
      <w:r w:rsidRPr="00E47C79">
        <w:rPr>
          <w:rFonts w:ascii="Book Antiqua" w:hAnsi="Book Antiqua"/>
        </w:rPr>
        <w:t>55</w:t>
      </w:r>
      <w:r w:rsidR="00E10572" w:rsidRPr="00E47C79">
        <w:rPr>
          <w:rFonts w:ascii="Book Antiqua" w:hAnsi="Book Antiqua"/>
        </w:rPr>
        <w:t>7</w:t>
      </w:r>
      <w:r w:rsidRPr="00E47C79">
        <w:rPr>
          <w:rFonts w:ascii="Book Antiqua" w:hAnsi="Book Antiqua"/>
        </w:rPr>
        <w:t xml:space="preserve">. The Kingdom Christian </w:t>
      </w:r>
      <w:proofErr w:type="gramStart"/>
      <w:r w:rsidRPr="00E47C79">
        <w:rPr>
          <w:rFonts w:ascii="Book Antiqua" w:hAnsi="Book Antiqua"/>
        </w:rPr>
        <w:t xml:space="preserve">Academy  </w:t>
      </w:r>
      <w:r w:rsidR="00CF159C" w:rsidRPr="00E47C79">
        <w:rPr>
          <w:rFonts w:ascii="Book Antiqua" w:hAnsi="Book Antiqua"/>
        </w:rPr>
        <w:tab/>
      </w:r>
      <w:proofErr w:type="gramEnd"/>
      <w:r w:rsidRPr="00E47C79">
        <w:rPr>
          <w:rFonts w:ascii="Book Antiqua" w:hAnsi="Book Antiqua"/>
        </w:rPr>
        <w:t xml:space="preserve">$3,000.00  </w:t>
      </w:r>
    </w:p>
    <w:p w14:paraId="1E51964C" w14:textId="6F3F9626" w:rsidR="003659B9" w:rsidRPr="00E47C79" w:rsidRDefault="003659B9" w:rsidP="007B793F">
      <w:pPr>
        <w:tabs>
          <w:tab w:val="decimal" w:pos="8280"/>
        </w:tabs>
        <w:rPr>
          <w:rFonts w:ascii="Book Antiqua" w:hAnsi="Book Antiqua"/>
        </w:rPr>
      </w:pPr>
      <w:r w:rsidRPr="00E47C79">
        <w:rPr>
          <w:rFonts w:ascii="Book Antiqua" w:hAnsi="Book Antiqua"/>
        </w:rPr>
        <w:t>55</w:t>
      </w:r>
      <w:r w:rsidR="00E10572" w:rsidRPr="00E47C79">
        <w:rPr>
          <w:rFonts w:ascii="Book Antiqua" w:hAnsi="Book Antiqua"/>
        </w:rPr>
        <w:t>8</w:t>
      </w:r>
      <w:r w:rsidRPr="00E47C79">
        <w:rPr>
          <w:rFonts w:ascii="Book Antiqua" w:hAnsi="Book Antiqua"/>
        </w:rPr>
        <w:t xml:space="preserve">. The Lunas Project </w:t>
      </w:r>
      <w:r w:rsidR="00CF159C" w:rsidRPr="00E47C79">
        <w:rPr>
          <w:rFonts w:ascii="Book Antiqua" w:hAnsi="Book Antiqua"/>
        </w:rPr>
        <w:tab/>
      </w:r>
      <w:r w:rsidRPr="00E47C79">
        <w:rPr>
          <w:rFonts w:ascii="Book Antiqua" w:hAnsi="Book Antiqua"/>
        </w:rPr>
        <w:t xml:space="preserve">$3,000.00  </w:t>
      </w:r>
    </w:p>
    <w:p w14:paraId="3AFF9E01" w14:textId="11870346" w:rsidR="003659B9" w:rsidRPr="00E47C79" w:rsidRDefault="003659B9" w:rsidP="007B793F">
      <w:pPr>
        <w:tabs>
          <w:tab w:val="decimal" w:pos="8280"/>
        </w:tabs>
        <w:rPr>
          <w:rFonts w:ascii="Book Antiqua" w:hAnsi="Book Antiqua"/>
        </w:rPr>
      </w:pPr>
      <w:r w:rsidRPr="00E47C79">
        <w:rPr>
          <w:rFonts w:ascii="Book Antiqua" w:hAnsi="Book Antiqua"/>
        </w:rPr>
        <w:t>5</w:t>
      </w:r>
      <w:r w:rsidR="00E10572" w:rsidRPr="00E47C79">
        <w:rPr>
          <w:rFonts w:ascii="Book Antiqua" w:hAnsi="Book Antiqua"/>
        </w:rPr>
        <w:t>59</w:t>
      </w:r>
      <w:r w:rsidRPr="00E47C79">
        <w:rPr>
          <w:rFonts w:ascii="Book Antiqua" w:hAnsi="Book Antiqua"/>
        </w:rPr>
        <w:t xml:space="preserve">. The Salvation </w:t>
      </w:r>
      <w:proofErr w:type="gramStart"/>
      <w:r w:rsidRPr="00E47C79">
        <w:rPr>
          <w:rFonts w:ascii="Book Antiqua" w:hAnsi="Book Antiqua"/>
        </w:rPr>
        <w:t xml:space="preserve">Army  </w:t>
      </w:r>
      <w:r w:rsidR="00CF159C" w:rsidRPr="00E47C79">
        <w:rPr>
          <w:rFonts w:ascii="Book Antiqua" w:hAnsi="Book Antiqua"/>
        </w:rPr>
        <w:tab/>
      </w:r>
      <w:proofErr w:type="gramEnd"/>
      <w:r w:rsidRPr="00E47C79">
        <w:rPr>
          <w:rFonts w:ascii="Book Antiqua" w:hAnsi="Book Antiqua"/>
        </w:rPr>
        <w:t xml:space="preserve">$250,000.00  </w:t>
      </w:r>
    </w:p>
    <w:p w14:paraId="7B5D4F45" w14:textId="13082908" w:rsidR="003659B9" w:rsidRPr="00E47C79" w:rsidRDefault="003659B9" w:rsidP="007B793F">
      <w:pPr>
        <w:tabs>
          <w:tab w:val="decimal" w:pos="8280"/>
        </w:tabs>
        <w:rPr>
          <w:rFonts w:ascii="Book Antiqua" w:hAnsi="Book Antiqua"/>
        </w:rPr>
      </w:pPr>
      <w:r w:rsidRPr="00E47C79">
        <w:rPr>
          <w:rFonts w:ascii="Book Antiqua" w:hAnsi="Book Antiqua"/>
        </w:rPr>
        <w:t>56</w:t>
      </w:r>
      <w:r w:rsidR="00E10572" w:rsidRPr="00E47C79">
        <w:rPr>
          <w:rFonts w:ascii="Book Antiqua" w:hAnsi="Book Antiqua"/>
        </w:rPr>
        <w:t>0</w:t>
      </w:r>
      <w:r w:rsidRPr="00E47C79">
        <w:rPr>
          <w:rFonts w:ascii="Book Antiqua" w:hAnsi="Book Antiqua"/>
        </w:rPr>
        <w:t xml:space="preserve">. The Vieques Conservation and Historical </w:t>
      </w:r>
      <w:proofErr w:type="gramStart"/>
      <w:r w:rsidRPr="00E47C79">
        <w:rPr>
          <w:rFonts w:ascii="Book Antiqua" w:hAnsi="Book Antiqua"/>
        </w:rPr>
        <w:t xml:space="preserve">Trust  </w:t>
      </w:r>
      <w:r w:rsidR="00CF159C" w:rsidRPr="00E47C79">
        <w:rPr>
          <w:rFonts w:ascii="Book Antiqua" w:hAnsi="Book Antiqua"/>
        </w:rPr>
        <w:tab/>
      </w:r>
      <w:proofErr w:type="gramEnd"/>
      <w:r w:rsidRPr="00E47C79">
        <w:rPr>
          <w:rFonts w:ascii="Book Antiqua" w:hAnsi="Book Antiqua"/>
        </w:rPr>
        <w:t xml:space="preserve">$40,000.00  </w:t>
      </w:r>
    </w:p>
    <w:p w14:paraId="45B71223" w14:textId="0EA2D8A6" w:rsidR="003659B9" w:rsidRPr="00E47C79" w:rsidRDefault="003659B9" w:rsidP="007B793F">
      <w:pPr>
        <w:tabs>
          <w:tab w:val="decimal" w:pos="8280"/>
        </w:tabs>
        <w:rPr>
          <w:rFonts w:ascii="Book Antiqua" w:hAnsi="Book Antiqua"/>
        </w:rPr>
      </w:pPr>
      <w:r w:rsidRPr="00E47C79">
        <w:rPr>
          <w:rFonts w:ascii="Book Antiqua" w:hAnsi="Book Antiqua"/>
        </w:rPr>
        <w:t>56</w:t>
      </w:r>
      <w:r w:rsidR="00E10572" w:rsidRPr="00E47C79">
        <w:rPr>
          <w:rFonts w:ascii="Book Antiqua" w:hAnsi="Book Antiqua"/>
        </w:rPr>
        <w:t>1</w:t>
      </w:r>
      <w:r w:rsidRPr="00E47C79">
        <w:rPr>
          <w:rFonts w:ascii="Book Antiqua" w:hAnsi="Book Antiqua"/>
        </w:rPr>
        <w:t xml:space="preserve">. </w:t>
      </w:r>
      <w:proofErr w:type="gramStart"/>
      <w:r w:rsidRPr="00E47C79">
        <w:rPr>
          <w:rFonts w:ascii="Book Antiqua" w:hAnsi="Book Antiqua"/>
        </w:rPr>
        <w:t>The Youth</w:t>
      </w:r>
      <w:proofErr w:type="gramEnd"/>
      <w:r w:rsidRPr="00E47C79">
        <w:rPr>
          <w:rFonts w:ascii="Book Antiqua" w:hAnsi="Book Antiqua"/>
        </w:rPr>
        <w:t xml:space="preserve"> Corner and Community Services Inc.  </w:t>
      </w:r>
      <w:r w:rsidR="00CF159C" w:rsidRPr="00E47C79">
        <w:rPr>
          <w:rFonts w:ascii="Book Antiqua" w:hAnsi="Book Antiqua"/>
        </w:rPr>
        <w:tab/>
      </w:r>
      <w:r w:rsidRPr="00E47C79">
        <w:rPr>
          <w:rFonts w:ascii="Book Antiqua" w:hAnsi="Book Antiqua"/>
        </w:rPr>
        <w:t xml:space="preserve">$10,000.00  </w:t>
      </w:r>
    </w:p>
    <w:p w14:paraId="1B3F9D29" w14:textId="68F4407A" w:rsidR="003659B9" w:rsidRPr="00E47C79" w:rsidRDefault="003659B9" w:rsidP="007B793F">
      <w:pPr>
        <w:tabs>
          <w:tab w:val="decimal" w:pos="8280"/>
        </w:tabs>
        <w:rPr>
          <w:rFonts w:ascii="Book Antiqua" w:hAnsi="Book Antiqua"/>
        </w:rPr>
      </w:pPr>
      <w:r w:rsidRPr="00E47C79">
        <w:rPr>
          <w:rFonts w:ascii="Book Antiqua" w:hAnsi="Book Antiqua"/>
        </w:rPr>
        <w:t>56</w:t>
      </w:r>
      <w:r w:rsidR="00E10572" w:rsidRPr="00E47C79">
        <w:rPr>
          <w:rFonts w:ascii="Book Antiqua" w:hAnsi="Book Antiqua"/>
        </w:rPr>
        <w:t>2</w:t>
      </w:r>
      <w:r w:rsidRPr="00E47C79">
        <w:rPr>
          <w:rFonts w:ascii="Book Antiqua" w:hAnsi="Book Antiqua"/>
        </w:rPr>
        <w:t xml:space="preserve">. Therapy &amp; Family Counseling, Corp.  </w:t>
      </w:r>
      <w:r w:rsidR="00CF159C" w:rsidRPr="00E47C79">
        <w:rPr>
          <w:rFonts w:ascii="Book Antiqua" w:hAnsi="Book Antiqua"/>
        </w:rPr>
        <w:tab/>
      </w:r>
      <w:r w:rsidRPr="00E47C79">
        <w:rPr>
          <w:rFonts w:ascii="Book Antiqua" w:hAnsi="Book Antiqua"/>
        </w:rPr>
        <w:t xml:space="preserve">$97,000.00  </w:t>
      </w:r>
    </w:p>
    <w:p w14:paraId="727CFC91" w14:textId="10B3A237" w:rsidR="003659B9" w:rsidRPr="00E47C79" w:rsidRDefault="003659B9" w:rsidP="007B793F">
      <w:pPr>
        <w:tabs>
          <w:tab w:val="decimal" w:pos="8280"/>
        </w:tabs>
        <w:rPr>
          <w:rFonts w:ascii="Book Antiqua" w:hAnsi="Book Antiqua"/>
          <w:lang w:val="es-ES"/>
        </w:rPr>
      </w:pPr>
      <w:r w:rsidRPr="00E47C79">
        <w:rPr>
          <w:rFonts w:ascii="Book Antiqua" w:hAnsi="Book Antiqua"/>
        </w:rPr>
        <w:t>56</w:t>
      </w:r>
      <w:r w:rsidR="00E10572" w:rsidRPr="00E47C79">
        <w:rPr>
          <w:rFonts w:ascii="Book Antiqua" w:hAnsi="Book Antiqua"/>
        </w:rPr>
        <w:t>3</w:t>
      </w:r>
      <w:r w:rsidRPr="00E47C79">
        <w:rPr>
          <w:rFonts w:ascii="Book Antiqua" w:hAnsi="Book Antiqua"/>
        </w:rPr>
        <w:t xml:space="preserve">. TITI Millie Day Care, Inc.  </w:t>
      </w:r>
      <w:r w:rsidR="00CF159C" w:rsidRPr="00E47C79">
        <w:rPr>
          <w:rFonts w:ascii="Book Antiqua" w:hAnsi="Book Antiqua"/>
        </w:rPr>
        <w:tab/>
      </w:r>
      <w:r w:rsidRPr="00E47C79">
        <w:rPr>
          <w:rFonts w:ascii="Book Antiqua" w:hAnsi="Book Antiqua"/>
          <w:lang w:val="es-ES"/>
        </w:rPr>
        <w:t xml:space="preserve">$3,000.00  </w:t>
      </w:r>
    </w:p>
    <w:p w14:paraId="3FF23C3D" w14:textId="2785D4C8" w:rsidR="003659B9" w:rsidRPr="00E47C79" w:rsidRDefault="003659B9" w:rsidP="007B793F">
      <w:pPr>
        <w:tabs>
          <w:tab w:val="decimal" w:pos="8280"/>
        </w:tabs>
        <w:rPr>
          <w:rFonts w:ascii="Book Antiqua" w:hAnsi="Book Antiqua"/>
          <w:lang w:val="es-ES"/>
        </w:rPr>
      </w:pPr>
      <w:r w:rsidRPr="00E47C79">
        <w:rPr>
          <w:rFonts w:ascii="Book Antiqua" w:hAnsi="Book Antiqua"/>
          <w:lang w:val="es-ES"/>
        </w:rPr>
        <w:t>56</w:t>
      </w:r>
      <w:r w:rsidR="00E10572" w:rsidRPr="00E47C79">
        <w:rPr>
          <w:rFonts w:ascii="Book Antiqua" w:hAnsi="Book Antiqua"/>
          <w:lang w:val="es-ES"/>
        </w:rPr>
        <w:t>4</w:t>
      </w:r>
      <w:r w:rsidRPr="00E47C79">
        <w:rPr>
          <w:rFonts w:ascii="Book Antiqua" w:hAnsi="Book Antiqua"/>
          <w:lang w:val="es-ES"/>
        </w:rPr>
        <w:t xml:space="preserve">. Todos </w:t>
      </w:r>
      <w:proofErr w:type="spellStart"/>
      <w:r w:rsidRPr="00E47C79">
        <w:rPr>
          <w:rFonts w:ascii="Book Antiqua" w:hAnsi="Book Antiqua"/>
          <w:lang w:val="es-ES"/>
        </w:rPr>
        <w:t>Together</w:t>
      </w:r>
      <w:proofErr w:type="spellEnd"/>
      <w:r w:rsidRPr="00E47C79">
        <w:rPr>
          <w:rFonts w:ascii="Book Antiqua" w:hAnsi="Book Antiqua"/>
          <w:lang w:val="es-ES"/>
        </w:rPr>
        <w:t xml:space="preserve"> Inc.  </w:t>
      </w:r>
      <w:r w:rsidR="00CF159C" w:rsidRPr="00E47C79">
        <w:rPr>
          <w:rFonts w:ascii="Book Antiqua" w:hAnsi="Book Antiqua"/>
          <w:lang w:val="es-ES"/>
        </w:rPr>
        <w:tab/>
      </w:r>
      <w:r w:rsidRPr="00E47C79">
        <w:rPr>
          <w:rFonts w:ascii="Book Antiqua" w:hAnsi="Book Antiqua"/>
          <w:lang w:val="es-ES"/>
        </w:rPr>
        <w:t xml:space="preserve">$3,000.00  </w:t>
      </w:r>
    </w:p>
    <w:p w14:paraId="4AFDC9D9" w14:textId="52A043C7"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56</w:t>
      </w:r>
      <w:r w:rsidR="00E10572" w:rsidRPr="00E47C79">
        <w:rPr>
          <w:rFonts w:ascii="Book Antiqua" w:hAnsi="Book Antiqua"/>
          <w:lang w:val="es-PR"/>
        </w:rPr>
        <w:t>5</w:t>
      </w:r>
      <w:r w:rsidRPr="00E47C79">
        <w:rPr>
          <w:rFonts w:ascii="Book Antiqua" w:hAnsi="Book Antiqua"/>
          <w:lang w:val="es-PR"/>
        </w:rPr>
        <w:t xml:space="preserve">. Torneo Baloncesto </w:t>
      </w:r>
      <w:proofErr w:type="spellStart"/>
      <w:r w:rsidRPr="00E47C79">
        <w:rPr>
          <w:rFonts w:ascii="Book Antiqua" w:hAnsi="Book Antiqua"/>
          <w:lang w:val="es-PR"/>
        </w:rPr>
        <w:t>Interbarrios</w:t>
      </w:r>
      <w:proofErr w:type="spellEnd"/>
      <w:r w:rsidRPr="00E47C79">
        <w:rPr>
          <w:rFonts w:ascii="Book Antiqua" w:hAnsi="Book Antiqua"/>
          <w:lang w:val="es-PR"/>
        </w:rPr>
        <w:t xml:space="preserve"> </w:t>
      </w:r>
      <w:proofErr w:type="spellStart"/>
      <w:r w:rsidRPr="00E47C79">
        <w:rPr>
          <w:rFonts w:ascii="Book Antiqua" w:hAnsi="Book Antiqua"/>
          <w:lang w:val="es-PR"/>
        </w:rPr>
        <w:t>Bimbi</w:t>
      </w:r>
      <w:proofErr w:type="spellEnd"/>
      <w:r w:rsidRPr="00E47C79">
        <w:rPr>
          <w:rFonts w:ascii="Book Antiqua" w:hAnsi="Book Antiqua"/>
          <w:lang w:val="es-PR"/>
        </w:rPr>
        <w:t xml:space="preserve"> Rosas Yabucoa </w:t>
      </w:r>
      <w:r w:rsidR="00CF159C" w:rsidRPr="00E47C79">
        <w:rPr>
          <w:rFonts w:ascii="Book Antiqua" w:hAnsi="Book Antiqua"/>
          <w:lang w:val="es-PR"/>
        </w:rPr>
        <w:tab/>
      </w:r>
      <w:r w:rsidRPr="00E47C79">
        <w:rPr>
          <w:rFonts w:ascii="Book Antiqua" w:hAnsi="Book Antiqua"/>
          <w:lang w:val="es-PR"/>
        </w:rPr>
        <w:t xml:space="preserve">$3,000.00  </w:t>
      </w:r>
    </w:p>
    <w:p w14:paraId="053573EF" w14:textId="00571F25"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56</w:t>
      </w:r>
      <w:r w:rsidR="00E10572" w:rsidRPr="00E47C79">
        <w:rPr>
          <w:rFonts w:ascii="Book Antiqua" w:hAnsi="Book Antiqua"/>
          <w:lang w:val="es-PR"/>
        </w:rPr>
        <w:t>6</w:t>
      </w:r>
      <w:r w:rsidRPr="00E47C79">
        <w:rPr>
          <w:rFonts w:ascii="Book Antiqua" w:hAnsi="Book Antiqua"/>
          <w:lang w:val="es-PR"/>
        </w:rPr>
        <w:t xml:space="preserve">. Torneo Latinoamericano </w:t>
      </w:r>
      <w:proofErr w:type="gramStart"/>
      <w:r w:rsidRPr="00E47C79">
        <w:rPr>
          <w:rFonts w:ascii="Book Antiqua" w:hAnsi="Book Antiqua"/>
          <w:lang w:val="es-PR"/>
        </w:rPr>
        <w:t xml:space="preserve">Baseball  </w:t>
      </w:r>
      <w:r w:rsidR="00CF159C" w:rsidRPr="00E47C79">
        <w:rPr>
          <w:rFonts w:ascii="Book Antiqua" w:hAnsi="Book Antiqua"/>
          <w:lang w:val="es-PR"/>
        </w:rPr>
        <w:tab/>
      </w:r>
      <w:proofErr w:type="gramEnd"/>
      <w:r w:rsidRPr="00E47C79">
        <w:rPr>
          <w:rFonts w:ascii="Book Antiqua" w:hAnsi="Book Antiqua"/>
          <w:lang w:val="es-PR"/>
        </w:rPr>
        <w:t xml:space="preserve">$34,000.00  </w:t>
      </w:r>
    </w:p>
    <w:p w14:paraId="6EAD5317" w14:textId="5C68F064" w:rsidR="003659B9" w:rsidRPr="00E47C79" w:rsidRDefault="003659B9" w:rsidP="007B793F">
      <w:pPr>
        <w:tabs>
          <w:tab w:val="decimal" w:pos="8280"/>
        </w:tabs>
        <w:rPr>
          <w:rFonts w:ascii="Book Antiqua" w:hAnsi="Book Antiqua"/>
          <w:lang w:val="es-ES"/>
        </w:rPr>
      </w:pPr>
      <w:r w:rsidRPr="00E47C79">
        <w:rPr>
          <w:rFonts w:ascii="Book Antiqua" w:hAnsi="Book Antiqua"/>
          <w:lang w:val="es-PR"/>
        </w:rPr>
        <w:t>56</w:t>
      </w:r>
      <w:r w:rsidR="00E10572" w:rsidRPr="00E47C79">
        <w:rPr>
          <w:rFonts w:ascii="Book Antiqua" w:hAnsi="Book Antiqua"/>
          <w:lang w:val="es-PR"/>
        </w:rPr>
        <w:t>7</w:t>
      </w:r>
      <w:r w:rsidRPr="00E47C79">
        <w:rPr>
          <w:rFonts w:ascii="Book Antiqua" w:hAnsi="Book Antiqua"/>
          <w:lang w:val="es-PR"/>
        </w:rPr>
        <w:t xml:space="preserve">. TUNAMERICA de Puerto Rico, Inc. </w:t>
      </w:r>
      <w:r w:rsidR="00CF159C" w:rsidRPr="00E47C79">
        <w:rPr>
          <w:rFonts w:ascii="Book Antiqua" w:hAnsi="Book Antiqua"/>
          <w:lang w:val="es-PR"/>
        </w:rPr>
        <w:tab/>
      </w:r>
      <w:r w:rsidRPr="00E47C79">
        <w:rPr>
          <w:rFonts w:ascii="Book Antiqua" w:hAnsi="Book Antiqua"/>
          <w:lang w:val="es-ES"/>
        </w:rPr>
        <w:t xml:space="preserve">$5,000.00  </w:t>
      </w:r>
    </w:p>
    <w:p w14:paraId="0A598D33" w14:textId="2D493424"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lastRenderedPageBreak/>
        <w:t>56</w:t>
      </w:r>
      <w:r w:rsidR="00E10572" w:rsidRPr="00E47C79">
        <w:rPr>
          <w:rFonts w:ascii="Book Antiqua" w:hAnsi="Book Antiqua"/>
          <w:lang w:val="es-PR"/>
        </w:rPr>
        <w:t>8</w:t>
      </w:r>
      <w:r w:rsidRPr="00E47C79">
        <w:rPr>
          <w:rFonts w:ascii="Book Antiqua" w:hAnsi="Book Antiqua"/>
          <w:lang w:val="es-PR"/>
        </w:rPr>
        <w:t xml:space="preserve">. Voces Coalición de Inmunización y Promoción de la Salud </w:t>
      </w:r>
      <w:r w:rsidR="00CF159C" w:rsidRPr="00E47C79">
        <w:rPr>
          <w:rFonts w:ascii="Book Antiqua" w:hAnsi="Book Antiqua"/>
          <w:lang w:val="es-PR"/>
        </w:rPr>
        <w:tab/>
      </w:r>
      <w:r w:rsidRPr="00E47C79">
        <w:rPr>
          <w:rFonts w:ascii="Book Antiqua" w:hAnsi="Book Antiqua"/>
          <w:lang w:val="es-PR"/>
        </w:rPr>
        <w:t xml:space="preserve"> $10,000.00  </w:t>
      </w:r>
    </w:p>
    <w:p w14:paraId="288A8A1D" w14:textId="241E3E9D" w:rsidR="003659B9" w:rsidRPr="00E47C79" w:rsidRDefault="003659B9" w:rsidP="007B793F">
      <w:pPr>
        <w:tabs>
          <w:tab w:val="decimal" w:pos="8280"/>
        </w:tabs>
        <w:rPr>
          <w:rFonts w:ascii="Book Antiqua" w:hAnsi="Book Antiqua"/>
        </w:rPr>
      </w:pPr>
      <w:r w:rsidRPr="00E47C79">
        <w:rPr>
          <w:rFonts w:ascii="Book Antiqua" w:hAnsi="Book Antiqua"/>
        </w:rPr>
        <w:t>5</w:t>
      </w:r>
      <w:r w:rsidR="00E10572" w:rsidRPr="00E47C79">
        <w:rPr>
          <w:rFonts w:ascii="Book Antiqua" w:hAnsi="Book Antiqua"/>
        </w:rPr>
        <w:t>69</w:t>
      </w:r>
      <w:r w:rsidRPr="00E47C79">
        <w:rPr>
          <w:rFonts w:ascii="Book Antiqua" w:hAnsi="Book Antiqua"/>
        </w:rPr>
        <w:t xml:space="preserve">. Wildflower </w:t>
      </w:r>
      <w:proofErr w:type="gramStart"/>
      <w:r w:rsidRPr="00E47C79">
        <w:rPr>
          <w:rFonts w:ascii="Book Antiqua" w:hAnsi="Book Antiqua"/>
        </w:rPr>
        <w:t xml:space="preserve">Schools  </w:t>
      </w:r>
      <w:r w:rsidR="00CF159C" w:rsidRPr="00E47C79">
        <w:rPr>
          <w:rFonts w:ascii="Book Antiqua" w:hAnsi="Book Antiqua"/>
        </w:rPr>
        <w:tab/>
      </w:r>
      <w:proofErr w:type="gramEnd"/>
      <w:r w:rsidRPr="00E47C79">
        <w:rPr>
          <w:rFonts w:ascii="Book Antiqua" w:hAnsi="Book Antiqua"/>
        </w:rPr>
        <w:t xml:space="preserve">$3,000.00  </w:t>
      </w:r>
    </w:p>
    <w:p w14:paraId="65E130EE" w14:textId="4E8EB808" w:rsidR="003659B9" w:rsidRPr="00E47C79" w:rsidRDefault="003659B9" w:rsidP="007B793F">
      <w:pPr>
        <w:tabs>
          <w:tab w:val="decimal" w:pos="8280"/>
        </w:tabs>
        <w:rPr>
          <w:rFonts w:ascii="Book Antiqua" w:hAnsi="Book Antiqua"/>
        </w:rPr>
      </w:pPr>
      <w:r w:rsidRPr="00E47C79">
        <w:rPr>
          <w:rFonts w:ascii="Book Antiqua" w:hAnsi="Book Antiqua"/>
        </w:rPr>
        <w:t>57</w:t>
      </w:r>
      <w:r w:rsidR="00E10572" w:rsidRPr="00E47C79">
        <w:rPr>
          <w:rFonts w:ascii="Book Antiqua" w:hAnsi="Book Antiqua"/>
        </w:rPr>
        <w:t>0</w:t>
      </w:r>
      <w:r w:rsidRPr="00E47C79">
        <w:rPr>
          <w:rFonts w:ascii="Book Antiqua" w:hAnsi="Book Antiqua"/>
        </w:rPr>
        <w:t xml:space="preserve">. Women In Business </w:t>
      </w:r>
      <w:r w:rsidR="00CF159C" w:rsidRPr="00E47C79">
        <w:rPr>
          <w:rFonts w:ascii="Book Antiqua" w:hAnsi="Book Antiqua"/>
        </w:rPr>
        <w:tab/>
      </w:r>
      <w:r w:rsidRPr="00E47C79">
        <w:rPr>
          <w:rFonts w:ascii="Book Antiqua" w:hAnsi="Book Antiqua"/>
        </w:rPr>
        <w:t xml:space="preserve"> $3,000.00  </w:t>
      </w:r>
    </w:p>
    <w:p w14:paraId="0B1F15B9" w14:textId="57BBD306"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57</w:t>
      </w:r>
      <w:r w:rsidR="00E10572" w:rsidRPr="00E47C79">
        <w:rPr>
          <w:rFonts w:ascii="Book Antiqua" w:hAnsi="Book Antiqua"/>
          <w:lang w:val="es-PR"/>
        </w:rPr>
        <w:t>1</w:t>
      </w:r>
      <w:r w:rsidRPr="00E47C79">
        <w:rPr>
          <w:rFonts w:ascii="Book Antiqua" w:hAnsi="Book Antiqua"/>
          <w:lang w:val="es-PR"/>
        </w:rPr>
        <w:t xml:space="preserve">. YMCA de Ponce </w:t>
      </w:r>
      <w:r w:rsidR="00CF159C" w:rsidRPr="00E47C79">
        <w:rPr>
          <w:rFonts w:ascii="Book Antiqua" w:hAnsi="Book Antiqua"/>
          <w:lang w:val="es-PR"/>
        </w:rPr>
        <w:tab/>
      </w:r>
      <w:r w:rsidRPr="00E47C79">
        <w:rPr>
          <w:rFonts w:ascii="Book Antiqua" w:hAnsi="Book Antiqua"/>
          <w:lang w:val="es-PR"/>
        </w:rPr>
        <w:t xml:space="preserve"> $15,000.00  </w:t>
      </w:r>
    </w:p>
    <w:p w14:paraId="429105F7" w14:textId="7730156E" w:rsidR="003659B9" w:rsidRPr="00E47C79" w:rsidRDefault="003659B9" w:rsidP="007B793F">
      <w:pPr>
        <w:tabs>
          <w:tab w:val="decimal" w:pos="8280"/>
        </w:tabs>
        <w:rPr>
          <w:rFonts w:ascii="Book Antiqua" w:hAnsi="Book Antiqua"/>
          <w:lang w:val="es-PR"/>
        </w:rPr>
      </w:pPr>
      <w:r w:rsidRPr="00E47C79">
        <w:rPr>
          <w:rFonts w:ascii="Book Antiqua" w:hAnsi="Book Antiqua"/>
          <w:lang w:val="es-PR"/>
        </w:rPr>
        <w:t>57</w:t>
      </w:r>
      <w:r w:rsidR="00E10572" w:rsidRPr="00E47C79">
        <w:rPr>
          <w:rFonts w:ascii="Book Antiqua" w:hAnsi="Book Antiqua"/>
          <w:lang w:val="es-PR"/>
        </w:rPr>
        <w:t>2</w:t>
      </w:r>
      <w:r w:rsidRPr="00E47C79">
        <w:rPr>
          <w:rFonts w:ascii="Book Antiqua" w:hAnsi="Book Antiqua"/>
          <w:lang w:val="es-PR"/>
        </w:rPr>
        <w:t xml:space="preserve">. YMCA de San </w:t>
      </w:r>
      <w:proofErr w:type="gramStart"/>
      <w:r w:rsidRPr="00E47C79">
        <w:rPr>
          <w:rFonts w:ascii="Book Antiqua" w:hAnsi="Book Antiqua"/>
          <w:lang w:val="es-PR"/>
        </w:rPr>
        <w:t xml:space="preserve">Juan  </w:t>
      </w:r>
      <w:r w:rsidR="00CF159C" w:rsidRPr="00E47C79">
        <w:rPr>
          <w:rFonts w:ascii="Book Antiqua" w:hAnsi="Book Antiqua"/>
          <w:lang w:val="es-PR"/>
        </w:rPr>
        <w:tab/>
      </w:r>
      <w:proofErr w:type="gramEnd"/>
      <w:r w:rsidRPr="00E47C79">
        <w:rPr>
          <w:rFonts w:ascii="Book Antiqua" w:hAnsi="Book Antiqua"/>
          <w:lang w:val="es-PR"/>
        </w:rPr>
        <w:t xml:space="preserve">$125,000.00  </w:t>
      </w:r>
    </w:p>
    <w:p w14:paraId="509EB191" w14:textId="11D7C403" w:rsidR="003659B9" w:rsidRPr="00026520" w:rsidRDefault="003659B9" w:rsidP="007B793F">
      <w:pPr>
        <w:tabs>
          <w:tab w:val="decimal" w:pos="8280"/>
        </w:tabs>
        <w:rPr>
          <w:rFonts w:ascii="Book Antiqua" w:hAnsi="Book Antiqua"/>
        </w:rPr>
      </w:pPr>
      <w:r w:rsidRPr="00026520">
        <w:rPr>
          <w:rFonts w:ascii="Book Antiqua" w:hAnsi="Book Antiqua"/>
        </w:rPr>
        <w:t>57</w:t>
      </w:r>
      <w:r w:rsidR="00E10572" w:rsidRPr="00026520">
        <w:rPr>
          <w:rFonts w:ascii="Book Antiqua" w:hAnsi="Book Antiqua"/>
        </w:rPr>
        <w:t>3</w:t>
      </w:r>
      <w:r w:rsidRPr="00026520">
        <w:rPr>
          <w:rFonts w:ascii="Book Antiqua" w:hAnsi="Book Antiqua"/>
        </w:rPr>
        <w:t xml:space="preserve">. Youth for Christ Puerto Rico </w:t>
      </w:r>
      <w:r w:rsidR="00CF159C" w:rsidRPr="00026520">
        <w:rPr>
          <w:rFonts w:ascii="Book Antiqua" w:hAnsi="Book Antiqua"/>
        </w:rPr>
        <w:tab/>
      </w:r>
      <w:r w:rsidRPr="00026520">
        <w:rPr>
          <w:rFonts w:ascii="Book Antiqua" w:hAnsi="Book Antiqua"/>
        </w:rPr>
        <w:t xml:space="preserve"> $5,000.00  </w:t>
      </w:r>
    </w:p>
    <w:p w14:paraId="730EE389" w14:textId="6D315844" w:rsidR="003659B9" w:rsidRPr="00E47C79" w:rsidRDefault="003659B9" w:rsidP="007B793F">
      <w:pPr>
        <w:tabs>
          <w:tab w:val="decimal" w:pos="8280"/>
        </w:tabs>
        <w:rPr>
          <w:rFonts w:ascii="Book Antiqua" w:hAnsi="Book Antiqua"/>
          <w:lang w:val="es-ES"/>
        </w:rPr>
      </w:pPr>
      <w:r w:rsidRPr="00E47C79">
        <w:rPr>
          <w:rFonts w:ascii="Book Antiqua" w:hAnsi="Book Antiqua"/>
          <w:lang w:val="es-ES"/>
        </w:rPr>
        <w:t>57</w:t>
      </w:r>
      <w:r w:rsidR="00E10572" w:rsidRPr="00E47C79">
        <w:rPr>
          <w:rFonts w:ascii="Book Antiqua" w:hAnsi="Book Antiqua"/>
          <w:lang w:val="es-ES"/>
        </w:rPr>
        <w:t>4</w:t>
      </w:r>
      <w:r w:rsidRPr="00E47C79">
        <w:rPr>
          <w:rFonts w:ascii="Book Antiqua" w:hAnsi="Book Antiqua"/>
          <w:lang w:val="es-ES"/>
        </w:rPr>
        <w:t xml:space="preserve">. </w:t>
      </w:r>
      <w:proofErr w:type="spellStart"/>
      <w:r w:rsidRPr="00E47C79">
        <w:rPr>
          <w:rFonts w:ascii="Book Antiqua" w:hAnsi="Book Antiqua"/>
          <w:lang w:val="es-ES"/>
        </w:rPr>
        <w:t>Zentimon</w:t>
      </w:r>
      <w:proofErr w:type="spellEnd"/>
      <w:r w:rsidRPr="00E47C79">
        <w:rPr>
          <w:rFonts w:ascii="Book Antiqua" w:hAnsi="Book Antiqua"/>
          <w:lang w:val="es-ES"/>
        </w:rPr>
        <w:t xml:space="preserve">, Inc. </w:t>
      </w:r>
      <w:r w:rsidR="00CF159C" w:rsidRPr="00E47C79">
        <w:rPr>
          <w:rFonts w:ascii="Book Antiqua" w:hAnsi="Book Antiqua"/>
          <w:lang w:val="es-ES"/>
        </w:rPr>
        <w:tab/>
      </w:r>
      <w:r w:rsidRPr="00E47C79">
        <w:rPr>
          <w:rFonts w:ascii="Book Antiqua" w:hAnsi="Book Antiqua"/>
          <w:lang w:val="es-ES"/>
        </w:rPr>
        <w:t xml:space="preserve"> $5,000.00  </w:t>
      </w:r>
    </w:p>
    <w:p w14:paraId="355F2514" w14:textId="6FA0F84D" w:rsidR="00FB2E24" w:rsidRPr="00E47C79" w:rsidRDefault="00FB2E24" w:rsidP="007B793F">
      <w:pPr>
        <w:tabs>
          <w:tab w:val="decimal" w:pos="8280"/>
        </w:tabs>
        <w:rPr>
          <w:rFonts w:ascii="Book Antiqua" w:hAnsi="Book Antiqua"/>
          <w:lang w:val="es-ES"/>
        </w:rPr>
      </w:pPr>
      <w:r w:rsidRPr="00E47C79">
        <w:rPr>
          <w:rFonts w:ascii="Book Antiqua" w:hAnsi="Book Antiqua"/>
          <w:lang w:val="es-ES"/>
        </w:rPr>
        <w:t>Total</w:t>
      </w:r>
      <w:r w:rsidR="00E84FEC" w:rsidRPr="00E47C79">
        <w:rPr>
          <w:rFonts w:ascii="Book Antiqua" w:hAnsi="Book Antiqua"/>
          <w:lang w:val="es-ES"/>
        </w:rPr>
        <w:tab/>
        <w:t>$20,000,000.00</w:t>
      </w:r>
    </w:p>
    <w:p w14:paraId="64C0DD25" w14:textId="77777777" w:rsidR="00FB2E24" w:rsidRPr="00E47C79" w:rsidRDefault="00FB2E24" w:rsidP="00FB2E24">
      <w:pPr>
        <w:spacing w:after="360" w:line="240" w:lineRule="auto"/>
        <w:ind w:firstLine="720"/>
        <w:jc w:val="both"/>
        <w:rPr>
          <w:rFonts w:ascii="Book Antiqua" w:eastAsia="Times New Roman" w:hAnsi="Book Antiqua" w:cs="Times New Roman"/>
          <w:kern w:val="0"/>
          <w:lang w:val="es-PR"/>
          <w14:ligatures w14:val="none"/>
        </w:rPr>
      </w:pPr>
      <w:r w:rsidRPr="00E47C79">
        <w:rPr>
          <w:rFonts w:ascii="Book Antiqua" w:eastAsia="Times New Roman" w:hAnsi="Book Antiqua" w:cs="Times New Roman"/>
          <w:kern w:val="0"/>
          <w:lang w:val="es-PR"/>
          <w14:ligatures w14:val="none"/>
        </w:rPr>
        <w:t>Sección 2.- Se reasigna a la Comisión Especial Conjunta de Fondos Legislativos para Impacto Comunitario la cantidad de un millón doscientos setenta mil setecientos cuarenta y cuatro dólares ($1,270,744.00) provenientes de la Resolución Conjunta 52-2024 con el propósito de que se reasignen como se describen a continuación:</w:t>
      </w:r>
    </w:p>
    <w:p w14:paraId="55F0CDE6" w14:textId="77777777" w:rsidR="00FB2E24" w:rsidRPr="00E47C79" w:rsidRDefault="00FB2E24" w:rsidP="00FB2E24">
      <w:pPr>
        <w:spacing w:after="360" w:line="240" w:lineRule="auto"/>
        <w:ind w:firstLine="720"/>
        <w:jc w:val="both"/>
        <w:rPr>
          <w:rFonts w:ascii="Book Antiqua" w:eastAsia="Times New Roman" w:hAnsi="Book Antiqua" w:cs="Times New Roman"/>
          <w:kern w:val="0"/>
          <w:lang w:val="es-PR"/>
          <w14:ligatures w14:val="none"/>
        </w:rPr>
      </w:pPr>
      <w:r w:rsidRPr="00E47C79">
        <w:rPr>
          <w:rFonts w:ascii="Book Antiqua" w:eastAsia="Times New Roman" w:hAnsi="Book Antiqua" w:cs="Times New Roman"/>
          <w:kern w:val="0"/>
          <w:lang w:val="es-PR"/>
          <w14:ligatures w14:val="none"/>
        </w:rPr>
        <w:t xml:space="preserve">a.  Para el pago de las subvenciones a las organizaciones sin fines de lucro de la Comisión Especial Conjunta de Fondos Legislativos para Impacto Comunitario. Según distribuido en la Sección 3 de esta Resolución Conjunta.                               </w:t>
      </w:r>
    </w:p>
    <w:p w14:paraId="1217DB41" w14:textId="21E953B8" w:rsidR="00FB2E24" w:rsidRPr="00E47C79" w:rsidRDefault="00FB2E24" w:rsidP="00FB2E24">
      <w:pPr>
        <w:spacing w:after="360" w:line="240" w:lineRule="auto"/>
        <w:ind w:firstLine="720"/>
        <w:jc w:val="both"/>
        <w:rPr>
          <w:rFonts w:ascii="Book Antiqua" w:eastAsia="Times New Roman" w:hAnsi="Book Antiqua" w:cs="Times New Roman"/>
          <w:kern w:val="0"/>
          <w:lang w:val="es-PR"/>
          <w14:ligatures w14:val="none"/>
        </w:rPr>
      </w:pPr>
      <w:r w:rsidRPr="00E47C79">
        <w:rPr>
          <w:rFonts w:ascii="Book Antiqua" w:eastAsia="Times New Roman" w:hAnsi="Book Antiqua" w:cs="Times New Roman"/>
          <w:kern w:val="0"/>
          <w:lang w:val="es-PR"/>
          <w14:ligatures w14:val="none"/>
        </w:rPr>
        <w:t xml:space="preserve"> </w:t>
      </w:r>
      <w:r w:rsidR="00E84FEC" w:rsidRPr="00E47C79">
        <w:rPr>
          <w:rFonts w:ascii="Book Antiqua" w:eastAsia="Times New Roman" w:hAnsi="Book Antiqua" w:cs="Times New Roman"/>
          <w:kern w:val="0"/>
          <w:lang w:val="es-PR"/>
          <w14:ligatures w14:val="none"/>
        </w:rPr>
        <w:tab/>
      </w:r>
      <w:r w:rsidR="00E84FEC" w:rsidRPr="00E47C79">
        <w:rPr>
          <w:rFonts w:ascii="Book Antiqua" w:eastAsia="Times New Roman" w:hAnsi="Book Antiqua" w:cs="Times New Roman"/>
          <w:kern w:val="0"/>
          <w:lang w:val="es-PR"/>
          <w14:ligatures w14:val="none"/>
        </w:rPr>
        <w:tab/>
      </w:r>
      <w:r w:rsidR="00E84FEC" w:rsidRPr="00E47C79">
        <w:rPr>
          <w:rFonts w:ascii="Book Antiqua" w:eastAsia="Times New Roman" w:hAnsi="Book Antiqua" w:cs="Times New Roman"/>
          <w:kern w:val="0"/>
          <w:lang w:val="es-PR"/>
          <w14:ligatures w14:val="none"/>
        </w:rPr>
        <w:tab/>
      </w:r>
      <w:r w:rsidR="00E84FEC" w:rsidRPr="00E47C79">
        <w:rPr>
          <w:rFonts w:ascii="Book Antiqua" w:eastAsia="Times New Roman" w:hAnsi="Book Antiqua" w:cs="Times New Roman"/>
          <w:kern w:val="0"/>
          <w:lang w:val="es-PR"/>
          <w14:ligatures w14:val="none"/>
        </w:rPr>
        <w:tab/>
      </w:r>
      <w:r w:rsidR="00E84FEC" w:rsidRPr="00E47C79">
        <w:rPr>
          <w:rFonts w:ascii="Book Antiqua" w:eastAsia="Times New Roman" w:hAnsi="Book Antiqua" w:cs="Times New Roman"/>
          <w:kern w:val="0"/>
          <w:lang w:val="es-PR"/>
          <w14:ligatures w14:val="none"/>
        </w:rPr>
        <w:tab/>
      </w:r>
      <w:r w:rsidR="00E84FEC" w:rsidRPr="00E47C79">
        <w:rPr>
          <w:rFonts w:ascii="Book Antiqua" w:eastAsia="Times New Roman" w:hAnsi="Book Antiqua" w:cs="Times New Roman"/>
          <w:kern w:val="0"/>
          <w:lang w:val="es-PR"/>
          <w14:ligatures w14:val="none"/>
        </w:rPr>
        <w:tab/>
      </w:r>
      <w:r w:rsidR="00E84FEC" w:rsidRPr="00E47C79">
        <w:rPr>
          <w:rFonts w:ascii="Book Antiqua" w:eastAsia="Times New Roman" w:hAnsi="Book Antiqua" w:cs="Times New Roman"/>
          <w:kern w:val="0"/>
          <w:lang w:val="es-PR"/>
          <w14:ligatures w14:val="none"/>
        </w:rPr>
        <w:tab/>
      </w:r>
      <w:r w:rsidR="00E84FEC" w:rsidRPr="00E47C79">
        <w:rPr>
          <w:rFonts w:ascii="Book Antiqua" w:eastAsia="Times New Roman" w:hAnsi="Book Antiqua" w:cs="Times New Roman"/>
          <w:kern w:val="0"/>
          <w:lang w:val="es-PR"/>
          <w14:ligatures w14:val="none"/>
        </w:rPr>
        <w:tab/>
      </w:r>
      <w:r w:rsidRPr="00E47C79">
        <w:rPr>
          <w:rFonts w:ascii="Book Antiqua" w:eastAsia="Times New Roman" w:hAnsi="Book Antiqua" w:cs="Times New Roman"/>
          <w:kern w:val="0"/>
          <w:lang w:val="es-PR"/>
          <w14:ligatures w14:val="none"/>
        </w:rPr>
        <w:t xml:space="preserve"> </w:t>
      </w:r>
      <w:r w:rsidRPr="00E47C79">
        <w:rPr>
          <w:rFonts w:ascii="Book Antiqua" w:eastAsia="Times New Roman" w:hAnsi="Book Antiqua" w:cs="Times New Roman"/>
          <w:kern w:val="0"/>
          <w:lang w:val="es-PR"/>
          <w14:ligatures w14:val="none"/>
        </w:rPr>
        <w:tab/>
        <w:t>1,270,744</w:t>
      </w:r>
    </w:p>
    <w:p w14:paraId="11AE3F58" w14:textId="0F3D7737" w:rsidR="00FB2E24" w:rsidRPr="00E47C79" w:rsidRDefault="00FB2E24" w:rsidP="00E84FEC">
      <w:pPr>
        <w:spacing w:after="360" w:line="240" w:lineRule="auto"/>
        <w:ind w:firstLine="720"/>
        <w:jc w:val="both"/>
        <w:rPr>
          <w:rFonts w:ascii="Book Antiqua" w:eastAsia="Times New Roman" w:hAnsi="Book Antiqua" w:cs="Times New Roman"/>
          <w:kern w:val="0"/>
          <w:lang w:val="es-PR"/>
          <w14:ligatures w14:val="none"/>
        </w:rPr>
      </w:pPr>
      <w:r w:rsidRPr="00E47C79">
        <w:rPr>
          <w:rFonts w:ascii="Book Antiqua" w:eastAsia="Times New Roman" w:hAnsi="Book Antiqua" w:cs="Times New Roman"/>
          <w:kern w:val="0"/>
          <w:lang w:val="es-PR"/>
          <w14:ligatures w14:val="none"/>
        </w:rPr>
        <w:tab/>
        <w:t>Total                                                                                       1,270,744</w:t>
      </w:r>
    </w:p>
    <w:p w14:paraId="7E2590A3" w14:textId="1FBB6971" w:rsidR="002A38F4" w:rsidRPr="00E47C79" w:rsidRDefault="002A38F4" w:rsidP="002A38F4">
      <w:pPr>
        <w:spacing w:after="360" w:line="240" w:lineRule="auto"/>
        <w:ind w:firstLine="720"/>
        <w:jc w:val="both"/>
        <w:rPr>
          <w:rFonts w:ascii="Book Antiqua" w:eastAsia="Times New Roman" w:hAnsi="Book Antiqua" w:cs="Times New Roman"/>
          <w:kern w:val="0"/>
          <w:lang w:val="es-PR"/>
          <w14:ligatures w14:val="none"/>
        </w:rPr>
      </w:pPr>
      <w:r w:rsidRPr="00E47C79">
        <w:rPr>
          <w:rFonts w:ascii="Book Antiqua" w:eastAsia="Times New Roman" w:hAnsi="Book Antiqua" w:cs="Times New Roman"/>
          <w:kern w:val="0"/>
          <w:lang w:val="es-PR"/>
          <w14:ligatures w14:val="none"/>
        </w:rPr>
        <w:t xml:space="preserve">Sección 3.- Se </w:t>
      </w:r>
      <w:r w:rsidR="007E2DF6" w:rsidRPr="00E47C79">
        <w:rPr>
          <w:rFonts w:ascii="Book Antiqua" w:eastAsia="Times New Roman" w:hAnsi="Book Antiqua" w:cs="Times New Roman"/>
          <w:kern w:val="0"/>
          <w:lang w:val="es-PR"/>
          <w14:ligatures w14:val="none"/>
        </w:rPr>
        <w:t>re</w:t>
      </w:r>
      <w:r w:rsidRPr="00E47C79">
        <w:rPr>
          <w:rFonts w:ascii="Book Antiqua" w:eastAsia="Times New Roman" w:hAnsi="Book Antiqua" w:cs="Times New Roman"/>
          <w:kern w:val="0"/>
          <w:lang w:val="es-PR"/>
          <w14:ligatures w14:val="none"/>
        </w:rPr>
        <w:t xml:space="preserve">asigna la cantidad de </w:t>
      </w:r>
      <w:bookmarkStart w:id="1" w:name="_Hlk201728765"/>
      <w:r w:rsidRPr="00E47C79">
        <w:rPr>
          <w:rFonts w:ascii="Book Antiqua" w:eastAsia="Times New Roman" w:hAnsi="Book Antiqua" w:cs="Times New Roman"/>
          <w:kern w:val="0"/>
          <w:lang w:val="es-PR"/>
          <w14:ligatures w14:val="none"/>
        </w:rPr>
        <w:t>un millón doscientos setenta mil setecientos cuarenta y cuatro dólares ($1,270,744.00)</w:t>
      </w:r>
      <w:bookmarkEnd w:id="1"/>
      <w:r w:rsidRPr="00E47C79">
        <w:rPr>
          <w:rFonts w:ascii="Book Antiqua" w:eastAsia="Times New Roman" w:hAnsi="Book Antiqua" w:cs="Times New Roman"/>
          <w:kern w:val="0"/>
          <w:lang w:val="es-PR"/>
          <w14:ligatures w14:val="none"/>
        </w:rPr>
        <w:t xml:space="preserve">  para proveer asignaciones a entidades e instituciones semipúblicas, públicas y privadas cuyas actividades o servicios propendan al desarrollo de programas y bienestar social, de la salud, educación, cultura y a mejorar la calidad de vida de los puertorriqueños; los beneficiarios de los fondos aquí asignados, deberían cumplir con los requisitos establecidos en la Ley 20-2015 de la Comisión de Fondos Legislativos para Impacto Comunitario, según se detalla a continuación: </w:t>
      </w:r>
    </w:p>
    <w:p w14:paraId="705CD5AB" w14:textId="6691AB5F" w:rsidR="002A38F4" w:rsidRPr="00E47C79" w:rsidRDefault="002A38F4" w:rsidP="002A38F4">
      <w:pPr>
        <w:tabs>
          <w:tab w:val="decimal" w:pos="8280"/>
        </w:tabs>
        <w:rPr>
          <w:rFonts w:ascii="Book Antiqua" w:hAnsi="Book Antiqua"/>
          <w:lang w:val="es-PR"/>
        </w:rPr>
      </w:pPr>
      <w:r w:rsidRPr="00E47C79">
        <w:rPr>
          <w:rFonts w:ascii="Book Antiqua" w:hAnsi="Book Antiqua"/>
          <w:lang w:val="es-PR"/>
        </w:rPr>
        <w:t xml:space="preserve">1.             Acueducto Pellejas, Inc.         </w:t>
      </w:r>
      <w:r w:rsidRPr="00E47C79">
        <w:rPr>
          <w:rFonts w:ascii="Book Antiqua" w:hAnsi="Book Antiqua"/>
          <w:lang w:val="es-PR"/>
        </w:rPr>
        <w:tab/>
        <w:t xml:space="preserve">$2,000 </w:t>
      </w:r>
    </w:p>
    <w:p w14:paraId="347E006D" w14:textId="248E0FF1" w:rsidR="002A38F4" w:rsidRPr="00E47C79" w:rsidRDefault="002A38F4" w:rsidP="002A38F4">
      <w:pPr>
        <w:tabs>
          <w:tab w:val="decimal" w:pos="8280"/>
        </w:tabs>
        <w:rPr>
          <w:rFonts w:ascii="Book Antiqua" w:hAnsi="Book Antiqua"/>
          <w:lang w:val="es-PR"/>
        </w:rPr>
      </w:pPr>
      <w:r w:rsidRPr="00E47C79">
        <w:rPr>
          <w:rFonts w:ascii="Book Antiqua" w:hAnsi="Book Antiqua"/>
          <w:lang w:val="es-PR"/>
        </w:rPr>
        <w:t xml:space="preserve">2.             Asamblea Familiar Virgilio Dávila, Inc.          </w:t>
      </w:r>
      <w:r w:rsidRPr="00E47C79">
        <w:rPr>
          <w:rFonts w:ascii="Book Antiqua" w:hAnsi="Book Antiqua"/>
          <w:lang w:val="es-PR"/>
        </w:rPr>
        <w:tab/>
        <w:t xml:space="preserve">$5,000 </w:t>
      </w:r>
    </w:p>
    <w:p w14:paraId="60E32073" w14:textId="05859781" w:rsidR="002A38F4" w:rsidRPr="00E47C79" w:rsidRDefault="002A38F4" w:rsidP="002A38F4">
      <w:pPr>
        <w:tabs>
          <w:tab w:val="decimal" w:pos="8280"/>
        </w:tabs>
        <w:rPr>
          <w:rFonts w:ascii="Book Antiqua" w:hAnsi="Book Antiqua"/>
          <w:lang w:val="es-PR"/>
        </w:rPr>
      </w:pPr>
      <w:r w:rsidRPr="00E47C79">
        <w:rPr>
          <w:rFonts w:ascii="Book Antiqua" w:hAnsi="Book Antiqua"/>
          <w:lang w:val="es-PR"/>
        </w:rPr>
        <w:t xml:space="preserve">3             </w:t>
      </w:r>
      <w:proofErr w:type="spellStart"/>
      <w:r w:rsidRPr="00E47C79">
        <w:rPr>
          <w:rFonts w:ascii="Book Antiqua" w:hAnsi="Book Antiqua"/>
          <w:lang w:val="es-PR"/>
        </w:rPr>
        <w:t>Asociacion</w:t>
      </w:r>
      <w:proofErr w:type="spellEnd"/>
      <w:r w:rsidRPr="00E47C79">
        <w:rPr>
          <w:rFonts w:ascii="Book Antiqua" w:hAnsi="Book Antiqua"/>
          <w:lang w:val="es-PR"/>
        </w:rPr>
        <w:t xml:space="preserve"> Agricultores </w:t>
      </w:r>
      <w:proofErr w:type="spellStart"/>
      <w:r w:rsidRPr="00E47C79">
        <w:rPr>
          <w:rFonts w:ascii="Book Antiqua" w:hAnsi="Book Antiqua"/>
          <w:lang w:val="es-PR"/>
        </w:rPr>
        <w:t>Camuyanos</w:t>
      </w:r>
      <w:proofErr w:type="spellEnd"/>
      <w:r w:rsidRPr="00E47C79">
        <w:rPr>
          <w:rFonts w:ascii="Book Antiqua" w:hAnsi="Book Antiqua"/>
          <w:lang w:val="es-PR"/>
        </w:rPr>
        <w:t xml:space="preserve"> </w:t>
      </w:r>
      <w:proofErr w:type="spellStart"/>
      <w:r w:rsidRPr="00E47C79">
        <w:rPr>
          <w:rFonts w:ascii="Book Antiqua" w:hAnsi="Book Antiqua"/>
          <w:lang w:val="es-PR"/>
        </w:rPr>
        <w:t>Inc</w:t>
      </w:r>
      <w:proofErr w:type="spellEnd"/>
      <w:r w:rsidRPr="00E47C79">
        <w:rPr>
          <w:rFonts w:ascii="Book Antiqua" w:hAnsi="Book Antiqua"/>
          <w:lang w:val="es-PR"/>
        </w:rPr>
        <w:t xml:space="preserve">     </w:t>
      </w:r>
      <w:r w:rsidRPr="00E47C79">
        <w:rPr>
          <w:rFonts w:ascii="Book Antiqua" w:hAnsi="Book Antiqua"/>
          <w:lang w:val="es-PR"/>
        </w:rPr>
        <w:tab/>
        <w:t xml:space="preserve">$5,000 </w:t>
      </w:r>
    </w:p>
    <w:p w14:paraId="0460C73A" w14:textId="616E9B16" w:rsidR="002A38F4" w:rsidRPr="00E47C79" w:rsidRDefault="002A38F4" w:rsidP="002A38F4">
      <w:pPr>
        <w:tabs>
          <w:tab w:val="decimal" w:pos="8280"/>
        </w:tabs>
        <w:rPr>
          <w:rFonts w:ascii="Book Antiqua" w:hAnsi="Book Antiqua"/>
          <w:lang w:val="es-ES"/>
        </w:rPr>
      </w:pPr>
      <w:r w:rsidRPr="00E47C79">
        <w:rPr>
          <w:rFonts w:ascii="Book Antiqua" w:hAnsi="Book Antiqua"/>
          <w:lang w:val="es-PR"/>
        </w:rPr>
        <w:t xml:space="preserve">4.             </w:t>
      </w:r>
      <w:proofErr w:type="spellStart"/>
      <w:r w:rsidRPr="00E47C79">
        <w:rPr>
          <w:rFonts w:ascii="Book Antiqua" w:hAnsi="Book Antiqua"/>
          <w:lang w:val="es-PR"/>
        </w:rPr>
        <w:t>Asociacion</w:t>
      </w:r>
      <w:proofErr w:type="spellEnd"/>
      <w:r w:rsidRPr="00E47C79">
        <w:rPr>
          <w:rFonts w:ascii="Book Antiqua" w:hAnsi="Book Antiqua"/>
          <w:lang w:val="es-PR"/>
        </w:rPr>
        <w:t xml:space="preserve"> de Espina Bífida e Hidrocefalia de PR, Inc.      </w:t>
      </w:r>
      <w:r w:rsidRPr="00E47C79">
        <w:rPr>
          <w:rFonts w:ascii="Book Antiqua" w:hAnsi="Book Antiqua"/>
          <w:lang w:val="es-PR"/>
        </w:rPr>
        <w:tab/>
      </w:r>
      <w:r w:rsidRPr="00E47C79">
        <w:rPr>
          <w:rFonts w:ascii="Book Antiqua" w:hAnsi="Book Antiqua"/>
          <w:lang w:val="es-ES"/>
        </w:rPr>
        <w:t>$10,000</w:t>
      </w:r>
    </w:p>
    <w:p w14:paraId="0FC7C1AF" w14:textId="6B407AC0" w:rsidR="002A38F4" w:rsidRPr="00E47C79" w:rsidRDefault="002A38F4" w:rsidP="002A38F4">
      <w:pPr>
        <w:tabs>
          <w:tab w:val="decimal" w:pos="8280"/>
        </w:tabs>
        <w:rPr>
          <w:rFonts w:ascii="Book Antiqua" w:hAnsi="Book Antiqua"/>
          <w:lang w:val="es-PR"/>
        </w:rPr>
      </w:pPr>
      <w:r w:rsidRPr="00E47C79">
        <w:rPr>
          <w:rFonts w:ascii="Book Antiqua" w:hAnsi="Book Antiqua"/>
          <w:lang w:val="es-PR"/>
        </w:rPr>
        <w:t>5.            Asociación de Farmacias de Comunidad de PR      </w:t>
      </w:r>
      <w:r w:rsidRPr="00E47C79">
        <w:rPr>
          <w:rFonts w:ascii="Book Antiqua" w:hAnsi="Book Antiqua"/>
          <w:lang w:val="es-PR"/>
        </w:rPr>
        <w:tab/>
        <w:t xml:space="preserve">$5,000 </w:t>
      </w:r>
    </w:p>
    <w:p w14:paraId="7D57368C" w14:textId="77777777" w:rsidR="002A38F4" w:rsidRPr="00E47C79" w:rsidRDefault="002A38F4" w:rsidP="002A38F4">
      <w:pPr>
        <w:tabs>
          <w:tab w:val="decimal" w:pos="8280"/>
        </w:tabs>
        <w:rPr>
          <w:rFonts w:ascii="Book Antiqua" w:hAnsi="Book Antiqua"/>
          <w:lang w:val="es-ES"/>
        </w:rPr>
      </w:pPr>
      <w:r w:rsidRPr="00E47C79">
        <w:rPr>
          <w:rFonts w:ascii="Book Antiqua" w:hAnsi="Book Antiqua"/>
          <w:lang w:val="es-ES"/>
        </w:rPr>
        <w:lastRenderedPageBreak/>
        <w:t xml:space="preserve">6.             </w:t>
      </w:r>
      <w:proofErr w:type="spellStart"/>
      <w:r w:rsidRPr="00E47C79">
        <w:rPr>
          <w:rFonts w:ascii="Book Antiqua" w:hAnsi="Book Antiqua"/>
          <w:lang w:val="es-ES"/>
        </w:rPr>
        <w:t>Asociacion</w:t>
      </w:r>
      <w:proofErr w:type="spellEnd"/>
      <w:r w:rsidRPr="00E47C79">
        <w:rPr>
          <w:rFonts w:ascii="Book Antiqua" w:hAnsi="Book Antiqua"/>
          <w:lang w:val="es-ES"/>
        </w:rPr>
        <w:t xml:space="preserve"> para la Superación del Nino con </w:t>
      </w:r>
      <w:proofErr w:type="spellStart"/>
      <w:r w:rsidRPr="00E47C79">
        <w:rPr>
          <w:rFonts w:ascii="Book Antiqua" w:hAnsi="Book Antiqua"/>
          <w:lang w:val="es-ES"/>
        </w:rPr>
        <w:t>Sindrome</w:t>
      </w:r>
      <w:proofErr w:type="spellEnd"/>
      <w:r w:rsidRPr="00E47C79">
        <w:rPr>
          <w:rFonts w:ascii="Book Antiqua" w:hAnsi="Book Antiqua"/>
          <w:lang w:val="es-ES"/>
        </w:rPr>
        <w:t xml:space="preserve"> </w:t>
      </w:r>
    </w:p>
    <w:p w14:paraId="7D5E003B" w14:textId="63CACB13" w:rsidR="002A38F4" w:rsidRPr="00E47C79" w:rsidRDefault="002A38F4" w:rsidP="002A38F4">
      <w:pPr>
        <w:tabs>
          <w:tab w:val="decimal" w:pos="8280"/>
        </w:tabs>
        <w:rPr>
          <w:rFonts w:ascii="Book Antiqua" w:hAnsi="Book Antiqua"/>
          <w:lang w:val="es-PR"/>
        </w:rPr>
      </w:pPr>
      <w:r w:rsidRPr="00E47C79">
        <w:rPr>
          <w:rFonts w:ascii="Book Antiqua" w:hAnsi="Book Antiqua"/>
          <w:lang w:val="es-PR"/>
        </w:rPr>
        <w:t xml:space="preserve">                Down      </w:t>
      </w:r>
      <w:r w:rsidRPr="00E47C79">
        <w:rPr>
          <w:rFonts w:ascii="Book Antiqua" w:hAnsi="Book Antiqua"/>
          <w:lang w:val="es-PR"/>
        </w:rPr>
        <w:tab/>
      </w:r>
      <w:r w:rsidR="00FB2E24" w:rsidRPr="00E47C79">
        <w:rPr>
          <w:rFonts w:ascii="Book Antiqua" w:hAnsi="Book Antiqua"/>
          <w:lang w:val="es-PR"/>
        </w:rPr>
        <w:t>$</w:t>
      </w:r>
      <w:r w:rsidRPr="00E47C79">
        <w:rPr>
          <w:rFonts w:ascii="Book Antiqua" w:hAnsi="Book Antiqua"/>
          <w:lang w:val="es-PR"/>
        </w:rPr>
        <w:t xml:space="preserve">15,000 </w:t>
      </w:r>
    </w:p>
    <w:p w14:paraId="1A3BD757" w14:textId="75DD7B7B" w:rsidR="002A38F4" w:rsidRPr="00E47C79" w:rsidRDefault="002A38F4" w:rsidP="002A38F4">
      <w:pPr>
        <w:tabs>
          <w:tab w:val="decimal" w:pos="8280"/>
        </w:tabs>
        <w:rPr>
          <w:rFonts w:ascii="Book Antiqua" w:hAnsi="Book Antiqua"/>
          <w:lang w:val="es-PR"/>
        </w:rPr>
      </w:pPr>
      <w:r w:rsidRPr="00E47C79">
        <w:rPr>
          <w:rFonts w:ascii="Book Antiqua" w:hAnsi="Book Antiqua"/>
          <w:lang w:val="es-PR"/>
        </w:rPr>
        <w:t xml:space="preserve">7.             </w:t>
      </w:r>
      <w:proofErr w:type="spellStart"/>
      <w:r w:rsidRPr="00E47C79">
        <w:rPr>
          <w:rFonts w:ascii="Book Antiqua" w:hAnsi="Book Antiqua"/>
          <w:lang w:val="es-PR"/>
        </w:rPr>
        <w:t>Asociacion</w:t>
      </w:r>
      <w:proofErr w:type="spellEnd"/>
      <w:r w:rsidRPr="00E47C79">
        <w:rPr>
          <w:rFonts w:ascii="Book Antiqua" w:hAnsi="Book Antiqua"/>
          <w:lang w:val="es-PR"/>
        </w:rPr>
        <w:t xml:space="preserve"> </w:t>
      </w:r>
      <w:proofErr w:type="gramStart"/>
      <w:r w:rsidRPr="00E47C79">
        <w:rPr>
          <w:rFonts w:ascii="Book Antiqua" w:hAnsi="Book Antiqua"/>
          <w:lang w:val="es-PR"/>
        </w:rPr>
        <w:t>Pro Juventud</w:t>
      </w:r>
      <w:proofErr w:type="gramEnd"/>
      <w:r w:rsidRPr="00E47C79">
        <w:rPr>
          <w:rFonts w:ascii="Book Antiqua" w:hAnsi="Book Antiqua"/>
          <w:lang w:val="es-PR"/>
        </w:rPr>
        <w:t xml:space="preserve"> y Comunidad de Barrio Palmas</w:t>
      </w:r>
      <w:r w:rsidRPr="00E47C79">
        <w:rPr>
          <w:rFonts w:ascii="Book Antiqua" w:hAnsi="Book Antiqua"/>
          <w:lang w:val="es-PR"/>
        </w:rPr>
        <w:tab/>
        <w:t xml:space="preserve"> </w:t>
      </w:r>
      <w:r w:rsidR="00FB2E24" w:rsidRPr="00E47C79">
        <w:rPr>
          <w:rFonts w:ascii="Book Antiqua" w:hAnsi="Book Antiqua"/>
          <w:lang w:val="es-PR"/>
        </w:rPr>
        <w:t>$</w:t>
      </w:r>
      <w:r w:rsidRPr="00E47C79">
        <w:rPr>
          <w:rFonts w:ascii="Book Antiqua" w:hAnsi="Book Antiqua"/>
          <w:lang w:val="es-PR"/>
        </w:rPr>
        <w:t xml:space="preserve">5,000 </w:t>
      </w:r>
    </w:p>
    <w:p w14:paraId="04C0DA7C" w14:textId="4CD706E2" w:rsidR="002A38F4" w:rsidRPr="00E47C79" w:rsidRDefault="002A38F4" w:rsidP="002A38F4">
      <w:pPr>
        <w:tabs>
          <w:tab w:val="decimal" w:pos="8280"/>
        </w:tabs>
        <w:rPr>
          <w:rFonts w:ascii="Book Antiqua" w:hAnsi="Book Antiqua"/>
          <w:lang w:val="es-PR"/>
        </w:rPr>
      </w:pPr>
      <w:r w:rsidRPr="00E47C79">
        <w:rPr>
          <w:rFonts w:ascii="Book Antiqua" w:hAnsi="Book Antiqua"/>
          <w:lang w:val="es-PR"/>
        </w:rPr>
        <w:t>8.             Ayuda al Necesitado, Inc.    </w:t>
      </w:r>
      <w:r w:rsidRPr="00E47C79">
        <w:rPr>
          <w:rFonts w:ascii="Book Antiqua" w:hAnsi="Book Antiqua"/>
          <w:lang w:val="es-PR"/>
        </w:rPr>
        <w:tab/>
        <w:t xml:space="preserve">  </w:t>
      </w:r>
      <w:r w:rsidR="00FB2E24" w:rsidRPr="00E47C79">
        <w:rPr>
          <w:rFonts w:ascii="Book Antiqua" w:hAnsi="Book Antiqua"/>
          <w:lang w:val="es-PR"/>
        </w:rPr>
        <w:t>$</w:t>
      </w:r>
      <w:r w:rsidRPr="00E47C79">
        <w:rPr>
          <w:rFonts w:ascii="Book Antiqua" w:hAnsi="Book Antiqua"/>
          <w:lang w:val="es-PR"/>
        </w:rPr>
        <w:t xml:space="preserve">3,000 </w:t>
      </w:r>
    </w:p>
    <w:p w14:paraId="758A6B29" w14:textId="702FE6D6" w:rsidR="002A38F4" w:rsidRPr="00E47C79" w:rsidRDefault="002A38F4" w:rsidP="002A38F4">
      <w:pPr>
        <w:tabs>
          <w:tab w:val="decimal" w:pos="8280"/>
        </w:tabs>
        <w:rPr>
          <w:rFonts w:ascii="Book Antiqua" w:hAnsi="Book Antiqua"/>
          <w:lang w:val="es-PR"/>
        </w:rPr>
      </w:pPr>
      <w:r w:rsidRPr="00E47C79">
        <w:rPr>
          <w:rFonts w:ascii="Book Antiqua" w:hAnsi="Book Antiqua"/>
          <w:lang w:val="es-PR"/>
        </w:rPr>
        <w:t>9.             Banco de Alimento Puerto Rico, Inc.          </w:t>
      </w:r>
      <w:r w:rsidRPr="00E47C79">
        <w:rPr>
          <w:rFonts w:ascii="Book Antiqua" w:hAnsi="Book Antiqua"/>
          <w:lang w:val="es-PR"/>
        </w:rPr>
        <w:tab/>
        <w:t xml:space="preserve">    </w:t>
      </w:r>
      <w:r w:rsidR="00FB2E24" w:rsidRPr="00E47C79">
        <w:rPr>
          <w:rFonts w:ascii="Book Antiqua" w:hAnsi="Book Antiqua"/>
          <w:lang w:val="es-PR"/>
        </w:rPr>
        <w:t>$</w:t>
      </w:r>
      <w:r w:rsidRPr="00E47C79">
        <w:rPr>
          <w:rFonts w:ascii="Book Antiqua" w:hAnsi="Book Antiqua"/>
          <w:lang w:val="es-PR"/>
        </w:rPr>
        <w:t xml:space="preserve">25,000 </w:t>
      </w:r>
    </w:p>
    <w:p w14:paraId="5A3DF2DD" w14:textId="78B79EAB" w:rsidR="002A38F4" w:rsidRPr="00E47C79" w:rsidRDefault="002A38F4" w:rsidP="002A38F4">
      <w:pPr>
        <w:tabs>
          <w:tab w:val="decimal" w:pos="8280"/>
        </w:tabs>
        <w:rPr>
          <w:rFonts w:ascii="Book Antiqua" w:hAnsi="Book Antiqua"/>
          <w:lang w:val="es-PR"/>
        </w:rPr>
      </w:pPr>
      <w:r w:rsidRPr="00E47C79">
        <w:rPr>
          <w:rFonts w:ascii="Book Antiqua" w:hAnsi="Book Antiqua"/>
          <w:lang w:val="es-PR"/>
        </w:rPr>
        <w:t xml:space="preserve">10.          </w:t>
      </w:r>
      <w:proofErr w:type="spellStart"/>
      <w:r w:rsidRPr="00E47C79">
        <w:rPr>
          <w:rFonts w:ascii="Book Antiqua" w:hAnsi="Book Antiqua"/>
          <w:lang w:val="es-PR"/>
        </w:rPr>
        <w:t>Caribbean</w:t>
      </w:r>
      <w:proofErr w:type="spellEnd"/>
      <w:r w:rsidRPr="00E47C79">
        <w:rPr>
          <w:rFonts w:ascii="Book Antiqua" w:hAnsi="Book Antiqua"/>
          <w:lang w:val="es-PR"/>
        </w:rPr>
        <w:t xml:space="preserve"> S.E.A. Softball, Inc.         </w:t>
      </w:r>
      <w:r w:rsidRPr="00E47C79">
        <w:rPr>
          <w:rFonts w:ascii="Book Antiqua" w:hAnsi="Book Antiqua"/>
          <w:lang w:val="es-PR"/>
        </w:rPr>
        <w:tab/>
        <w:t xml:space="preserve">  </w:t>
      </w:r>
      <w:r w:rsidR="00FB2E24" w:rsidRPr="00E47C79">
        <w:rPr>
          <w:rFonts w:ascii="Book Antiqua" w:hAnsi="Book Antiqua"/>
          <w:lang w:val="es-PR"/>
        </w:rPr>
        <w:t>$</w:t>
      </w:r>
      <w:r w:rsidRPr="00E47C79">
        <w:rPr>
          <w:rFonts w:ascii="Book Antiqua" w:hAnsi="Book Antiqua"/>
          <w:lang w:val="es-PR"/>
        </w:rPr>
        <w:t xml:space="preserve">10,000 </w:t>
      </w:r>
    </w:p>
    <w:p w14:paraId="159AE294" w14:textId="374EFAEF" w:rsidR="002A38F4" w:rsidRPr="00E47C79" w:rsidRDefault="002A38F4" w:rsidP="002A38F4">
      <w:pPr>
        <w:tabs>
          <w:tab w:val="decimal" w:pos="8280"/>
        </w:tabs>
        <w:rPr>
          <w:rFonts w:ascii="Book Antiqua" w:hAnsi="Book Antiqua"/>
          <w:lang w:val="es-PR"/>
        </w:rPr>
      </w:pPr>
      <w:r w:rsidRPr="00E47C79">
        <w:rPr>
          <w:rFonts w:ascii="Book Antiqua" w:hAnsi="Book Antiqua"/>
          <w:lang w:val="es-PR"/>
        </w:rPr>
        <w:t xml:space="preserve">11.          Centro </w:t>
      </w:r>
      <w:proofErr w:type="spellStart"/>
      <w:r w:rsidRPr="00E47C79">
        <w:rPr>
          <w:rFonts w:ascii="Book Antiqua" w:hAnsi="Book Antiqua"/>
          <w:lang w:val="es-PR"/>
        </w:rPr>
        <w:t>Coameño</w:t>
      </w:r>
      <w:proofErr w:type="spellEnd"/>
      <w:r w:rsidRPr="00E47C79">
        <w:rPr>
          <w:rFonts w:ascii="Book Antiqua" w:hAnsi="Book Antiqua"/>
          <w:lang w:val="es-PR"/>
        </w:rPr>
        <w:t xml:space="preserve"> para la Vejez, Inc.            </w:t>
      </w:r>
      <w:r w:rsidRPr="00E47C79">
        <w:rPr>
          <w:rFonts w:ascii="Book Antiqua" w:hAnsi="Book Antiqua"/>
          <w:lang w:val="es-PR"/>
        </w:rPr>
        <w:tab/>
        <w:t xml:space="preserve">   </w:t>
      </w:r>
      <w:r w:rsidR="00FB2E24" w:rsidRPr="00E47C79">
        <w:rPr>
          <w:rFonts w:ascii="Book Antiqua" w:hAnsi="Book Antiqua"/>
          <w:lang w:val="es-PR"/>
        </w:rPr>
        <w:t>$</w:t>
      </w:r>
      <w:r w:rsidRPr="00E47C79">
        <w:rPr>
          <w:rFonts w:ascii="Book Antiqua" w:hAnsi="Book Antiqua"/>
          <w:lang w:val="es-PR"/>
        </w:rPr>
        <w:t xml:space="preserve">20,000 </w:t>
      </w:r>
    </w:p>
    <w:p w14:paraId="71F2F685" w14:textId="6BFD838E" w:rsidR="002A38F4" w:rsidRPr="00E47C79" w:rsidRDefault="002A38F4" w:rsidP="002A38F4">
      <w:pPr>
        <w:tabs>
          <w:tab w:val="decimal" w:pos="8280"/>
        </w:tabs>
        <w:rPr>
          <w:rFonts w:ascii="Book Antiqua" w:hAnsi="Book Antiqua"/>
          <w:lang w:val="es-PR"/>
        </w:rPr>
      </w:pPr>
      <w:r w:rsidRPr="00E47C79">
        <w:rPr>
          <w:rFonts w:ascii="Book Antiqua" w:hAnsi="Book Antiqua"/>
          <w:lang w:val="es-PR"/>
        </w:rPr>
        <w:t xml:space="preserve">12.          Centro Cultural </w:t>
      </w:r>
      <w:proofErr w:type="spellStart"/>
      <w:r w:rsidRPr="00E47C79">
        <w:rPr>
          <w:rFonts w:ascii="Book Antiqua" w:hAnsi="Book Antiqua"/>
          <w:lang w:val="es-PR"/>
        </w:rPr>
        <w:t>Cidreño</w:t>
      </w:r>
      <w:proofErr w:type="spellEnd"/>
      <w:r w:rsidRPr="00E47C79">
        <w:rPr>
          <w:rFonts w:ascii="Book Antiqua" w:hAnsi="Book Antiqua"/>
          <w:lang w:val="es-PR"/>
        </w:rPr>
        <w:t>        </w:t>
      </w:r>
      <w:r w:rsidRPr="00E47C79">
        <w:rPr>
          <w:rFonts w:ascii="Book Antiqua" w:hAnsi="Book Antiqua"/>
          <w:lang w:val="es-PR"/>
        </w:rPr>
        <w:tab/>
        <w:t xml:space="preserve"> </w:t>
      </w:r>
      <w:r w:rsidR="00FB2E24" w:rsidRPr="00E47C79">
        <w:rPr>
          <w:rFonts w:ascii="Book Antiqua" w:hAnsi="Book Antiqua"/>
          <w:lang w:val="es-PR"/>
        </w:rPr>
        <w:t>$</w:t>
      </w:r>
      <w:r w:rsidRPr="00E47C79">
        <w:rPr>
          <w:rFonts w:ascii="Book Antiqua" w:hAnsi="Book Antiqua"/>
          <w:lang w:val="es-PR"/>
        </w:rPr>
        <w:t xml:space="preserve">9,000 </w:t>
      </w:r>
    </w:p>
    <w:p w14:paraId="10E83359" w14:textId="77ACCB87" w:rsidR="002A38F4" w:rsidRPr="00E47C79" w:rsidRDefault="002A38F4" w:rsidP="002A38F4">
      <w:pPr>
        <w:tabs>
          <w:tab w:val="decimal" w:pos="8280"/>
        </w:tabs>
        <w:rPr>
          <w:rFonts w:ascii="Book Antiqua" w:hAnsi="Book Antiqua"/>
          <w:lang w:val="es-ES"/>
        </w:rPr>
      </w:pPr>
      <w:r w:rsidRPr="00E47C79">
        <w:rPr>
          <w:rFonts w:ascii="Book Antiqua" w:hAnsi="Book Antiqua"/>
          <w:lang w:val="es-PR"/>
        </w:rPr>
        <w:t>13.          Centro Cultural y de Servicios de Cantera, Inc.   </w:t>
      </w:r>
      <w:r w:rsidRPr="00E47C79">
        <w:rPr>
          <w:rFonts w:ascii="Book Antiqua" w:hAnsi="Book Antiqua"/>
          <w:lang w:val="es-PR"/>
        </w:rPr>
        <w:tab/>
        <w:t xml:space="preserve">   </w:t>
      </w:r>
      <w:r w:rsidR="00FB2E24" w:rsidRPr="00E47C79">
        <w:rPr>
          <w:rFonts w:ascii="Book Antiqua" w:hAnsi="Book Antiqua"/>
          <w:lang w:val="es-ES"/>
        </w:rPr>
        <w:t>$</w:t>
      </w:r>
      <w:r w:rsidRPr="00E47C79">
        <w:rPr>
          <w:rFonts w:ascii="Book Antiqua" w:hAnsi="Book Antiqua"/>
          <w:lang w:val="es-ES"/>
        </w:rPr>
        <w:t xml:space="preserve">10,000 </w:t>
      </w:r>
    </w:p>
    <w:p w14:paraId="37068784" w14:textId="3B08FE71" w:rsidR="002A38F4" w:rsidRPr="00E47C79" w:rsidRDefault="002A38F4" w:rsidP="002A38F4">
      <w:pPr>
        <w:tabs>
          <w:tab w:val="decimal" w:pos="8280"/>
        </w:tabs>
        <w:rPr>
          <w:rFonts w:ascii="Book Antiqua" w:hAnsi="Book Antiqua"/>
          <w:lang w:val="es-ES"/>
        </w:rPr>
      </w:pPr>
      <w:r w:rsidRPr="00E47C79">
        <w:rPr>
          <w:rFonts w:ascii="Book Antiqua" w:hAnsi="Book Antiqua"/>
          <w:lang w:val="es-PR"/>
        </w:rPr>
        <w:t>14.          Centro de Ayuda y Terapia al Niño con Impedimento, Inc.</w:t>
      </w:r>
      <w:r w:rsidRPr="00E47C79">
        <w:rPr>
          <w:rFonts w:ascii="Book Antiqua" w:hAnsi="Book Antiqua"/>
          <w:lang w:val="es-PR"/>
        </w:rPr>
        <w:tab/>
        <w:t xml:space="preserve">       </w:t>
      </w:r>
      <w:r w:rsidR="00FB2E24" w:rsidRPr="00E47C79">
        <w:rPr>
          <w:rFonts w:ascii="Book Antiqua" w:hAnsi="Book Antiqua"/>
          <w:lang w:val="es-PR"/>
        </w:rPr>
        <w:t>$</w:t>
      </w:r>
      <w:r w:rsidRPr="00E47C79">
        <w:rPr>
          <w:rFonts w:ascii="Book Antiqua" w:hAnsi="Book Antiqua"/>
          <w:lang w:val="es-ES"/>
        </w:rPr>
        <w:t xml:space="preserve">20,000 </w:t>
      </w:r>
    </w:p>
    <w:p w14:paraId="1089B6E9" w14:textId="63160D64" w:rsidR="002A38F4" w:rsidRPr="00E47C79" w:rsidRDefault="002A38F4" w:rsidP="002A38F4">
      <w:pPr>
        <w:tabs>
          <w:tab w:val="decimal" w:pos="8280"/>
        </w:tabs>
        <w:rPr>
          <w:rFonts w:ascii="Book Antiqua" w:hAnsi="Book Antiqua"/>
          <w:lang w:val="es-ES"/>
        </w:rPr>
      </w:pPr>
      <w:r w:rsidRPr="00E47C79">
        <w:rPr>
          <w:rFonts w:ascii="Book Antiqua" w:hAnsi="Book Antiqua"/>
          <w:lang w:val="es-ES"/>
        </w:rPr>
        <w:t>15.          Centro de Bendición, Inc.   </w:t>
      </w:r>
      <w:r w:rsidRPr="00E47C79">
        <w:rPr>
          <w:rFonts w:ascii="Book Antiqua" w:hAnsi="Book Antiqua"/>
          <w:lang w:val="es-ES"/>
        </w:rPr>
        <w:tab/>
        <w:t xml:space="preserve">   </w:t>
      </w:r>
      <w:r w:rsidR="00FB2E24" w:rsidRPr="00E47C79">
        <w:rPr>
          <w:rFonts w:ascii="Book Antiqua" w:hAnsi="Book Antiqua"/>
          <w:lang w:val="es-ES"/>
        </w:rPr>
        <w:t>$</w:t>
      </w:r>
      <w:r w:rsidRPr="00E47C79">
        <w:rPr>
          <w:rFonts w:ascii="Book Antiqua" w:hAnsi="Book Antiqua"/>
          <w:lang w:val="es-ES"/>
        </w:rPr>
        <w:t xml:space="preserve">5,000 </w:t>
      </w:r>
    </w:p>
    <w:p w14:paraId="0E3AC7F6" w14:textId="600C9516" w:rsidR="002A38F4" w:rsidRPr="00E47C79" w:rsidRDefault="002A38F4" w:rsidP="002A38F4">
      <w:pPr>
        <w:tabs>
          <w:tab w:val="decimal" w:pos="8280"/>
        </w:tabs>
        <w:rPr>
          <w:rFonts w:ascii="Book Antiqua" w:hAnsi="Book Antiqua"/>
          <w:lang w:val="es-ES"/>
        </w:rPr>
      </w:pPr>
      <w:r w:rsidRPr="00E47C79">
        <w:rPr>
          <w:rFonts w:ascii="Book Antiqua" w:hAnsi="Book Antiqua"/>
          <w:lang w:val="es-ES"/>
        </w:rPr>
        <w:t xml:space="preserve">16.          Centro de Consejería El Sendero de la Cruz, Inc.  </w:t>
      </w:r>
      <w:r w:rsidRPr="00E47C79">
        <w:rPr>
          <w:rFonts w:ascii="Book Antiqua" w:hAnsi="Book Antiqua"/>
          <w:lang w:val="es-ES"/>
        </w:rPr>
        <w:tab/>
      </w:r>
      <w:r w:rsidR="00FB2E24" w:rsidRPr="00E47C79">
        <w:rPr>
          <w:rFonts w:ascii="Book Antiqua" w:hAnsi="Book Antiqua"/>
          <w:lang w:val="es-ES"/>
        </w:rPr>
        <w:t>$</w:t>
      </w:r>
      <w:r w:rsidRPr="00E47C79">
        <w:rPr>
          <w:rFonts w:ascii="Book Antiqua" w:hAnsi="Book Antiqua"/>
          <w:lang w:val="es-ES"/>
        </w:rPr>
        <w:t xml:space="preserve">25,000 </w:t>
      </w:r>
    </w:p>
    <w:p w14:paraId="0015EE81" w14:textId="5DC04C13" w:rsidR="002A38F4" w:rsidRPr="00E47C79" w:rsidRDefault="002A38F4" w:rsidP="002A38F4">
      <w:pPr>
        <w:tabs>
          <w:tab w:val="decimal" w:pos="8280"/>
        </w:tabs>
        <w:rPr>
          <w:rFonts w:ascii="Book Antiqua" w:hAnsi="Book Antiqua"/>
          <w:lang w:val="es-PR"/>
        </w:rPr>
      </w:pPr>
      <w:r w:rsidRPr="00E47C79">
        <w:rPr>
          <w:rFonts w:ascii="Book Antiqua" w:hAnsi="Book Antiqua"/>
          <w:lang w:val="es-ES"/>
        </w:rPr>
        <w:t xml:space="preserve">17.          Centro de Orientación y Acción Social, Inc. </w:t>
      </w:r>
      <w:r w:rsidRPr="00E47C79">
        <w:rPr>
          <w:rFonts w:ascii="Book Antiqua" w:hAnsi="Book Antiqua"/>
          <w:lang w:val="es-PR"/>
        </w:rPr>
        <w:t xml:space="preserve">COASI              </w:t>
      </w:r>
      <w:r w:rsidRPr="00E47C79">
        <w:rPr>
          <w:rFonts w:ascii="Book Antiqua" w:hAnsi="Book Antiqua"/>
          <w:lang w:val="es-PR"/>
        </w:rPr>
        <w:tab/>
      </w:r>
      <w:r w:rsidR="00FB2E24" w:rsidRPr="00E47C79">
        <w:rPr>
          <w:rFonts w:ascii="Book Antiqua" w:hAnsi="Book Antiqua"/>
          <w:lang w:val="es-PR"/>
        </w:rPr>
        <w:t>$</w:t>
      </w:r>
      <w:r w:rsidRPr="00E47C79">
        <w:rPr>
          <w:rFonts w:ascii="Book Antiqua" w:hAnsi="Book Antiqua"/>
          <w:lang w:val="es-PR"/>
        </w:rPr>
        <w:t xml:space="preserve">5,000 </w:t>
      </w:r>
    </w:p>
    <w:p w14:paraId="646B7EF0" w14:textId="35336200" w:rsidR="002A38F4" w:rsidRPr="00E47C79" w:rsidRDefault="002A38F4" w:rsidP="002A38F4">
      <w:pPr>
        <w:tabs>
          <w:tab w:val="decimal" w:pos="8280"/>
        </w:tabs>
        <w:rPr>
          <w:rFonts w:ascii="Book Antiqua" w:hAnsi="Book Antiqua"/>
          <w:lang w:val="es-PR"/>
        </w:rPr>
      </w:pPr>
      <w:r w:rsidRPr="00E47C79">
        <w:rPr>
          <w:rFonts w:ascii="Book Antiqua" w:hAnsi="Book Antiqua"/>
          <w:lang w:val="es-PR"/>
        </w:rPr>
        <w:t>18.          Centros Sor Isolina Ferre       </w:t>
      </w:r>
      <w:r w:rsidRPr="00E47C79">
        <w:rPr>
          <w:rFonts w:ascii="Book Antiqua" w:hAnsi="Book Antiqua"/>
          <w:lang w:val="es-PR"/>
        </w:rPr>
        <w:tab/>
        <w:t xml:space="preserve"> </w:t>
      </w:r>
      <w:r w:rsidR="00FB2E24" w:rsidRPr="00E47C79">
        <w:rPr>
          <w:rFonts w:ascii="Book Antiqua" w:hAnsi="Book Antiqua"/>
          <w:lang w:val="es-PR"/>
        </w:rPr>
        <w:t>$</w:t>
      </w:r>
      <w:r w:rsidRPr="00E47C79">
        <w:rPr>
          <w:rFonts w:ascii="Book Antiqua" w:hAnsi="Book Antiqua"/>
          <w:lang w:val="es-PR"/>
        </w:rPr>
        <w:t xml:space="preserve">20,000 </w:t>
      </w:r>
    </w:p>
    <w:p w14:paraId="0AF1A03F" w14:textId="0F435F76" w:rsidR="002A38F4" w:rsidRPr="00E47C79" w:rsidRDefault="002A38F4" w:rsidP="002A38F4">
      <w:pPr>
        <w:tabs>
          <w:tab w:val="decimal" w:pos="8280"/>
        </w:tabs>
        <w:rPr>
          <w:rFonts w:ascii="Book Antiqua" w:hAnsi="Book Antiqua"/>
          <w:lang w:val="es-PR"/>
        </w:rPr>
      </w:pPr>
      <w:r w:rsidRPr="00E47C79">
        <w:rPr>
          <w:rFonts w:ascii="Book Antiqua" w:hAnsi="Book Antiqua"/>
          <w:lang w:val="es-PR"/>
        </w:rPr>
        <w:t>19.          Club Semillitas de Amor       </w:t>
      </w:r>
      <w:r w:rsidRPr="00E47C79">
        <w:rPr>
          <w:rFonts w:ascii="Book Antiqua" w:hAnsi="Book Antiqua"/>
          <w:lang w:val="es-PR"/>
        </w:rPr>
        <w:tab/>
        <w:t xml:space="preserve"> </w:t>
      </w:r>
      <w:r w:rsidR="00FB2E24" w:rsidRPr="00E47C79">
        <w:rPr>
          <w:rFonts w:ascii="Book Antiqua" w:hAnsi="Book Antiqua"/>
          <w:lang w:val="es-PR"/>
        </w:rPr>
        <w:t>$</w:t>
      </w:r>
      <w:r w:rsidRPr="00E47C79">
        <w:rPr>
          <w:rFonts w:ascii="Book Antiqua" w:hAnsi="Book Antiqua"/>
          <w:lang w:val="es-PR"/>
        </w:rPr>
        <w:t xml:space="preserve">5,000 </w:t>
      </w:r>
    </w:p>
    <w:p w14:paraId="729D56F1" w14:textId="26B1F3F5" w:rsidR="002A38F4" w:rsidRPr="00E47C79" w:rsidRDefault="002A38F4" w:rsidP="002A38F4">
      <w:pPr>
        <w:tabs>
          <w:tab w:val="decimal" w:pos="8280"/>
        </w:tabs>
        <w:rPr>
          <w:rFonts w:ascii="Book Antiqua" w:hAnsi="Book Antiqua"/>
          <w:lang w:val="es-PR"/>
        </w:rPr>
      </w:pPr>
      <w:r w:rsidRPr="00E47C79">
        <w:rPr>
          <w:rFonts w:ascii="Book Antiqua" w:hAnsi="Book Antiqua"/>
          <w:lang w:val="es-PR"/>
        </w:rPr>
        <w:t>20.          Conservatorio de Música de Puerto Rico   </w:t>
      </w:r>
      <w:r w:rsidRPr="00E47C79">
        <w:rPr>
          <w:rFonts w:ascii="Book Antiqua" w:hAnsi="Book Antiqua"/>
          <w:lang w:val="es-PR"/>
        </w:rPr>
        <w:tab/>
        <w:t xml:space="preserve"> </w:t>
      </w:r>
      <w:r w:rsidR="00FB2E24" w:rsidRPr="00E47C79">
        <w:rPr>
          <w:rFonts w:ascii="Book Antiqua" w:hAnsi="Book Antiqua"/>
          <w:lang w:val="es-PR"/>
        </w:rPr>
        <w:t>$</w:t>
      </w:r>
      <w:r w:rsidRPr="00E47C79">
        <w:rPr>
          <w:rFonts w:ascii="Book Antiqua" w:hAnsi="Book Antiqua"/>
          <w:lang w:val="es-PR"/>
        </w:rPr>
        <w:t xml:space="preserve">5,000 </w:t>
      </w:r>
    </w:p>
    <w:p w14:paraId="191D5563" w14:textId="13E8B96D" w:rsidR="002A38F4" w:rsidRPr="00E47C79" w:rsidRDefault="002A38F4" w:rsidP="002A38F4">
      <w:pPr>
        <w:tabs>
          <w:tab w:val="decimal" w:pos="8280"/>
        </w:tabs>
        <w:rPr>
          <w:rFonts w:ascii="Book Antiqua" w:hAnsi="Book Antiqua"/>
          <w:lang w:val="es-PR"/>
        </w:rPr>
      </w:pPr>
      <w:r w:rsidRPr="00E47C79">
        <w:rPr>
          <w:rFonts w:ascii="Book Antiqua" w:hAnsi="Book Antiqua"/>
          <w:lang w:val="es-PR"/>
        </w:rPr>
        <w:t>21.          Corporación La Fondita de Jesús    </w:t>
      </w:r>
      <w:proofErr w:type="gramStart"/>
      <w:r w:rsidRPr="00E47C79">
        <w:rPr>
          <w:rFonts w:ascii="Book Antiqua" w:hAnsi="Book Antiqua"/>
          <w:lang w:val="es-PR"/>
        </w:rPr>
        <w:tab/>
        <w:t xml:space="preserve">  </w:t>
      </w:r>
      <w:r w:rsidR="00FB2E24" w:rsidRPr="00E47C79">
        <w:rPr>
          <w:rFonts w:ascii="Book Antiqua" w:hAnsi="Book Antiqua"/>
          <w:lang w:val="es-PR"/>
        </w:rPr>
        <w:t>$</w:t>
      </w:r>
      <w:proofErr w:type="gramEnd"/>
      <w:r w:rsidRPr="00E47C79">
        <w:rPr>
          <w:rFonts w:ascii="Book Antiqua" w:hAnsi="Book Antiqua"/>
          <w:lang w:val="es-PR"/>
        </w:rPr>
        <w:t xml:space="preserve">5,000 </w:t>
      </w:r>
    </w:p>
    <w:p w14:paraId="156177EE" w14:textId="621E3FA5" w:rsidR="002A38F4" w:rsidRPr="00E47C79" w:rsidRDefault="002A38F4" w:rsidP="002A38F4">
      <w:pPr>
        <w:tabs>
          <w:tab w:val="decimal" w:pos="8280"/>
        </w:tabs>
        <w:rPr>
          <w:rFonts w:ascii="Book Antiqua" w:hAnsi="Book Antiqua"/>
          <w:lang w:val="es-ES"/>
        </w:rPr>
      </w:pPr>
      <w:r w:rsidRPr="00E47C79">
        <w:rPr>
          <w:rFonts w:ascii="Book Antiqua" w:hAnsi="Book Antiqua"/>
          <w:lang w:val="es-ES"/>
        </w:rPr>
        <w:t>22.          Corporación Paz y Serenidad             </w:t>
      </w:r>
      <w:r w:rsidRPr="00E47C79">
        <w:rPr>
          <w:rFonts w:ascii="Book Antiqua" w:hAnsi="Book Antiqua"/>
          <w:lang w:val="es-ES"/>
        </w:rPr>
        <w:tab/>
        <w:t xml:space="preserve"> </w:t>
      </w:r>
      <w:r w:rsidR="00FB2E24" w:rsidRPr="00E47C79">
        <w:rPr>
          <w:rFonts w:ascii="Book Antiqua" w:hAnsi="Book Antiqua"/>
          <w:lang w:val="es-ES"/>
        </w:rPr>
        <w:t>$</w:t>
      </w:r>
      <w:r w:rsidRPr="00E47C79">
        <w:rPr>
          <w:rFonts w:ascii="Book Antiqua" w:hAnsi="Book Antiqua"/>
          <w:lang w:val="es-ES"/>
        </w:rPr>
        <w:t>5,000</w:t>
      </w:r>
    </w:p>
    <w:p w14:paraId="5742AB71" w14:textId="3D7C8DDC" w:rsidR="002A38F4" w:rsidRPr="00E47C79" w:rsidRDefault="002A38F4" w:rsidP="002A38F4">
      <w:pPr>
        <w:tabs>
          <w:tab w:val="decimal" w:pos="8280"/>
        </w:tabs>
        <w:rPr>
          <w:rFonts w:ascii="Book Antiqua" w:hAnsi="Book Antiqua"/>
          <w:lang w:val="es-ES"/>
        </w:rPr>
      </w:pPr>
      <w:r w:rsidRPr="00E47C79">
        <w:rPr>
          <w:rFonts w:ascii="Book Antiqua" w:hAnsi="Book Antiqua"/>
          <w:lang w:val="es-ES"/>
        </w:rPr>
        <w:t xml:space="preserve">23.          </w:t>
      </w:r>
      <w:proofErr w:type="spellStart"/>
      <w:r w:rsidRPr="00E47C79">
        <w:rPr>
          <w:rFonts w:ascii="Book Antiqua" w:hAnsi="Book Antiqua"/>
          <w:lang w:val="es-ES"/>
        </w:rPr>
        <w:t>Ecoexploratorio</w:t>
      </w:r>
      <w:proofErr w:type="spellEnd"/>
      <w:r w:rsidRPr="00E47C79">
        <w:rPr>
          <w:rFonts w:ascii="Book Antiqua" w:hAnsi="Book Antiqua"/>
          <w:lang w:val="es-ES"/>
        </w:rPr>
        <w:t xml:space="preserve">, Inc. </w:t>
      </w:r>
      <w:r w:rsidR="00FB2E24" w:rsidRPr="00E47C79">
        <w:rPr>
          <w:rFonts w:ascii="Book Antiqua" w:hAnsi="Book Antiqua"/>
          <w:lang w:val="es-ES"/>
        </w:rPr>
        <w:tab/>
        <w:t>$</w:t>
      </w:r>
      <w:r w:rsidRPr="00E47C79">
        <w:rPr>
          <w:rFonts w:ascii="Book Antiqua" w:hAnsi="Book Antiqua"/>
          <w:lang w:val="es-ES"/>
        </w:rPr>
        <w:t xml:space="preserve">20,000 </w:t>
      </w:r>
    </w:p>
    <w:p w14:paraId="33B800EB" w14:textId="6E5B007E" w:rsidR="002A38F4" w:rsidRPr="00E47C79" w:rsidRDefault="002A38F4" w:rsidP="002A38F4">
      <w:pPr>
        <w:tabs>
          <w:tab w:val="decimal" w:pos="8280"/>
        </w:tabs>
        <w:rPr>
          <w:rFonts w:ascii="Book Antiqua" w:hAnsi="Book Antiqua"/>
          <w:lang w:val="es-PR"/>
        </w:rPr>
      </w:pPr>
      <w:r w:rsidRPr="00E47C79">
        <w:rPr>
          <w:rFonts w:ascii="Book Antiqua" w:hAnsi="Book Antiqua"/>
          <w:lang w:val="es-ES"/>
        </w:rPr>
        <w:t xml:space="preserve">24.          Federación de </w:t>
      </w:r>
      <w:proofErr w:type="gramStart"/>
      <w:r w:rsidRPr="00E47C79">
        <w:rPr>
          <w:rFonts w:ascii="Book Antiqua" w:hAnsi="Book Antiqua"/>
          <w:lang w:val="es-ES"/>
        </w:rPr>
        <w:t>Alcaldes</w:t>
      </w:r>
      <w:proofErr w:type="gramEnd"/>
      <w:r w:rsidRPr="00E47C79">
        <w:rPr>
          <w:rFonts w:ascii="Book Antiqua" w:hAnsi="Book Antiqua"/>
          <w:lang w:val="es-ES"/>
        </w:rPr>
        <w:t xml:space="preserve"> de PR, Inc. </w:t>
      </w:r>
      <w:r w:rsidR="00FB2E24" w:rsidRPr="00E47C79">
        <w:rPr>
          <w:rFonts w:ascii="Book Antiqua" w:hAnsi="Book Antiqua"/>
          <w:lang w:val="es-ES"/>
        </w:rPr>
        <w:tab/>
      </w:r>
      <w:r w:rsidR="00FB2E24" w:rsidRPr="00E47C79">
        <w:rPr>
          <w:rFonts w:ascii="Book Antiqua" w:hAnsi="Book Antiqua"/>
          <w:lang w:val="es-PR"/>
        </w:rPr>
        <w:t>$</w:t>
      </w:r>
      <w:r w:rsidRPr="00E47C79">
        <w:rPr>
          <w:rFonts w:ascii="Book Antiqua" w:hAnsi="Book Antiqua"/>
          <w:lang w:val="es-PR"/>
        </w:rPr>
        <w:t xml:space="preserve">50,000 </w:t>
      </w:r>
    </w:p>
    <w:p w14:paraId="3507FC4E" w14:textId="342EDE3B" w:rsidR="002A38F4" w:rsidRPr="00E47C79" w:rsidRDefault="002A38F4" w:rsidP="002A38F4">
      <w:pPr>
        <w:tabs>
          <w:tab w:val="decimal" w:pos="8280"/>
        </w:tabs>
        <w:rPr>
          <w:rFonts w:ascii="Book Antiqua" w:hAnsi="Book Antiqua"/>
          <w:lang w:val="es-ES"/>
        </w:rPr>
      </w:pPr>
      <w:r w:rsidRPr="00E47C79">
        <w:rPr>
          <w:rFonts w:ascii="Book Antiqua" w:hAnsi="Book Antiqua"/>
          <w:lang w:val="es-PR"/>
        </w:rPr>
        <w:t>25.          Federación de Baloncesto de Puerto Rico, Inc.   </w:t>
      </w:r>
      <w:r w:rsidR="00FB2E24" w:rsidRPr="00E47C79">
        <w:rPr>
          <w:rFonts w:ascii="Book Antiqua" w:hAnsi="Book Antiqua"/>
          <w:lang w:val="es-PR"/>
        </w:rPr>
        <w:tab/>
      </w:r>
      <w:r w:rsidRPr="00E47C79">
        <w:rPr>
          <w:rFonts w:ascii="Book Antiqua" w:hAnsi="Book Antiqua"/>
          <w:lang w:val="es-PR"/>
        </w:rPr>
        <w:t xml:space="preserve">    </w:t>
      </w:r>
      <w:r w:rsidR="00FB2E24" w:rsidRPr="00E47C79">
        <w:rPr>
          <w:rFonts w:ascii="Book Antiqua" w:hAnsi="Book Antiqua"/>
          <w:lang w:val="es-ES"/>
        </w:rPr>
        <w:t>$</w:t>
      </w:r>
      <w:r w:rsidRPr="00E47C79">
        <w:rPr>
          <w:rFonts w:ascii="Book Antiqua" w:hAnsi="Book Antiqua"/>
          <w:lang w:val="es-ES"/>
        </w:rPr>
        <w:t xml:space="preserve">10,000 </w:t>
      </w:r>
    </w:p>
    <w:p w14:paraId="0E671A60" w14:textId="75702404" w:rsidR="002A38F4" w:rsidRPr="00E47C79" w:rsidRDefault="002A38F4" w:rsidP="002A38F4">
      <w:pPr>
        <w:tabs>
          <w:tab w:val="decimal" w:pos="8280"/>
        </w:tabs>
        <w:rPr>
          <w:rFonts w:ascii="Book Antiqua" w:hAnsi="Book Antiqua"/>
          <w:lang w:val="es-PR"/>
        </w:rPr>
      </w:pPr>
      <w:r w:rsidRPr="00E47C79">
        <w:rPr>
          <w:rFonts w:ascii="Book Antiqua" w:hAnsi="Book Antiqua"/>
          <w:lang w:val="es-PR"/>
        </w:rPr>
        <w:t>26.          Federación Nacional de Baloncesto en Silla de Ruedas PR         </w:t>
      </w:r>
      <w:r w:rsidR="00685213" w:rsidRPr="00E47C79">
        <w:rPr>
          <w:rFonts w:ascii="Book Antiqua" w:hAnsi="Book Antiqua"/>
          <w:lang w:val="es-PR"/>
        </w:rPr>
        <w:tab/>
      </w:r>
      <w:r w:rsidR="00FB2E24" w:rsidRPr="00E47C79">
        <w:rPr>
          <w:rFonts w:ascii="Book Antiqua" w:hAnsi="Book Antiqua"/>
          <w:lang w:val="es-PR"/>
        </w:rPr>
        <w:t>$</w:t>
      </w:r>
      <w:r w:rsidRPr="00E47C79">
        <w:rPr>
          <w:rFonts w:ascii="Book Antiqua" w:hAnsi="Book Antiqua"/>
          <w:lang w:val="es-PR"/>
        </w:rPr>
        <w:t xml:space="preserve">10,000 </w:t>
      </w:r>
    </w:p>
    <w:p w14:paraId="246B86C7" w14:textId="5D41BD80" w:rsidR="002A38F4" w:rsidRPr="00E47C79" w:rsidRDefault="002A38F4" w:rsidP="002A38F4">
      <w:pPr>
        <w:tabs>
          <w:tab w:val="decimal" w:pos="8280"/>
        </w:tabs>
        <w:rPr>
          <w:rFonts w:ascii="Book Antiqua" w:hAnsi="Book Antiqua"/>
          <w:lang w:val="es-PR"/>
        </w:rPr>
      </w:pPr>
      <w:r w:rsidRPr="00E47C79">
        <w:rPr>
          <w:rFonts w:ascii="Book Antiqua" w:hAnsi="Book Antiqua"/>
          <w:lang w:val="es-PR"/>
        </w:rPr>
        <w:t>27.          Federación Puertorriqueña de Voleibol, Inc.            </w:t>
      </w:r>
      <w:r w:rsidR="00FB2E24" w:rsidRPr="00E47C79">
        <w:rPr>
          <w:rFonts w:ascii="Book Antiqua" w:hAnsi="Book Antiqua"/>
          <w:lang w:val="es-PR"/>
        </w:rPr>
        <w:tab/>
      </w:r>
      <w:r w:rsidRPr="00E47C79">
        <w:rPr>
          <w:rFonts w:ascii="Book Antiqua" w:hAnsi="Book Antiqua"/>
          <w:lang w:val="es-PR"/>
        </w:rPr>
        <w:t xml:space="preserve"> </w:t>
      </w:r>
      <w:r w:rsidR="00FB2E24" w:rsidRPr="00E47C79">
        <w:rPr>
          <w:rFonts w:ascii="Book Antiqua" w:hAnsi="Book Antiqua"/>
          <w:lang w:val="es-PR"/>
        </w:rPr>
        <w:t>$</w:t>
      </w:r>
      <w:r w:rsidRPr="00E47C79">
        <w:rPr>
          <w:rFonts w:ascii="Book Antiqua" w:hAnsi="Book Antiqua"/>
          <w:lang w:val="es-PR"/>
        </w:rPr>
        <w:t xml:space="preserve">5,000 </w:t>
      </w:r>
    </w:p>
    <w:p w14:paraId="4C1E5915" w14:textId="0F4A8780" w:rsidR="002A38F4" w:rsidRPr="00E47C79" w:rsidRDefault="002A38F4" w:rsidP="002A38F4">
      <w:pPr>
        <w:tabs>
          <w:tab w:val="decimal" w:pos="8280"/>
        </w:tabs>
        <w:rPr>
          <w:rFonts w:ascii="Book Antiqua" w:hAnsi="Book Antiqua"/>
          <w:lang w:val="es-PR"/>
        </w:rPr>
      </w:pPr>
      <w:r w:rsidRPr="00E47C79">
        <w:rPr>
          <w:rFonts w:ascii="Book Antiqua" w:hAnsi="Book Antiqua"/>
          <w:lang w:val="es-PR"/>
        </w:rPr>
        <w:t>28.          Festival de Bomba y Plena Corp.     </w:t>
      </w:r>
      <w:r w:rsidR="00FB2E24" w:rsidRPr="00E47C79">
        <w:rPr>
          <w:rFonts w:ascii="Book Antiqua" w:hAnsi="Book Antiqua"/>
          <w:lang w:val="es-PR"/>
        </w:rPr>
        <w:tab/>
      </w:r>
      <w:r w:rsidRPr="00E47C79">
        <w:rPr>
          <w:rFonts w:ascii="Book Antiqua" w:hAnsi="Book Antiqua"/>
          <w:lang w:val="es-PR"/>
        </w:rPr>
        <w:t xml:space="preserve">  </w:t>
      </w:r>
      <w:r w:rsidR="00FB2E24" w:rsidRPr="00E47C79">
        <w:rPr>
          <w:rFonts w:ascii="Book Antiqua" w:hAnsi="Book Antiqua"/>
          <w:lang w:val="es-PR"/>
        </w:rPr>
        <w:t>$</w:t>
      </w:r>
      <w:r w:rsidRPr="00E47C79">
        <w:rPr>
          <w:rFonts w:ascii="Book Antiqua" w:hAnsi="Book Antiqua"/>
          <w:lang w:val="es-PR"/>
        </w:rPr>
        <w:t xml:space="preserve">10,000 </w:t>
      </w:r>
    </w:p>
    <w:p w14:paraId="434C5DD6" w14:textId="393CF4EB" w:rsidR="002A38F4" w:rsidRPr="00E47C79" w:rsidRDefault="002A38F4" w:rsidP="002A38F4">
      <w:pPr>
        <w:tabs>
          <w:tab w:val="decimal" w:pos="8280"/>
        </w:tabs>
        <w:rPr>
          <w:rFonts w:ascii="Book Antiqua" w:hAnsi="Book Antiqua"/>
          <w:lang w:val="es-PR"/>
        </w:rPr>
      </w:pPr>
      <w:r w:rsidRPr="00E47C79">
        <w:rPr>
          <w:rFonts w:ascii="Book Antiqua" w:hAnsi="Book Antiqua"/>
          <w:lang w:val="es-PR"/>
        </w:rPr>
        <w:t xml:space="preserve">29.          Fideicomiso de Ballet de San </w:t>
      </w:r>
      <w:proofErr w:type="gramStart"/>
      <w:r w:rsidRPr="00E47C79">
        <w:rPr>
          <w:rFonts w:ascii="Book Antiqua" w:hAnsi="Book Antiqua"/>
          <w:lang w:val="es-PR"/>
        </w:rPr>
        <w:t xml:space="preserve">Juan  </w:t>
      </w:r>
      <w:r w:rsidR="00FB2E24" w:rsidRPr="00E47C79">
        <w:rPr>
          <w:rFonts w:ascii="Book Antiqua" w:hAnsi="Book Antiqua"/>
          <w:lang w:val="es-PR"/>
        </w:rPr>
        <w:tab/>
      </w:r>
      <w:proofErr w:type="gramEnd"/>
      <w:r w:rsidR="00FB2E24" w:rsidRPr="00E47C79">
        <w:rPr>
          <w:rFonts w:ascii="Book Antiqua" w:hAnsi="Book Antiqua"/>
          <w:lang w:val="es-PR"/>
        </w:rPr>
        <w:t>$</w:t>
      </w:r>
      <w:r w:rsidRPr="00E47C79">
        <w:rPr>
          <w:rFonts w:ascii="Book Antiqua" w:hAnsi="Book Antiqua"/>
          <w:lang w:val="es-PR"/>
        </w:rPr>
        <w:t xml:space="preserve">10,000 </w:t>
      </w:r>
    </w:p>
    <w:p w14:paraId="63B8A119" w14:textId="7528620C" w:rsidR="002A38F4" w:rsidRPr="00E47C79" w:rsidRDefault="002A38F4" w:rsidP="002A38F4">
      <w:pPr>
        <w:tabs>
          <w:tab w:val="decimal" w:pos="8280"/>
        </w:tabs>
        <w:rPr>
          <w:rFonts w:ascii="Book Antiqua" w:hAnsi="Book Antiqua"/>
          <w:lang w:val="es-PR"/>
        </w:rPr>
      </w:pPr>
      <w:r w:rsidRPr="00E47C79">
        <w:rPr>
          <w:rFonts w:ascii="Book Antiqua" w:hAnsi="Book Antiqua"/>
          <w:lang w:val="es-PR"/>
        </w:rPr>
        <w:t xml:space="preserve">30.          Fundación Atención </w:t>
      </w:r>
      <w:proofErr w:type="spellStart"/>
      <w:r w:rsidRPr="00E47C79">
        <w:rPr>
          <w:rFonts w:ascii="Book Antiqua" w:hAnsi="Book Antiqua"/>
          <w:lang w:val="es-PR"/>
        </w:rPr>
        <w:t>Atención</w:t>
      </w:r>
      <w:proofErr w:type="spellEnd"/>
      <w:r w:rsidRPr="00E47C79">
        <w:rPr>
          <w:rFonts w:ascii="Book Antiqua" w:hAnsi="Book Antiqua"/>
          <w:lang w:val="es-PR"/>
        </w:rPr>
        <w:t>         </w:t>
      </w:r>
      <w:r w:rsidR="00FB2E24" w:rsidRPr="00E47C79">
        <w:rPr>
          <w:rFonts w:ascii="Book Antiqua" w:hAnsi="Book Antiqua"/>
          <w:lang w:val="es-PR"/>
        </w:rPr>
        <w:tab/>
      </w:r>
      <w:r w:rsidRPr="00E47C79">
        <w:rPr>
          <w:rFonts w:ascii="Book Antiqua" w:hAnsi="Book Antiqua"/>
          <w:lang w:val="es-PR"/>
        </w:rPr>
        <w:t xml:space="preserve">    </w:t>
      </w:r>
      <w:r w:rsidR="00FB2E24" w:rsidRPr="00E47C79">
        <w:rPr>
          <w:rFonts w:ascii="Book Antiqua" w:hAnsi="Book Antiqua"/>
          <w:lang w:val="es-PR"/>
        </w:rPr>
        <w:t>$</w:t>
      </w:r>
      <w:r w:rsidRPr="00E47C79">
        <w:rPr>
          <w:rFonts w:ascii="Book Antiqua" w:hAnsi="Book Antiqua"/>
          <w:lang w:val="es-PR"/>
        </w:rPr>
        <w:t xml:space="preserve">10,000 </w:t>
      </w:r>
    </w:p>
    <w:p w14:paraId="3D092B6D" w14:textId="294669C9" w:rsidR="002A38F4" w:rsidRPr="00E47C79" w:rsidRDefault="002A38F4" w:rsidP="002A38F4">
      <w:pPr>
        <w:tabs>
          <w:tab w:val="decimal" w:pos="8280"/>
        </w:tabs>
        <w:rPr>
          <w:rFonts w:ascii="Book Antiqua" w:hAnsi="Book Antiqua"/>
          <w:lang w:val="es-PR"/>
        </w:rPr>
      </w:pPr>
      <w:r w:rsidRPr="00E47C79">
        <w:rPr>
          <w:rFonts w:ascii="Book Antiqua" w:hAnsi="Book Antiqua"/>
          <w:lang w:val="es-PR"/>
        </w:rPr>
        <w:lastRenderedPageBreak/>
        <w:t xml:space="preserve">31.          Fundación </w:t>
      </w:r>
      <w:proofErr w:type="spellStart"/>
      <w:r w:rsidRPr="00E47C79">
        <w:rPr>
          <w:rFonts w:ascii="Book Antiqua" w:hAnsi="Book Antiqua"/>
          <w:lang w:val="es-PR"/>
        </w:rPr>
        <w:t>Azriel</w:t>
      </w:r>
      <w:proofErr w:type="spellEnd"/>
      <w:r w:rsidRPr="00E47C79">
        <w:rPr>
          <w:rFonts w:ascii="Book Antiqua" w:hAnsi="Book Antiqua"/>
          <w:lang w:val="es-PR"/>
        </w:rPr>
        <w:t>       </w:t>
      </w:r>
      <w:r w:rsidR="00FB2E24" w:rsidRPr="00E47C79">
        <w:rPr>
          <w:rFonts w:ascii="Book Antiqua" w:hAnsi="Book Antiqua"/>
          <w:lang w:val="es-PR"/>
        </w:rPr>
        <w:tab/>
      </w:r>
      <w:r w:rsidRPr="00E47C79">
        <w:rPr>
          <w:rFonts w:ascii="Book Antiqua" w:hAnsi="Book Antiqua"/>
          <w:lang w:val="es-PR"/>
        </w:rPr>
        <w:t xml:space="preserve">   </w:t>
      </w:r>
      <w:r w:rsidR="00FB2E24" w:rsidRPr="00E47C79">
        <w:rPr>
          <w:rFonts w:ascii="Book Antiqua" w:hAnsi="Book Antiqua"/>
          <w:lang w:val="es-PR"/>
        </w:rPr>
        <w:t>$</w:t>
      </w:r>
      <w:r w:rsidRPr="00E47C79">
        <w:rPr>
          <w:rFonts w:ascii="Book Antiqua" w:hAnsi="Book Antiqua"/>
          <w:lang w:val="es-PR"/>
        </w:rPr>
        <w:t xml:space="preserve">15,000 </w:t>
      </w:r>
    </w:p>
    <w:p w14:paraId="23D3CB4B" w14:textId="0D550E94" w:rsidR="002A38F4" w:rsidRPr="00E47C79" w:rsidRDefault="002A38F4" w:rsidP="002A38F4">
      <w:pPr>
        <w:tabs>
          <w:tab w:val="decimal" w:pos="8280"/>
        </w:tabs>
        <w:rPr>
          <w:rFonts w:ascii="Book Antiqua" w:hAnsi="Book Antiqua"/>
          <w:lang w:val="es-PR"/>
        </w:rPr>
      </w:pPr>
      <w:r w:rsidRPr="00E47C79">
        <w:rPr>
          <w:rFonts w:ascii="Book Antiqua" w:hAnsi="Book Antiqua"/>
          <w:lang w:val="es-ES"/>
        </w:rPr>
        <w:t xml:space="preserve">32.          Fundación de Esclerosis Múltiple de PR, Inc.           </w:t>
      </w:r>
      <w:r w:rsidR="00FB2E24" w:rsidRPr="00E47C79">
        <w:rPr>
          <w:rFonts w:ascii="Book Antiqua" w:hAnsi="Book Antiqua"/>
          <w:lang w:val="es-ES"/>
        </w:rPr>
        <w:tab/>
      </w:r>
      <w:r w:rsidR="00FB2E24" w:rsidRPr="00E47C79">
        <w:rPr>
          <w:rFonts w:ascii="Book Antiqua" w:hAnsi="Book Antiqua"/>
          <w:lang w:val="es-PR"/>
        </w:rPr>
        <w:t>$</w:t>
      </w:r>
      <w:r w:rsidRPr="00E47C79">
        <w:rPr>
          <w:rFonts w:ascii="Book Antiqua" w:hAnsi="Book Antiqua"/>
          <w:lang w:val="es-PR"/>
        </w:rPr>
        <w:t xml:space="preserve">10,000 </w:t>
      </w:r>
    </w:p>
    <w:p w14:paraId="0F2AB5CB" w14:textId="131CECFB" w:rsidR="002A38F4" w:rsidRPr="00E47C79" w:rsidRDefault="002A38F4" w:rsidP="002A38F4">
      <w:pPr>
        <w:tabs>
          <w:tab w:val="decimal" w:pos="8280"/>
        </w:tabs>
        <w:rPr>
          <w:rFonts w:ascii="Book Antiqua" w:hAnsi="Book Antiqua"/>
          <w:lang w:val="es-PR"/>
        </w:rPr>
      </w:pPr>
      <w:r w:rsidRPr="00E47C79">
        <w:rPr>
          <w:rFonts w:ascii="Book Antiqua" w:hAnsi="Book Antiqua"/>
          <w:lang w:val="es-PR"/>
        </w:rPr>
        <w:t xml:space="preserve">33.          Fundación Emilio Millo Romero Cuevas </w:t>
      </w:r>
      <w:proofErr w:type="spellStart"/>
      <w:r w:rsidRPr="00E47C79">
        <w:rPr>
          <w:rFonts w:ascii="Book Antiqua" w:hAnsi="Book Antiqua"/>
          <w:lang w:val="es-PR"/>
        </w:rPr>
        <w:t>Inc</w:t>
      </w:r>
      <w:proofErr w:type="spellEnd"/>
      <w:r w:rsidRPr="00E47C79">
        <w:rPr>
          <w:rFonts w:ascii="Book Antiqua" w:hAnsi="Book Antiqua"/>
          <w:lang w:val="es-PR"/>
        </w:rPr>
        <w:t>            </w:t>
      </w:r>
      <w:proofErr w:type="gramStart"/>
      <w:r w:rsidR="00FB2E24" w:rsidRPr="00E47C79">
        <w:rPr>
          <w:rFonts w:ascii="Book Antiqua" w:hAnsi="Book Antiqua"/>
          <w:lang w:val="es-PR"/>
        </w:rPr>
        <w:tab/>
      </w:r>
      <w:r w:rsidRPr="00E47C79">
        <w:rPr>
          <w:rFonts w:ascii="Book Antiqua" w:hAnsi="Book Antiqua"/>
          <w:lang w:val="es-PR"/>
        </w:rPr>
        <w:t xml:space="preserve">  </w:t>
      </w:r>
      <w:r w:rsidR="00FB2E24" w:rsidRPr="00E47C79">
        <w:rPr>
          <w:rFonts w:ascii="Book Antiqua" w:hAnsi="Book Antiqua"/>
          <w:lang w:val="es-PR"/>
        </w:rPr>
        <w:t>$</w:t>
      </w:r>
      <w:proofErr w:type="gramEnd"/>
      <w:r w:rsidRPr="00E47C79">
        <w:rPr>
          <w:rFonts w:ascii="Book Antiqua" w:hAnsi="Book Antiqua"/>
          <w:lang w:val="es-PR"/>
        </w:rPr>
        <w:t xml:space="preserve">5,000 </w:t>
      </w:r>
    </w:p>
    <w:p w14:paraId="748CF367" w14:textId="57BC08E9" w:rsidR="002A38F4" w:rsidRPr="00E47C79" w:rsidRDefault="002A38F4" w:rsidP="002A38F4">
      <w:pPr>
        <w:tabs>
          <w:tab w:val="decimal" w:pos="8280"/>
        </w:tabs>
        <w:rPr>
          <w:rFonts w:ascii="Book Antiqua" w:hAnsi="Book Antiqua"/>
          <w:lang w:val="es-PR"/>
        </w:rPr>
      </w:pPr>
      <w:r w:rsidRPr="00E47C79">
        <w:rPr>
          <w:rFonts w:ascii="Book Antiqua" w:hAnsi="Book Antiqua"/>
          <w:lang w:val="es-PR"/>
        </w:rPr>
        <w:t xml:space="preserve">34.          Fundación </w:t>
      </w:r>
      <w:proofErr w:type="gramStart"/>
      <w:r w:rsidRPr="00E47C79">
        <w:rPr>
          <w:rFonts w:ascii="Book Antiqua" w:hAnsi="Book Antiqua"/>
          <w:lang w:val="es-PR"/>
        </w:rPr>
        <w:t>Extra Bases</w:t>
      </w:r>
      <w:proofErr w:type="gramEnd"/>
      <w:r w:rsidRPr="00E47C79">
        <w:rPr>
          <w:rFonts w:ascii="Book Antiqua" w:hAnsi="Book Antiqua"/>
          <w:lang w:val="es-PR"/>
        </w:rPr>
        <w:t>/Proyecto Ángeles Vivientes            </w:t>
      </w:r>
      <w:r w:rsidR="00FB2E24" w:rsidRPr="00E47C79">
        <w:rPr>
          <w:rFonts w:ascii="Book Antiqua" w:hAnsi="Book Antiqua"/>
          <w:lang w:val="es-PR"/>
        </w:rPr>
        <w:tab/>
      </w:r>
      <w:r w:rsidRPr="00E47C79">
        <w:rPr>
          <w:rFonts w:ascii="Book Antiqua" w:hAnsi="Book Antiqua"/>
          <w:lang w:val="es-PR"/>
        </w:rPr>
        <w:t xml:space="preserve"> </w:t>
      </w:r>
      <w:r w:rsidR="00FB2E24" w:rsidRPr="00E47C79">
        <w:rPr>
          <w:rFonts w:ascii="Book Antiqua" w:hAnsi="Book Antiqua"/>
          <w:lang w:val="es-PR"/>
        </w:rPr>
        <w:t>$</w:t>
      </w:r>
      <w:r w:rsidRPr="00E47C79">
        <w:rPr>
          <w:rFonts w:ascii="Book Antiqua" w:hAnsi="Book Antiqua"/>
          <w:lang w:val="es-PR"/>
        </w:rPr>
        <w:t xml:space="preserve">10,000 </w:t>
      </w:r>
    </w:p>
    <w:p w14:paraId="5E629B45" w14:textId="63AEC788" w:rsidR="002A38F4" w:rsidRPr="00E47C79" w:rsidRDefault="002A38F4" w:rsidP="002A38F4">
      <w:pPr>
        <w:tabs>
          <w:tab w:val="decimal" w:pos="8280"/>
        </w:tabs>
        <w:rPr>
          <w:rFonts w:ascii="Book Antiqua" w:hAnsi="Book Antiqua"/>
          <w:lang w:val="es-ES"/>
        </w:rPr>
      </w:pPr>
      <w:r w:rsidRPr="00E47C79">
        <w:rPr>
          <w:rFonts w:ascii="Book Antiqua" w:hAnsi="Book Antiqua"/>
          <w:lang w:val="es-PR"/>
        </w:rPr>
        <w:t>35.          Fundación Felisa Rincón de Gautier, Inc. </w:t>
      </w:r>
      <w:r w:rsidR="00FB2E24" w:rsidRPr="00E47C79">
        <w:rPr>
          <w:rFonts w:ascii="Book Antiqua" w:hAnsi="Book Antiqua"/>
          <w:lang w:val="es-PR"/>
        </w:rPr>
        <w:tab/>
      </w:r>
      <w:r w:rsidRPr="00E47C79">
        <w:rPr>
          <w:rFonts w:ascii="Book Antiqua" w:hAnsi="Book Antiqua"/>
          <w:lang w:val="es-PR"/>
        </w:rPr>
        <w:t xml:space="preserve">   </w:t>
      </w:r>
      <w:r w:rsidR="00FB2E24" w:rsidRPr="00E47C79">
        <w:rPr>
          <w:rFonts w:ascii="Book Antiqua" w:hAnsi="Book Antiqua"/>
          <w:lang w:val="es-ES"/>
        </w:rPr>
        <w:t>$</w:t>
      </w:r>
      <w:r w:rsidRPr="00E47C79">
        <w:rPr>
          <w:rFonts w:ascii="Book Antiqua" w:hAnsi="Book Antiqua"/>
          <w:lang w:val="es-ES"/>
        </w:rPr>
        <w:t xml:space="preserve">10,000 </w:t>
      </w:r>
    </w:p>
    <w:p w14:paraId="07EB92CB" w14:textId="43299408" w:rsidR="002A38F4" w:rsidRPr="00E47C79" w:rsidRDefault="002A38F4" w:rsidP="002A38F4">
      <w:pPr>
        <w:tabs>
          <w:tab w:val="decimal" w:pos="8280"/>
        </w:tabs>
        <w:rPr>
          <w:rFonts w:ascii="Book Antiqua" w:hAnsi="Book Antiqua"/>
          <w:lang w:val="es-ES"/>
        </w:rPr>
      </w:pPr>
      <w:r w:rsidRPr="00E47C79">
        <w:rPr>
          <w:rFonts w:ascii="Book Antiqua" w:hAnsi="Book Antiqua"/>
          <w:lang w:val="es-ES"/>
        </w:rPr>
        <w:t>36.          Fundación UPENS, Inc.       </w:t>
      </w:r>
      <w:r w:rsidR="00FB2E24" w:rsidRPr="00E47C79">
        <w:rPr>
          <w:rFonts w:ascii="Book Antiqua" w:hAnsi="Book Antiqua"/>
          <w:lang w:val="es-ES"/>
        </w:rPr>
        <w:tab/>
      </w:r>
      <w:r w:rsidRPr="00E47C79">
        <w:rPr>
          <w:rFonts w:ascii="Book Antiqua" w:hAnsi="Book Antiqua"/>
          <w:lang w:val="es-ES"/>
        </w:rPr>
        <w:t xml:space="preserve">    </w:t>
      </w:r>
      <w:r w:rsidR="00FB2E24" w:rsidRPr="00E47C79">
        <w:rPr>
          <w:rFonts w:ascii="Book Antiqua" w:hAnsi="Book Antiqua"/>
          <w:lang w:val="es-ES"/>
        </w:rPr>
        <w:t>$</w:t>
      </w:r>
      <w:r w:rsidRPr="00E47C79">
        <w:rPr>
          <w:rFonts w:ascii="Book Antiqua" w:hAnsi="Book Antiqua"/>
          <w:lang w:val="es-ES"/>
        </w:rPr>
        <w:t xml:space="preserve">50,000 </w:t>
      </w:r>
    </w:p>
    <w:p w14:paraId="5E4516BD" w14:textId="77777777" w:rsidR="00FB2E24" w:rsidRPr="00E47C79" w:rsidRDefault="002A38F4" w:rsidP="002A38F4">
      <w:pPr>
        <w:tabs>
          <w:tab w:val="decimal" w:pos="8280"/>
        </w:tabs>
        <w:rPr>
          <w:rFonts w:ascii="Book Antiqua" w:hAnsi="Book Antiqua"/>
          <w:lang w:val="es-ES"/>
        </w:rPr>
      </w:pPr>
      <w:r w:rsidRPr="00E47C79">
        <w:rPr>
          <w:rFonts w:ascii="Book Antiqua" w:hAnsi="Book Antiqua"/>
          <w:lang w:val="es-ES"/>
        </w:rPr>
        <w:t xml:space="preserve">37.          G-8, Grupo de las Ocho Comunidades Caño Martin Peña, </w:t>
      </w:r>
    </w:p>
    <w:p w14:paraId="736B185C" w14:textId="64EC9987" w:rsidR="002A38F4" w:rsidRPr="00E47C79" w:rsidRDefault="00FB2E24" w:rsidP="002A38F4">
      <w:pPr>
        <w:tabs>
          <w:tab w:val="decimal" w:pos="8280"/>
        </w:tabs>
        <w:rPr>
          <w:rFonts w:ascii="Book Antiqua" w:hAnsi="Book Antiqua"/>
          <w:lang w:val="es-ES"/>
        </w:rPr>
      </w:pPr>
      <w:r w:rsidRPr="00E47C79">
        <w:rPr>
          <w:rFonts w:ascii="Book Antiqua" w:hAnsi="Book Antiqua"/>
          <w:lang w:val="es-ES"/>
        </w:rPr>
        <w:t xml:space="preserve">                </w:t>
      </w:r>
      <w:r w:rsidR="002A38F4" w:rsidRPr="00E47C79">
        <w:rPr>
          <w:rFonts w:ascii="Book Antiqua" w:hAnsi="Book Antiqua"/>
          <w:lang w:val="es-ES"/>
        </w:rPr>
        <w:t>Inc. </w:t>
      </w:r>
      <w:r w:rsidRPr="00E47C79">
        <w:rPr>
          <w:rFonts w:ascii="Book Antiqua" w:hAnsi="Book Antiqua"/>
          <w:lang w:val="es-ES"/>
        </w:rPr>
        <w:tab/>
        <w:t>$</w:t>
      </w:r>
      <w:r w:rsidR="002A38F4" w:rsidRPr="00E47C79">
        <w:rPr>
          <w:rFonts w:ascii="Book Antiqua" w:hAnsi="Book Antiqua"/>
          <w:lang w:val="es-ES"/>
        </w:rPr>
        <w:t xml:space="preserve">10,000 </w:t>
      </w:r>
    </w:p>
    <w:p w14:paraId="6E927E7A" w14:textId="6A75C89F" w:rsidR="002A38F4" w:rsidRPr="00E47C79" w:rsidRDefault="002A38F4" w:rsidP="002A38F4">
      <w:pPr>
        <w:tabs>
          <w:tab w:val="decimal" w:pos="8280"/>
        </w:tabs>
        <w:rPr>
          <w:rFonts w:ascii="Book Antiqua" w:hAnsi="Book Antiqua"/>
          <w:lang w:val="es-ES"/>
        </w:rPr>
      </w:pPr>
      <w:r w:rsidRPr="00E47C79">
        <w:rPr>
          <w:rFonts w:ascii="Book Antiqua" w:hAnsi="Book Antiqua"/>
          <w:lang w:val="es-ES"/>
        </w:rPr>
        <w:t xml:space="preserve">38.          </w:t>
      </w:r>
      <w:proofErr w:type="spellStart"/>
      <w:r w:rsidRPr="00E47C79">
        <w:rPr>
          <w:rFonts w:ascii="Book Antiqua" w:hAnsi="Book Antiqua"/>
          <w:lang w:val="es-ES"/>
        </w:rPr>
        <w:t>Gibaro</w:t>
      </w:r>
      <w:proofErr w:type="spellEnd"/>
      <w:r w:rsidRPr="00E47C79">
        <w:rPr>
          <w:rFonts w:ascii="Book Antiqua" w:hAnsi="Book Antiqua"/>
          <w:lang w:val="es-ES"/>
        </w:rPr>
        <w:t xml:space="preserve"> de Puerto Rico         </w:t>
      </w:r>
      <w:r w:rsidR="00FB2E24" w:rsidRPr="00E47C79">
        <w:rPr>
          <w:rFonts w:ascii="Book Antiqua" w:hAnsi="Book Antiqua"/>
          <w:lang w:val="es-ES"/>
        </w:rPr>
        <w:tab/>
      </w:r>
      <w:r w:rsidRPr="00E47C79">
        <w:rPr>
          <w:rFonts w:ascii="Book Antiqua" w:hAnsi="Book Antiqua"/>
          <w:lang w:val="es-ES"/>
        </w:rPr>
        <w:t xml:space="preserve">     </w:t>
      </w:r>
      <w:r w:rsidR="00FB2E24" w:rsidRPr="00E47C79">
        <w:rPr>
          <w:rFonts w:ascii="Book Antiqua" w:hAnsi="Book Antiqua"/>
          <w:lang w:val="es-ES"/>
        </w:rPr>
        <w:t>$</w:t>
      </w:r>
      <w:r w:rsidRPr="00E47C79">
        <w:rPr>
          <w:rFonts w:ascii="Book Antiqua" w:hAnsi="Book Antiqua"/>
          <w:lang w:val="es-ES"/>
        </w:rPr>
        <w:t xml:space="preserve">10,000 </w:t>
      </w:r>
    </w:p>
    <w:p w14:paraId="60289338" w14:textId="77777777" w:rsidR="00FB2E24" w:rsidRPr="00E47C79" w:rsidRDefault="002A38F4" w:rsidP="002A38F4">
      <w:pPr>
        <w:tabs>
          <w:tab w:val="decimal" w:pos="8280"/>
        </w:tabs>
        <w:rPr>
          <w:rFonts w:ascii="Book Antiqua" w:hAnsi="Book Antiqua"/>
          <w:lang w:val="es-ES"/>
        </w:rPr>
      </w:pPr>
      <w:r w:rsidRPr="00E47C79">
        <w:rPr>
          <w:rFonts w:ascii="Book Antiqua" w:hAnsi="Book Antiqua"/>
          <w:lang w:val="es-ES"/>
        </w:rPr>
        <w:t xml:space="preserve">39.          Gran Logia Soberana de Libres Y Aceptados Masones </w:t>
      </w:r>
    </w:p>
    <w:p w14:paraId="050AEE4F" w14:textId="439E5B12" w:rsidR="002A38F4" w:rsidRPr="00E47C79" w:rsidRDefault="00FB2E24" w:rsidP="002A38F4">
      <w:pPr>
        <w:tabs>
          <w:tab w:val="decimal" w:pos="8280"/>
        </w:tabs>
        <w:rPr>
          <w:rFonts w:ascii="Book Antiqua" w:hAnsi="Book Antiqua"/>
          <w:lang w:val="es-PR"/>
        </w:rPr>
      </w:pPr>
      <w:r w:rsidRPr="00E47C79">
        <w:rPr>
          <w:rFonts w:ascii="Book Antiqua" w:hAnsi="Book Antiqua"/>
          <w:lang w:val="es-PR"/>
        </w:rPr>
        <w:t xml:space="preserve">                </w:t>
      </w:r>
      <w:r w:rsidR="002A38F4" w:rsidRPr="00E47C79">
        <w:rPr>
          <w:rFonts w:ascii="Book Antiqua" w:hAnsi="Book Antiqua"/>
          <w:lang w:val="es-PR"/>
        </w:rPr>
        <w:t>de Puerto Rico</w:t>
      </w:r>
      <w:r w:rsidRPr="00E47C79">
        <w:rPr>
          <w:rFonts w:ascii="Book Antiqua" w:hAnsi="Book Antiqua"/>
          <w:lang w:val="es-PR"/>
        </w:rPr>
        <w:tab/>
      </w:r>
      <w:r w:rsidR="002A38F4" w:rsidRPr="00E47C79">
        <w:rPr>
          <w:rFonts w:ascii="Book Antiqua" w:hAnsi="Book Antiqua"/>
          <w:lang w:val="es-PR"/>
        </w:rPr>
        <w:t xml:space="preserve">    </w:t>
      </w:r>
      <w:r w:rsidRPr="00E47C79">
        <w:rPr>
          <w:rFonts w:ascii="Book Antiqua" w:hAnsi="Book Antiqua"/>
          <w:lang w:val="es-PR"/>
        </w:rPr>
        <w:t>$</w:t>
      </w:r>
      <w:r w:rsidR="002A38F4" w:rsidRPr="00E47C79">
        <w:rPr>
          <w:rFonts w:ascii="Book Antiqua" w:hAnsi="Book Antiqua"/>
          <w:lang w:val="es-PR"/>
        </w:rPr>
        <w:t xml:space="preserve">10,000 </w:t>
      </w:r>
    </w:p>
    <w:p w14:paraId="0F64F40A" w14:textId="2D189D2E" w:rsidR="002A38F4" w:rsidRPr="00E47C79" w:rsidRDefault="002A38F4" w:rsidP="002A38F4">
      <w:pPr>
        <w:tabs>
          <w:tab w:val="decimal" w:pos="8280"/>
        </w:tabs>
        <w:rPr>
          <w:rFonts w:ascii="Book Antiqua" w:hAnsi="Book Antiqua"/>
          <w:lang w:val="es-ES"/>
        </w:rPr>
      </w:pPr>
      <w:r w:rsidRPr="00E47C79">
        <w:rPr>
          <w:rFonts w:ascii="Book Antiqua" w:hAnsi="Book Antiqua"/>
          <w:lang w:val="es-PR"/>
        </w:rPr>
        <w:t>40.          Grupo Camuy Arenas AA, Inc.    </w:t>
      </w:r>
      <w:r w:rsidR="00FB2E24" w:rsidRPr="00E47C79">
        <w:rPr>
          <w:rFonts w:ascii="Book Antiqua" w:hAnsi="Book Antiqua"/>
          <w:lang w:val="es-PR"/>
        </w:rPr>
        <w:tab/>
      </w:r>
      <w:r w:rsidRPr="00E47C79">
        <w:rPr>
          <w:rFonts w:ascii="Book Antiqua" w:hAnsi="Book Antiqua"/>
          <w:lang w:val="es-PR"/>
        </w:rPr>
        <w:t xml:space="preserve">        </w:t>
      </w:r>
      <w:r w:rsidR="00FB2E24" w:rsidRPr="00E47C79">
        <w:rPr>
          <w:rFonts w:ascii="Book Antiqua" w:hAnsi="Book Antiqua"/>
          <w:lang w:val="es-ES"/>
        </w:rPr>
        <w:t>$</w:t>
      </w:r>
      <w:r w:rsidRPr="00E47C79">
        <w:rPr>
          <w:rFonts w:ascii="Book Antiqua" w:hAnsi="Book Antiqua"/>
          <w:lang w:val="es-ES"/>
        </w:rPr>
        <w:t xml:space="preserve">10,000 </w:t>
      </w:r>
    </w:p>
    <w:p w14:paraId="74525503" w14:textId="77777777" w:rsidR="00FB2E24" w:rsidRPr="00E47C79" w:rsidRDefault="002A38F4" w:rsidP="002A38F4">
      <w:pPr>
        <w:tabs>
          <w:tab w:val="decimal" w:pos="8280"/>
        </w:tabs>
        <w:rPr>
          <w:rFonts w:ascii="Book Antiqua" w:hAnsi="Book Antiqua"/>
          <w:lang w:val="es-ES"/>
        </w:rPr>
      </w:pPr>
      <w:r w:rsidRPr="00E47C79">
        <w:rPr>
          <w:rFonts w:ascii="Book Antiqua" w:hAnsi="Book Antiqua"/>
          <w:lang w:val="es-ES"/>
        </w:rPr>
        <w:t xml:space="preserve">41.          Hermanitas Ancianos Desamparados Hogar Nuestra </w:t>
      </w:r>
    </w:p>
    <w:p w14:paraId="2EF2E4F9" w14:textId="2452A6CF" w:rsidR="002A38F4" w:rsidRPr="00E47C79" w:rsidRDefault="00FB2E24" w:rsidP="002A38F4">
      <w:pPr>
        <w:tabs>
          <w:tab w:val="decimal" w:pos="8280"/>
        </w:tabs>
        <w:rPr>
          <w:rFonts w:ascii="Book Antiqua" w:hAnsi="Book Antiqua"/>
          <w:lang w:val="es-ES"/>
        </w:rPr>
      </w:pPr>
      <w:r w:rsidRPr="00E47C79">
        <w:rPr>
          <w:rFonts w:ascii="Book Antiqua" w:hAnsi="Book Antiqua"/>
          <w:lang w:val="es-ES"/>
        </w:rPr>
        <w:t xml:space="preserve">               </w:t>
      </w:r>
      <w:r w:rsidR="002A38F4" w:rsidRPr="00E47C79">
        <w:rPr>
          <w:rFonts w:ascii="Book Antiqua" w:hAnsi="Book Antiqua"/>
          <w:lang w:val="es-ES"/>
        </w:rPr>
        <w:t xml:space="preserve">Señora de la Providencia              </w:t>
      </w:r>
      <w:r w:rsidRPr="00E47C79">
        <w:rPr>
          <w:rFonts w:ascii="Book Antiqua" w:hAnsi="Book Antiqua"/>
          <w:lang w:val="es-ES"/>
        </w:rPr>
        <w:tab/>
        <w:t>$</w:t>
      </w:r>
      <w:r w:rsidR="002A38F4" w:rsidRPr="00E47C79">
        <w:rPr>
          <w:rFonts w:ascii="Book Antiqua" w:hAnsi="Book Antiqua"/>
          <w:lang w:val="es-ES"/>
        </w:rPr>
        <w:t xml:space="preserve">5,000 </w:t>
      </w:r>
    </w:p>
    <w:p w14:paraId="53F4A528" w14:textId="77777777" w:rsidR="00FB2E24" w:rsidRPr="00026520" w:rsidRDefault="002A38F4" w:rsidP="002A38F4">
      <w:pPr>
        <w:tabs>
          <w:tab w:val="decimal" w:pos="8280"/>
        </w:tabs>
        <w:rPr>
          <w:rFonts w:ascii="Book Antiqua" w:hAnsi="Book Antiqua"/>
          <w:lang w:val="es-ES"/>
        </w:rPr>
      </w:pPr>
      <w:r w:rsidRPr="00026520">
        <w:rPr>
          <w:rFonts w:ascii="Book Antiqua" w:hAnsi="Book Antiqua"/>
          <w:lang w:val="es-ES"/>
        </w:rPr>
        <w:t xml:space="preserve">42.          Hermanitas de los Ancianos Desamparados Hogar Santa </w:t>
      </w:r>
    </w:p>
    <w:p w14:paraId="3746E6EB" w14:textId="11D6166A" w:rsidR="002A38F4" w:rsidRPr="00026520" w:rsidRDefault="00FB2E24" w:rsidP="002A38F4">
      <w:pPr>
        <w:tabs>
          <w:tab w:val="decimal" w:pos="8280"/>
        </w:tabs>
        <w:rPr>
          <w:rFonts w:ascii="Book Antiqua" w:hAnsi="Book Antiqua"/>
          <w:lang w:val="es-ES"/>
        </w:rPr>
      </w:pPr>
      <w:r w:rsidRPr="00E47C79">
        <w:rPr>
          <w:rFonts w:ascii="Book Antiqua" w:hAnsi="Book Antiqua"/>
          <w:lang w:val="es-PR"/>
        </w:rPr>
        <w:t xml:space="preserve">               </w:t>
      </w:r>
      <w:r w:rsidR="002A38F4" w:rsidRPr="00026520">
        <w:rPr>
          <w:rFonts w:ascii="Book Antiqua" w:hAnsi="Book Antiqua"/>
          <w:lang w:val="es-ES"/>
        </w:rPr>
        <w:t xml:space="preserve">Teresa Jornet de Cupey </w:t>
      </w:r>
      <w:proofErr w:type="spellStart"/>
      <w:proofErr w:type="gramStart"/>
      <w:r w:rsidR="002A38F4" w:rsidRPr="00026520">
        <w:rPr>
          <w:rFonts w:ascii="Book Antiqua" w:hAnsi="Book Antiqua"/>
          <w:lang w:val="es-ES"/>
        </w:rPr>
        <w:t>Inc</w:t>
      </w:r>
      <w:proofErr w:type="spellEnd"/>
      <w:r w:rsidR="002A38F4" w:rsidRPr="00026520">
        <w:rPr>
          <w:rFonts w:ascii="Book Antiqua" w:hAnsi="Book Antiqua"/>
          <w:lang w:val="es-ES"/>
        </w:rPr>
        <w:t>  </w:t>
      </w:r>
      <w:r w:rsidRPr="00026520">
        <w:rPr>
          <w:rFonts w:ascii="Book Antiqua" w:hAnsi="Book Antiqua"/>
          <w:lang w:val="es-ES"/>
        </w:rPr>
        <w:tab/>
      </w:r>
      <w:proofErr w:type="gramEnd"/>
      <w:r w:rsidR="002A38F4" w:rsidRPr="00026520">
        <w:rPr>
          <w:rFonts w:ascii="Book Antiqua" w:hAnsi="Book Antiqua"/>
          <w:lang w:val="es-ES"/>
        </w:rPr>
        <w:t xml:space="preserve">              </w:t>
      </w:r>
      <w:r w:rsidRPr="00026520">
        <w:rPr>
          <w:rFonts w:ascii="Book Antiqua" w:hAnsi="Book Antiqua"/>
          <w:lang w:val="es-ES"/>
        </w:rPr>
        <w:t>$</w:t>
      </w:r>
      <w:r w:rsidR="002A38F4" w:rsidRPr="00026520">
        <w:rPr>
          <w:rFonts w:ascii="Book Antiqua" w:hAnsi="Book Antiqua"/>
          <w:lang w:val="es-ES"/>
        </w:rPr>
        <w:t xml:space="preserve">5,000 </w:t>
      </w:r>
    </w:p>
    <w:p w14:paraId="3615A3A2" w14:textId="5D26915C" w:rsidR="002A38F4" w:rsidRPr="00E47C79" w:rsidRDefault="002A38F4" w:rsidP="002A38F4">
      <w:pPr>
        <w:tabs>
          <w:tab w:val="decimal" w:pos="8280"/>
        </w:tabs>
        <w:rPr>
          <w:rFonts w:ascii="Book Antiqua" w:hAnsi="Book Antiqua"/>
          <w:lang w:val="es-PR"/>
        </w:rPr>
      </w:pPr>
      <w:r w:rsidRPr="00E47C79">
        <w:rPr>
          <w:rFonts w:ascii="Book Antiqua" w:hAnsi="Book Antiqua"/>
          <w:lang w:val="es-PR"/>
        </w:rPr>
        <w:t>43.          Hogar de Niños Regazo de Paz, Inc.               </w:t>
      </w:r>
      <w:r w:rsidR="00FB2E24" w:rsidRPr="00E47C79">
        <w:rPr>
          <w:rFonts w:ascii="Book Antiqua" w:hAnsi="Book Antiqua"/>
          <w:lang w:val="es-PR"/>
        </w:rPr>
        <w:tab/>
      </w:r>
      <w:r w:rsidRPr="00E47C79">
        <w:rPr>
          <w:rFonts w:ascii="Book Antiqua" w:hAnsi="Book Antiqua"/>
          <w:lang w:val="es-PR"/>
        </w:rPr>
        <w:t xml:space="preserve"> </w:t>
      </w:r>
      <w:r w:rsidR="00FB2E24" w:rsidRPr="00E47C79">
        <w:rPr>
          <w:rFonts w:ascii="Book Antiqua" w:hAnsi="Book Antiqua"/>
          <w:lang w:val="es-PR"/>
        </w:rPr>
        <w:t>$</w:t>
      </w:r>
      <w:r w:rsidRPr="00E47C79">
        <w:rPr>
          <w:rFonts w:ascii="Book Antiqua" w:hAnsi="Book Antiqua"/>
          <w:lang w:val="es-PR"/>
        </w:rPr>
        <w:t xml:space="preserve">3,744 </w:t>
      </w:r>
    </w:p>
    <w:p w14:paraId="773344A8" w14:textId="2BA360BF" w:rsidR="002A38F4" w:rsidRPr="00E47C79" w:rsidRDefault="002A38F4" w:rsidP="002A38F4">
      <w:pPr>
        <w:tabs>
          <w:tab w:val="decimal" w:pos="8280"/>
        </w:tabs>
        <w:rPr>
          <w:rFonts w:ascii="Book Antiqua" w:hAnsi="Book Antiqua"/>
          <w:lang w:val="es-ES"/>
        </w:rPr>
      </w:pPr>
      <w:r w:rsidRPr="00E47C79">
        <w:rPr>
          <w:rFonts w:ascii="Book Antiqua" w:hAnsi="Book Antiqua"/>
          <w:lang w:val="es-PR"/>
        </w:rPr>
        <w:t>44.          Hogar del Buen Pastor, Inc. </w:t>
      </w:r>
      <w:r w:rsidR="00FB2E24" w:rsidRPr="00E47C79">
        <w:rPr>
          <w:rFonts w:ascii="Book Antiqua" w:hAnsi="Book Antiqua"/>
          <w:lang w:val="es-PR"/>
        </w:rPr>
        <w:tab/>
      </w:r>
      <w:r w:rsidRPr="00E47C79">
        <w:rPr>
          <w:rFonts w:ascii="Book Antiqua" w:hAnsi="Book Antiqua"/>
          <w:lang w:val="es-PR"/>
        </w:rPr>
        <w:t xml:space="preserve"> </w:t>
      </w:r>
      <w:r w:rsidR="00FB2E24" w:rsidRPr="00E47C79">
        <w:rPr>
          <w:rFonts w:ascii="Book Antiqua" w:hAnsi="Book Antiqua"/>
          <w:lang w:val="es-ES"/>
        </w:rPr>
        <w:t>$</w:t>
      </w:r>
      <w:r w:rsidRPr="00E47C79">
        <w:rPr>
          <w:rFonts w:ascii="Book Antiqua" w:hAnsi="Book Antiqua"/>
          <w:lang w:val="es-ES"/>
        </w:rPr>
        <w:t xml:space="preserve">10,000 </w:t>
      </w:r>
    </w:p>
    <w:p w14:paraId="04DDD3D3" w14:textId="35C34F90" w:rsidR="002A38F4" w:rsidRPr="00E47C79" w:rsidRDefault="002A38F4" w:rsidP="002A38F4">
      <w:pPr>
        <w:tabs>
          <w:tab w:val="decimal" w:pos="8280"/>
        </w:tabs>
        <w:rPr>
          <w:rFonts w:ascii="Book Antiqua" w:hAnsi="Book Antiqua"/>
          <w:lang w:val="es-PR"/>
        </w:rPr>
      </w:pPr>
      <w:r w:rsidRPr="00E47C79">
        <w:rPr>
          <w:rFonts w:ascii="Book Antiqua" w:hAnsi="Book Antiqua"/>
          <w:lang w:val="es-ES"/>
        </w:rPr>
        <w:t xml:space="preserve">45.          Hogar El Camino a la </w:t>
      </w:r>
      <w:proofErr w:type="spellStart"/>
      <w:r w:rsidRPr="00E47C79">
        <w:rPr>
          <w:rFonts w:ascii="Book Antiqua" w:hAnsi="Book Antiqua"/>
          <w:lang w:val="es-ES"/>
        </w:rPr>
        <w:t>Salvacion</w:t>
      </w:r>
      <w:proofErr w:type="spellEnd"/>
      <w:r w:rsidRPr="00E47C79">
        <w:rPr>
          <w:rFonts w:ascii="Book Antiqua" w:hAnsi="Book Antiqua"/>
          <w:lang w:val="es-ES"/>
        </w:rPr>
        <w:t xml:space="preserve"> II, Inc.         </w:t>
      </w:r>
      <w:r w:rsidR="00FB2E24" w:rsidRPr="00E47C79">
        <w:rPr>
          <w:rFonts w:ascii="Book Antiqua" w:hAnsi="Book Antiqua"/>
          <w:lang w:val="es-ES"/>
        </w:rPr>
        <w:tab/>
      </w:r>
      <w:r w:rsidR="00FB2E24" w:rsidRPr="00E47C79">
        <w:rPr>
          <w:rFonts w:ascii="Book Antiqua" w:hAnsi="Book Antiqua"/>
          <w:lang w:val="es-PR"/>
        </w:rPr>
        <w:t>$</w:t>
      </w:r>
      <w:r w:rsidRPr="00E47C79">
        <w:rPr>
          <w:rFonts w:ascii="Book Antiqua" w:hAnsi="Book Antiqua"/>
          <w:lang w:val="es-PR"/>
        </w:rPr>
        <w:t xml:space="preserve">10,000 </w:t>
      </w:r>
    </w:p>
    <w:p w14:paraId="4D14039E" w14:textId="20D0086D" w:rsidR="002A38F4" w:rsidRPr="00E47C79" w:rsidRDefault="002A38F4" w:rsidP="002A38F4">
      <w:pPr>
        <w:tabs>
          <w:tab w:val="decimal" w:pos="8280"/>
        </w:tabs>
        <w:rPr>
          <w:rFonts w:ascii="Book Antiqua" w:hAnsi="Book Antiqua"/>
          <w:lang w:val="es-PR"/>
        </w:rPr>
      </w:pPr>
      <w:r w:rsidRPr="00E47C79">
        <w:rPr>
          <w:rFonts w:ascii="Book Antiqua" w:hAnsi="Book Antiqua"/>
          <w:lang w:val="es-PR"/>
        </w:rPr>
        <w:t xml:space="preserve">46.          Hogar Padre </w:t>
      </w:r>
      <w:proofErr w:type="spellStart"/>
      <w:r w:rsidRPr="00E47C79">
        <w:rPr>
          <w:rFonts w:ascii="Book Antiqua" w:hAnsi="Book Antiqua"/>
          <w:lang w:val="es-PR"/>
        </w:rPr>
        <w:t>Venard</w:t>
      </w:r>
      <w:proofErr w:type="spellEnd"/>
      <w:r w:rsidRPr="00E47C79">
        <w:rPr>
          <w:rFonts w:ascii="Book Antiqua" w:hAnsi="Book Antiqua"/>
          <w:lang w:val="es-PR"/>
        </w:rPr>
        <w:t>, Inc.      </w:t>
      </w:r>
      <w:r w:rsidR="00FB2E24" w:rsidRPr="00E47C79">
        <w:rPr>
          <w:rFonts w:ascii="Book Antiqua" w:hAnsi="Book Antiqua"/>
          <w:lang w:val="es-PR"/>
        </w:rPr>
        <w:tab/>
      </w:r>
      <w:r w:rsidRPr="00E47C79">
        <w:rPr>
          <w:rFonts w:ascii="Book Antiqua" w:hAnsi="Book Antiqua"/>
          <w:lang w:val="es-PR"/>
        </w:rPr>
        <w:t xml:space="preserve"> </w:t>
      </w:r>
      <w:r w:rsidR="00FB2E24" w:rsidRPr="00E47C79">
        <w:rPr>
          <w:rFonts w:ascii="Book Antiqua" w:hAnsi="Book Antiqua"/>
          <w:lang w:val="es-PR"/>
        </w:rPr>
        <w:t>$</w:t>
      </w:r>
      <w:r w:rsidRPr="00E47C79">
        <w:rPr>
          <w:rFonts w:ascii="Book Antiqua" w:hAnsi="Book Antiqua"/>
          <w:lang w:val="es-PR"/>
        </w:rPr>
        <w:t xml:space="preserve">10,000 </w:t>
      </w:r>
    </w:p>
    <w:p w14:paraId="13DBA68F" w14:textId="67E01184" w:rsidR="002A38F4" w:rsidRPr="00E47C79" w:rsidRDefault="002A38F4" w:rsidP="002A38F4">
      <w:pPr>
        <w:tabs>
          <w:tab w:val="decimal" w:pos="8280"/>
        </w:tabs>
        <w:rPr>
          <w:rFonts w:ascii="Book Antiqua" w:hAnsi="Book Antiqua"/>
          <w:lang w:val="es-PR"/>
        </w:rPr>
      </w:pPr>
      <w:r w:rsidRPr="00E47C79">
        <w:rPr>
          <w:rFonts w:ascii="Book Antiqua" w:hAnsi="Book Antiqua"/>
          <w:lang w:val="es-PR"/>
        </w:rPr>
        <w:t>47.          Hogar Ruth para Mujeres Maltratadas, Inc.              </w:t>
      </w:r>
      <w:r w:rsidR="00FB2E24" w:rsidRPr="00E47C79">
        <w:rPr>
          <w:rFonts w:ascii="Book Antiqua" w:hAnsi="Book Antiqua"/>
          <w:lang w:val="es-PR"/>
        </w:rPr>
        <w:tab/>
      </w:r>
      <w:r w:rsidRPr="00E47C79">
        <w:rPr>
          <w:rFonts w:ascii="Book Antiqua" w:hAnsi="Book Antiqua"/>
          <w:lang w:val="es-PR"/>
        </w:rPr>
        <w:t xml:space="preserve"> </w:t>
      </w:r>
      <w:r w:rsidR="00FB2E24" w:rsidRPr="00E47C79">
        <w:rPr>
          <w:rFonts w:ascii="Book Antiqua" w:hAnsi="Book Antiqua"/>
          <w:lang w:val="es-PR"/>
        </w:rPr>
        <w:t>$</w:t>
      </w:r>
      <w:r w:rsidRPr="00E47C79">
        <w:rPr>
          <w:rFonts w:ascii="Book Antiqua" w:hAnsi="Book Antiqua"/>
          <w:lang w:val="es-PR"/>
        </w:rPr>
        <w:t xml:space="preserve">10,000 </w:t>
      </w:r>
    </w:p>
    <w:p w14:paraId="6C916D79" w14:textId="7AE9F672" w:rsidR="002A38F4" w:rsidRPr="00E47C79" w:rsidRDefault="002A38F4" w:rsidP="002A38F4">
      <w:pPr>
        <w:tabs>
          <w:tab w:val="decimal" w:pos="8280"/>
        </w:tabs>
        <w:rPr>
          <w:rFonts w:ascii="Book Antiqua" w:hAnsi="Book Antiqua"/>
          <w:lang w:val="es-PR"/>
        </w:rPr>
      </w:pPr>
      <w:r w:rsidRPr="00E47C79">
        <w:rPr>
          <w:rFonts w:ascii="Book Antiqua" w:hAnsi="Book Antiqua"/>
          <w:lang w:val="es-PR"/>
        </w:rPr>
        <w:t>48.          Hogar Teresa Toda    </w:t>
      </w:r>
      <w:r w:rsidR="00FB2E24" w:rsidRPr="00E47C79">
        <w:rPr>
          <w:rFonts w:ascii="Book Antiqua" w:hAnsi="Book Antiqua"/>
          <w:lang w:val="es-PR"/>
        </w:rPr>
        <w:tab/>
      </w:r>
      <w:r w:rsidRPr="00E47C79">
        <w:rPr>
          <w:rFonts w:ascii="Book Antiqua" w:hAnsi="Book Antiqua"/>
          <w:lang w:val="es-PR"/>
        </w:rPr>
        <w:t> </w:t>
      </w:r>
      <w:r w:rsidR="00FB2E24" w:rsidRPr="00E47C79">
        <w:rPr>
          <w:rFonts w:ascii="Book Antiqua" w:hAnsi="Book Antiqua"/>
          <w:lang w:val="es-PR"/>
        </w:rPr>
        <w:t>$</w:t>
      </w:r>
      <w:r w:rsidRPr="00E47C79">
        <w:rPr>
          <w:rFonts w:ascii="Book Antiqua" w:hAnsi="Book Antiqua"/>
          <w:lang w:val="es-PR"/>
        </w:rPr>
        <w:t xml:space="preserve">6,000 </w:t>
      </w:r>
    </w:p>
    <w:p w14:paraId="2221BDA2" w14:textId="7CA070C4" w:rsidR="002A38F4" w:rsidRPr="00E47C79" w:rsidRDefault="002A38F4" w:rsidP="002A38F4">
      <w:pPr>
        <w:tabs>
          <w:tab w:val="decimal" w:pos="8280"/>
        </w:tabs>
        <w:rPr>
          <w:rFonts w:ascii="Book Antiqua" w:hAnsi="Book Antiqua"/>
          <w:lang w:val="es-PR"/>
        </w:rPr>
      </w:pPr>
      <w:r w:rsidRPr="00E47C79">
        <w:rPr>
          <w:rFonts w:ascii="Book Antiqua" w:hAnsi="Book Antiqua"/>
          <w:lang w:val="es-PR"/>
        </w:rPr>
        <w:t xml:space="preserve">49.          Instituto Psicopedagógico de Puerto </w:t>
      </w:r>
      <w:proofErr w:type="gramStart"/>
      <w:r w:rsidRPr="00E47C79">
        <w:rPr>
          <w:rFonts w:ascii="Book Antiqua" w:hAnsi="Book Antiqua"/>
          <w:lang w:val="es-PR"/>
        </w:rPr>
        <w:t xml:space="preserve">Rico  </w:t>
      </w:r>
      <w:r w:rsidR="00FB2E24" w:rsidRPr="00E47C79">
        <w:rPr>
          <w:rFonts w:ascii="Book Antiqua" w:hAnsi="Book Antiqua"/>
          <w:lang w:val="es-PR"/>
        </w:rPr>
        <w:tab/>
      </w:r>
      <w:proofErr w:type="gramEnd"/>
      <w:r w:rsidR="00FB2E24" w:rsidRPr="00E47C79">
        <w:rPr>
          <w:rFonts w:ascii="Book Antiqua" w:hAnsi="Book Antiqua"/>
          <w:lang w:val="es-PR"/>
        </w:rPr>
        <w:t>$</w:t>
      </w:r>
      <w:r w:rsidRPr="00E47C79">
        <w:rPr>
          <w:rFonts w:ascii="Book Antiqua" w:hAnsi="Book Antiqua"/>
          <w:lang w:val="es-PR"/>
        </w:rPr>
        <w:t xml:space="preserve">30,000 </w:t>
      </w:r>
    </w:p>
    <w:p w14:paraId="0374C14D" w14:textId="32130B10" w:rsidR="002A38F4" w:rsidRPr="00E47C79" w:rsidRDefault="002A38F4" w:rsidP="002A38F4">
      <w:pPr>
        <w:tabs>
          <w:tab w:val="decimal" w:pos="8280"/>
        </w:tabs>
        <w:rPr>
          <w:rFonts w:ascii="Book Antiqua" w:hAnsi="Book Antiqua"/>
          <w:lang w:val="es-PR"/>
        </w:rPr>
      </w:pPr>
      <w:r w:rsidRPr="00E47C79">
        <w:rPr>
          <w:rFonts w:ascii="Book Antiqua" w:hAnsi="Book Antiqua"/>
          <w:lang w:val="es-PR"/>
        </w:rPr>
        <w:t>50.          LA PERLA DE GRAN PRECIO              </w:t>
      </w:r>
      <w:proofErr w:type="gramStart"/>
      <w:r w:rsidR="00FB2E24" w:rsidRPr="00E47C79">
        <w:rPr>
          <w:rFonts w:ascii="Book Antiqua" w:hAnsi="Book Antiqua"/>
          <w:lang w:val="es-PR"/>
        </w:rPr>
        <w:tab/>
      </w:r>
      <w:r w:rsidRPr="00E47C79">
        <w:rPr>
          <w:rFonts w:ascii="Book Antiqua" w:hAnsi="Book Antiqua"/>
          <w:lang w:val="es-PR"/>
        </w:rPr>
        <w:t xml:space="preserve">  </w:t>
      </w:r>
      <w:r w:rsidR="00FB2E24" w:rsidRPr="00E47C79">
        <w:rPr>
          <w:rFonts w:ascii="Book Antiqua" w:hAnsi="Book Antiqua"/>
          <w:lang w:val="es-PR"/>
        </w:rPr>
        <w:t>$</w:t>
      </w:r>
      <w:proofErr w:type="gramEnd"/>
      <w:r w:rsidRPr="00E47C79">
        <w:rPr>
          <w:rFonts w:ascii="Book Antiqua" w:hAnsi="Book Antiqua"/>
          <w:lang w:val="es-PR"/>
        </w:rPr>
        <w:t xml:space="preserve">10,000 </w:t>
      </w:r>
    </w:p>
    <w:p w14:paraId="31286B75" w14:textId="1F9C2208" w:rsidR="002A38F4" w:rsidRPr="00E47C79" w:rsidRDefault="002A38F4" w:rsidP="002A38F4">
      <w:pPr>
        <w:tabs>
          <w:tab w:val="decimal" w:pos="8280"/>
        </w:tabs>
        <w:rPr>
          <w:rFonts w:ascii="Book Antiqua" w:hAnsi="Book Antiqua"/>
        </w:rPr>
      </w:pPr>
      <w:r w:rsidRPr="00E47C79">
        <w:rPr>
          <w:rFonts w:ascii="Book Antiqua" w:hAnsi="Book Antiqua"/>
        </w:rPr>
        <w:t xml:space="preserve">51.          LEAP Social Enterprise, Inc. </w:t>
      </w:r>
      <w:r w:rsidR="00FB2E24" w:rsidRPr="00E47C79">
        <w:rPr>
          <w:rFonts w:ascii="Book Antiqua" w:hAnsi="Book Antiqua"/>
        </w:rPr>
        <w:tab/>
        <w:t>$</w:t>
      </w:r>
      <w:r w:rsidRPr="00E47C79">
        <w:rPr>
          <w:rFonts w:ascii="Book Antiqua" w:hAnsi="Book Antiqua"/>
        </w:rPr>
        <w:t xml:space="preserve">10,000 </w:t>
      </w:r>
    </w:p>
    <w:p w14:paraId="76AF4217" w14:textId="43D24FBE" w:rsidR="002A38F4" w:rsidRPr="00E47C79" w:rsidRDefault="002A38F4" w:rsidP="002A38F4">
      <w:pPr>
        <w:tabs>
          <w:tab w:val="decimal" w:pos="8280"/>
        </w:tabs>
        <w:rPr>
          <w:rFonts w:ascii="Book Antiqua" w:hAnsi="Book Antiqua"/>
        </w:rPr>
      </w:pPr>
      <w:r w:rsidRPr="00E47C79">
        <w:rPr>
          <w:rFonts w:ascii="Book Antiqua" w:hAnsi="Book Antiqua"/>
        </w:rPr>
        <w:t xml:space="preserve">52.          Living in Harmony Foundation            </w:t>
      </w:r>
      <w:r w:rsidR="00FB2E24" w:rsidRPr="00E47C79">
        <w:rPr>
          <w:rFonts w:ascii="Book Antiqua" w:hAnsi="Book Antiqua"/>
        </w:rPr>
        <w:tab/>
        <w:t>$</w:t>
      </w:r>
      <w:r w:rsidRPr="00E47C79">
        <w:rPr>
          <w:rFonts w:ascii="Book Antiqua" w:hAnsi="Book Antiqua"/>
        </w:rPr>
        <w:t xml:space="preserve">100,000 </w:t>
      </w:r>
    </w:p>
    <w:p w14:paraId="3C875D59" w14:textId="764A06C2" w:rsidR="002A38F4" w:rsidRPr="00E47C79" w:rsidRDefault="002A38F4" w:rsidP="002A38F4">
      <w:pPr>
        <w:tabs>
          <w:tab w:val="decimal" w:pos="8280"/>
        </w:tabs>
        <w:rPr>
          <w:rFonts w:ascii="Book Antiqua" w:hAnsi="Book Antiqua"/>
          <w:lang w:val="pt-PT"/>
        </w:rPr>
      </w:pPr>
      <w:r w:rsidRPr="00E47C79">
        <w:rPr>
          <w:rFonts w:ascii="Book Antiqua" w:hAnsi="Book Antiqua"/>
          <w:lang w:val="pt-PT"/>
        </w:rPr>
        <w:lastRenderedPageBreak/>
        <w:t xml:space="preserve">53.          Mauro, Inc.      </w:t>
      </w:r>
      <w:r w:rsidR="00FB2E24" w:rsidRPr="00E47C79">
        <w:rPr>
          <w:rFonts w:ascii="Book Antiqua" w:hAnsi="Book Antiqua"/>
          <w:lang w:val="pt-PT"/>
        </w:rPr>
        <w:tab/>
        <w:t>$</w:t>
      </w:r>
      <w:r w:rsidRPr="00E47C79">
        <w:rPr>
          <w:rFonts w:ascii="Book Antiqua" w:hAnsi="Book Antiqua"/>
          <w:lang w:val="pt-PT"/>
        </w:rPr>
        <w:t xml:space="preserve">5,000 </w:t>
      </w:r>
    </w:p>
    <w:p w14:paraId="63937EB2" w14:textId="77777777" w:rsidR="00FB2E24" w:rsidRPr="00E47C79" w:rsidRDefault="002A38F4" w:rsidP="002A38F4">
      <w:pPr>
        <w:tabs>
          <w:tab w:val="decimal" w:pos="8280"/>
        </w:tabs>
        <w:rPr>
          <w:rFonts w:ascii="Book Antiqua" w:hAnsi="Book Antiqua"/>
          <w:lang w:val="it-IT"/>
        </w:rPr>
      </w:pPr>
      <w:r w:rsidRPr="00E47C79">
        <w:rPr>
          <w:rFonts w:ascii="Book Antiqua" w:hAnsi="Book Antiqua"/>
          <w:lang w:val="it-IT"/>
        </w:rPr>
        <w:t xml:space="preserve">54.          Ministerio Buen Samaritano MARC Marcos A Rivera </w:t>
      </w:r>
    </w:p>
    <w:p w14:paraId="3014F5E0" w14:textId="10F23F69" w:rsidR="002A38F4" w:rsidRPr="00E47C79" w:rsidRDefault="00FB2E24" w:rsidP="002A38F4">
      <w:pPr>
        <w:tabs>
          <w:tab w:val="decimal" w:pos="8280"/>
        </w:tabs>
        <w:rPr>
          <w:rFonts w:ascii="Book Antiqua" w:hAnsi="Book Antiqua"/>
          <w:lang w:val="es-PR"/>
        </w:rPr>
      </w:pPr>
      <w:r w:rsidRPr="00E47C79">
        <w:rPr>
          <w:rFonts w:ascii="Book Antiqua" w:hAnsi="Book Antiqua"/>
          <w:lang w:val="pt-PT"/>
        </w:rPr>
        <w:t xml:space="preserve">               </w:t>
      </w:r>
      <w:r w:rsidR="002A38F4" w:rsidRPr="00E47C79">
        <w:rPr>
          <w:rFonts w:ascii="Book Antiqua" w:hAnsi="Book Antiqua"/>
          <w:lang w:val="pt-PT"/>
        </w:rPr>
        <w:t>Córdova Inc. </w:t>
      </w:r>
      <w:r w:rsidRPr="00E47C79">
        <w:rPr>
          <w:rFonts w:ascii="Book Antiqua" w:hAnsi="Book Antiqua"/>
          <w:lang w:val="pt-PT"/>
        </w:rPr>
        <w:tab/>
      </w:r>
      <w:r w:rsidR="002A38F4" w:rsidRPr="00E47C79">
        <w:rPr>
          <w:rFonts w:ascii="Book Antiqua" w:hAnsi="Book Antiqua"/>
          <w:lang w:val="pt-PT"/>
        </w:rPr>
        <w:t xml:space="preserve">              </w:t>
      </w:r>
      <w:r w:rsidRPr="00E47C79">
        <w:rPr>
          <w:rFonts w:ascii="Book Antiqua" w:hAnsi="Book Antiqua"/>
          <w:lang w:val="es-PR"/>
        </w:rPr>
        <w:t>$</w:t>
      </w:r>
      <w:r w:rsidR="002A38F4" w:rsidRPr="00E47C79">
        <w:rPr>
          <w:rFonts w:ascii="Book Antiqua" w:hAnsi="Book Antiqua"/>
          <w:lang w:val="es-PR"/>
        </w:rPr>
        <w:t xml:space="preserve">25,000 </w:t>
      </w:r>
    </w:p>
    <w:p w14:paraId="2F296459" w14:textId="0955EF56" w:rsidR="002A38F4" w:rsidRPr="00E47C79" w:rsidRDefault="002A38F4" w:rsidP="002A38F4">
      <w:pPr>
        <w:tabs>
          <w:tab w:val="decimal" w:pos="8280"/>
        </w:tabs>
        <w:rPr>
          <w:rFonts w:ascii="Book Antiqua" w:hAnsi="Book Antiqua"/>
          <w:lang w:val="es-PR"/>
        </w:rPr>
      </w:pPr>
      <w:r w:rsidRPr="00E47C79">
        <w:rPr>
          <w:rFonts w:ascii="Book Antiqua" w:hAnsi="Book Antiqua"/>
          <w:lang w:val="es-PR"/>
        </w:rPr>
        <w:t xml:space="preserve">55.          Movimiento para Alcance de Vida Independiente - </w:t>
      </w:r>
      <w:proofErr w:type="gramStart"/>
      <w:r w:rsidRPr="00E47C79">
        <w:rPr>
          <w:rFonts w:ascii="Book Antiqua" w:hAnsi="Book Antiqua"/>
          <w:lang w:val="es-PR"/>
        </w:rPr>
        <w:t xml:space="preserve">MAVI  </w:t>
      </w:r>
      <w:r w:rsidR="00FB2E24" w:rsidRPr="00E47C79">
        <w:rPr>
          <w:rFonts w:ascii="Book Antiqua" w:hAnsi="Book Antiqua"/>
          <w:lang w:val="es-PR"/>
        </w:rPr>
        <w:tab/>
      </w:r>
      <w:proofErr w:type="gramEnd"/>
      <w:r w:rsidR="00FB2E24" w:rsidRPr="00E47C79">
        <w:rPr>
          <w:rFonts w:ascii="Book Antiqua" w:hAnsi="Book Antiqua"/>
          <w:lang w:val="es-PR"/>
        </w:rPr>
        <w:t>$</w:t>
      </w:r>
      <w:r w:rsidRPr="00E47C79">
        <w:rPr>
          <w:rFonts w:ascii="Book Antiqua" w:hAnsi="Book Antiqua"/>
          <w:lang w:val="es-PR"/>
        </w:rPr>
        <w:t xml:space="preserve">5,000 </w:t>
      </w:r>
    </w:p>
    <w:p w14:paraId="61FB793B" w14:textId="40CB71E3" w:rsidR="002A38F4" w:rsidRPr="00E47C79" w:rsidRDefault="002A38F4" w:rsidP="002A38F4">
      <w:pPr>
        <w:tabs>
          <w:tab w:val="decimal" w:pos="8280"/>
        </w:tabs>
        <w:rPr>
          <w:rFonts w:ascii="Book Antiqua" w:hAnsi="Book Antiqua"/>
          <w:lang w:val="es-ES"/>
        </w:rPr>
      </w:pPr>
      <w:r w:rsidRPr="00E47C79">
        <w:rPr>
          <w:rFonts w:ascii="Book Antiqua" w:hAnsi="Book Antiqua"/>
          <w:lang w:val="es-ES"/>
        </w:rPr>
        <w:t xml:space="preserve">56.          Oblatas del Santísimo Redentor Hogar Fátima, Inc.            </w:t>
      </w:r>
      <w:r w:rsidR="00FB2E24" w:rsidRPr="00E47C79">
        <w:rPr>
          <w:rFonts w:ascii="Book Antiqua" w:hAnsi="Book Antiqua"/>
          <w:lang w:val="es-ES"/>
        </w:rPr>
        <w:tab/>
        <w:t>$</w:t>
      </w:r>
      <w:r w:rsidRPr="00E47C79">
        <w:rPr>
          <w:rFonts w:ascii="Book Antiqua" w:hAnsi="Book Antiqua"/>
          <w:lang w:val="es-ES"/>
        </w:rPr>
        <w:t xml:space="preserve">5,000 </w:t>
      </w:r>
    </w:p>
    <w:p w14:paraId="0766B08B" w14:textId="57DCDB6B" w:rsidR="002A38F4" w:rsidRPr="00E47C79" w:rsidRDefault="002A38F4" w:rsidP="002A38F4">
      <w:pPr>
        <w:tabs>
          <w:tab w:val="decimal" w:pos="8280"/>
        </w:tabs>
        <w:rPr>
          <w:rFonts w:ascii="Book Antiqua" w:hAnsi="Book Antiqua"/>
          <w:lang w:val="es-ES"/>
        </w:rPr>
      </w:pPr>
      <w:r w:rsidRPr="00E47C79">
        <w:rPr>
          <w:rFonts w:ascii="Book Antiqua" w:hAnsi="Book Antiqua"/>
          <w:lang w:val="es-ES"/>
        </w:rPr>
        <w:t xml:space="preserve">57.          Politécnico Amigo, Inc.            </w:t>
      </w:r>
      <w:r w:rsidR="00FB2E24" w:rsidRPr="00E47C79">
        <w:rPr>
          <w:rFonts w:ascii="Book Antiqua" w:hAnsi="Book Antiqua"/>
          <w:lang w:val="es-ES"/>
        </w:rPr>
        <w:tab/>
        <w:t>$</w:t>
      </w:r>
      <w:r w:rsidRPr="00E47C79">
        <w:rPr>
          <w:rFonts w:ascii="Book Antiqua" w:hAnsi="Book Antiqua"/>
          <w:lang w:val="es-ES"/>
        </w:rPr>
        <w:t xml:space="preserve">20,000 </w:t>
      </w:r>
    </w:p>
    <w:p w14:paraId="098F6B63" w14:textId="4EDA7C6D" w:rsidR="002A38F4" w:rsidRPr="00E47C79" w:rsidRDefault="002A38F4" w:rsidP="002A38F4">
      <w:pPr>
        <w:tabs>
          <w:tab w:val="decimal" w:pos="8280"/>
        </w:tabs>
        <w:rPr>
          <w:rFonts w:ascii="Book Antiqua" w:hAnsi="Book Antiqua"/>
          <w:lang w:val="es-ES"/>
        </w:rPr>
      </w:pPr>
      <w:r w:rsidRPr="00E47C79">
        <w:rPr>
          <w:rFonts w:ascii="Book Antiqua" w:hAnsi="Book Antiqua"/>
          <w:lang w:val="es-ES"/>
        </w:rPr>
        <w:t xml:space="preserve">58.          PR </w:t>
      </w:r>
      <w:proofErr w:type="spellStart"/>
      <w:r w:rsidRPr="00E47C79">
        <w:rPr>
          <w:rFonts w:ascii="Book Antiqua" w:hAnsi="Book Antiqua"/>
          <w:lang w:val="es-ES"/>
        </w:rPr>
        <w:t>Education</w:t>
      </w:r>
      <w:proofErr w:type="spellEnd"/>
      <w:r w:rsidRPr="00E47C79">
        <w:rPr>
          <w:rFonts w:ascii="Book Antiqua" w:hAnsi="Book Antiqua"/>
          <w:lang w:val="es-ES"/>
        </w:rPr>
        <w:t xml:space="preserve"> </w:t>
      </w:r>
      <w:proofErr w:type="spellStart"/>
      <w:r w:rsidRPr="00E47C79">
        <w:rPr>
          <w:rFonts w:ascii="Book Antiqua" w:hAnsi="Book Antiqua"/>
          <w:lang w:val="es-ES"/>
        </w:rPr>
        <w:t>Initiative</w:t>
      </w:r>
      <w:proofErr w:type="spellEnd"/>
      <w:r w:rsidRPr="00E47C79">
        <w:rPr>
          <w:rFonts w:ascii="Book Antiqua" w:hAnsi="Book Antiqua"/>
          <w:lang w:val="es-ES"/>
        </w:rPr>
        <w:t xml:space="preserve">             </w:t>
      </w:r>
      <w:r w:rsidR="00FB2E24" w:rsidRPr="00E47C79">
        <w:rPr>
          <w:rFonts w:ascii="Book Antiqua" w:hAnsi="Book Antiqua"/>
          <w:lang w:val="es-ES"/>
        </w:rPr>
        <w:tab/>
        <w:t>$</w:t>
      </w:r>
      <w:r w:rsidRPr="00E47C79">
        <w:rPr>
          <w:rFonts w:ascii="Book Antiqua" w:hAnsi="Book Antiqua"/>
          <w:lang w:val="es-ES"/>
        </w:rPr>
        <w:t xml:space="preserve">10,000 </w:t>
      </w:r>
    </w:p>
    <w:p w14:paraId="5E1772DB" w14:textId="2EE4324C" w:rsidR="002A38F4" w:rsidRPr="00E47C79" w:rsidRDefault="002A38F4" w:rsidP="002A38F4">
      <w:pPr>
        <w:tabs>
          <w:tab w:val="decimal" w:pos="8280"/>
        </w:tabs>
        <w:rPr>
          <w:rFonts w:ascii="Book Antiqua" w:hAnsi="Book Antiqua"/>
          <w:lang w:val="es-PR"/>
        </w:rPr>
      </w:pPr>
      <w:r w:rsidRPr="00E47C79">
        <w:rPr>
          <w:rFonts w:ascii="Book Antiqua" w:hAnsi="Book Antiqua"/>
          <w:lang w:val="es-ES"/>
        </w:rPr>
        <w:t xml:space="preserve">59.          PROGRAMA DEL ADOLESCENTE DE NARANJITO, INC.      </w:t>
      </w:r>
      <w:r w:rsidR="00FB2E24" w:rsidRPr="00E47C79">
        <w:rPr>
          <w:rFonts w:ascii="Book Antiqua" w:hAnsi="Book Antiqua"/>
          <w:lang w:val="es-PR"/>
        </w:rPr>
        <w:t>$</w:t>
      </w:r>
      <w:r w:rsidRPr="00E47C79">
        <w:rPr>
          <w:rFonts w:ascii="Book Antiqua" w:hAnsi="Book Antiqua"/>
          <w:lang w:val="es-PR"/>
        </w:rPr>
        <w:t xml:space="preserve">10,000 </w:t>
      </w:r>
    </w:p>
    <w:p w14:paraId="449E16BF" w14:textId="535234F0" w:rsidR="002A38F4" w:rsidRPr="00E47C79" w:rsidRDefault="002A38F4" w:rsidP="002A38F4">
      <w:pPr>
        <w:tabs>
          <w:tab w:val="decimal" w:pos="8280"/>
        </w:tabs>
        <w:rPr>
          <w:rFonts w:ascii="Book Antiqua" w:hAnsi="Book Antiqua"/>
          <w:lang w:val="es-PR"/>
        </w:rPr>
      </w:pPr>
      <w:r w:rsidRPr="00E47C79">
        <w:rPr>
          <w:rFonts w:ascii="Book Antiqua" w:hAnsi="Book Antiqua"/>
          <w:lang w:val="es-PR"/>
        </w:rPr>
        <w:t xml:space="preserve">60.          PUERTO RICO CARIBBEAN STARS FC, INC </w:t>
      </w:r>
      <w:r w:rsidR="00FB2E24" w:rsidRPr="00E47C79">
        <w:rPr>
          <w:rFonts w:ascii="Book Antiqua" w:hAnsi="Book Antiqua"/>
          <w:lang w:val="es-PR"/>
        </w:rPr>
        <w:tab/>
        <w:t>$</w:t>
      </w:r>
      <w:r w:rsidRPr="00E47C79">
        <w:rPr>
          <w:rFonts w:ascii="Book Antiqua" w:hAnsi="Book Antiqua"/>
          <w:lang w:val="es-PR"/>
        </w:rPr>
        <w:t xml:space="preserve">15,000 </w:t>
      </w:r>
    </w:p>
    <w:p w14:paraId="7FDB7965" w14:textId="13C5B554" w:rsidR="002A38F4" w:rsidRPr="00E47C79" w:rsidRDefault="002A38F4" w:rsidP="002A38F4">
      <w:pPr>
        <w:tabs>
          <w:tab w:val="decimal" w:pos="8280"/>
        </w:tabs>
        <w:rPr>
          <w:rFonts w:ascii="Book Antiqua" w:hAnsi="Book Antiqua"/>
          <w:lang w:val="es-PR"/>
        </w:rPr>
      </w:pPr>
      <w:r w:rsidRPr="00E47C79">
        <w:rPr>
          <w:rFonts w:ascii="Book Antiqua" w:hAnsi="Book Antiqua"/>
          <w:lang w:val="es-PR"/>
        </w:rPr>
        <w:t xml:space="preserve">61.          Puerto Rico Centro de Artes y </w:t>
      </w:r>
      <w:proofErr w:type="spellStart"/>
      <w:r w:rsidRPr="00E47C79">
        <w:rPr>
          <w:rFonts w:ascii="Book Antiqua" w:hAnsi="Book Antiqua"/>
          <w:lang w:val="es-PR"/>
        </w:rPr>
        <w:t>Tecnologia</w:t>
      </w:r>
      <w:proofErr w:type="spellEnd"/>
      <w:r w:rsidRPr="00E47C79">
        <w:rPr>
          <w:rFonts w:ascii="Book Antiqua" w:hAnsi="Book Antiqua"/>
          <w:lang w:val="es-PR"/>
        </w:rPr>
        <w:t> </w:t>
      </w:r>
      <w:proofErr w:type="gramStart"/>
      <w:r w:rsidR="00FB2E24" w:rsidRPr="00E47C79">
        <w:rPr>
          <w:rFonts w:ascii="Book Antiqua" w:hAnsi="Book Antiqua"/>
          <w:lang w:val="es-PR"/>
        </w:rPr>
        <w:tab/>
      </w:r>
      <w:r w:rsidRPr="00E47C79">
        <w:rPr>
          <w:rFonts w:ascii="Book Antiqua" w:hAnsi="Book Antiqua"/>
          <w:lang w:val="es-PR"/>
        </w:rPr>
        <w:t xml:space="preserve">  </w:t>
      </w:r>
      <w:r w:rsidR="00FB2E24" w:rsidRPr="00E47C79">
        <w:rPr>
          <w:rFonts w:ascii="Book Antiqua" w:hAnsi="Book Antiqua"/>
          <w:lang w:val="es-PR"/>
        </w:rPr>
        <w:t>$</w:t>
      </w:r>
      <w:proofErr w:type="gramEnd"/>
      <w:r w:rsidRPr="00E47C79">
        <w:rPr>
          <w:rFonts w:ascii="Book Antiqua" w:hAnsi="Book Antiqua"/>
          <w:lang w:val="es-PR"/>
        </w:rPr>
        <w:t xml:space="preserve">77,000 </w:t>
      </w:r>
    </w:p>
    <w:p w14:paraId="21CD19FE" w14:textId="22CA1EB3" w:rsidR="002A38F4" w:rsidRPr="00E47C79" w:rsidRDefault="002A38F4" w:rsidP="002A38F4">
      <w:pPr>
        <w:tabs>
          <w:tab w:val="decimal" w:pos="8280"/>
        </w:tabs>
        <w:rPr>
          <w:rFonts w:ascii="Book Antiqua" w:hAnsi="Book Antiqua"/>
        </w:rPr>
      </w:pPr>
      <w:r w:rsidRPr="00E47C79">
        <w:rPr>
          <w:rFonts w:ascii="Book Antiqua" w:hAnsi="Book Antiqua"/>
        </w:rPr>
        <w:t>62.          PUERTO RICO INDUSTRIES FOR THE BLIND, CORP            </w:t>
      </w:r>
      <w:r w:rsidR="00FB2E24" w:rsidRPr="00E47C79">
        <w:rPr>
          <w:rFonts w:ascii="Book Antiqua" w:hAnsi="Book Antiqua"/>
        </w:rPr>
        <w:tab/>
      </w:r>
      <w:r w:rsidRPr="00E47C79">
        <w:rPr>
          <w:rFonts w:ascii="Book Antiqua" w:hAnsi="Book Antiqua"/>
        </w:rPr>
        <w:t xml:space="preserve"> </w:t>
      </w:r>
      <w:r w:rsidR="00FB2E24" w:rsidRPr="00E47C79">
        <w:rPr>
          <w:rFonts w:ascii="Book Antiqua" w:hAnsi="Book Antiqua"/>
        </w:rPr>
        <w:t>$</w:t>
      </w:r>
      <w:r w:rsidRPr="00E47C79">
        <w:rPr>
          <w:rFonts w:ascii="Book Antiqua" w:hAnsi="Book Antiqua"/>
        </w:rPr>
        <w:t xml:space="preserve">25,000 </w:t>
      </w:r>
    </w:p>
    <w:p w14:paraId="546AFA51" w14:textId="446D7D8C" w:rsidR="002A38F4" w:rsidRPr="00E47C79" w:rsidRDefault="002A38F4" w:rsidP="002A38F4">
      <w:pPr>
        <w:tabs>
          <w:tab w:val="decimal" w:pos="8280"/>
        </w:tabs>
        <w:rPr>
          <w:rFonts w:ascii="Book Antiqua" w:hAnsi="Book Antiqua"/>
          <w:lang w:val="es-ES"/>
        </w:rPr>
      </w:pPr>
      <w:r w:rsidRPr="00E47C79">
        <w:rPr>
          <w:rFonts w:ascii="Book Antiqua" w:hAnsi="Book Antiqua"/>
          <w:lang w:val="es-ES"/>
        </w:rPr>
        <w:t>63.          Puesto 25 Legión Americana Camuy PR, Inc.          </w:t>
      </w:r>
      <w:r w:rsidR="00FB2E24" w:rsidRPr="00E47C79">
        <w:rPr>
          <w:rFonts w:ascii="Book Antiqua" w:hAnsi="Book Antiqua"/>
          <w:lang w:val="es-ES"/>
        </w:rPr>
        <w:tab/>
        <w:t>$</w:t>
      </w:r>
      <w:r w:rsidRPr="00E47C79">
        <w:rPr>
          <w:rFonts w:ascii="Book Antiqua" w:hAnsi="Book Antiqua"/>
          <w:lang w:val="es-ES"/>
        </w:rPr>
        <w:t xml:space="preserve">5,000 </w:t>
      </w:r>
    </w:p>
    <w:p w14:paraId="2711D57C" w14:textId="377647E4" w:rsidR="002A38F4" w:rsidRPr="00E47C79" w:rsidRDefault="002A38F4" w:rsidP="002A38F4">
      <w:pPr>
        <w:tabs>
          <w:tab w:val="decimal" w:pos="8280"/>
        </w:tabs>
        <w:rPr>
          <w:rFonts w:ascii="Book Antiqua" w:hAnsi="Book Antiqua"/>
          <w:lang w:val="es-PR"/>
        </w:rPr>
      </w:pPr>
      <w:r w:rsidRPr="00E47C79">
        <w:rPr>
          <w:rFonts w:ascii="Book Antiqua" w:hAnsi="Book Antiqua"/>
          <w:lang w:val="es-PR"/>
        </w:rPr>
        <w:t>64.          Red por los Derechos de la Niñez y juventud de Puerto Rico   </w:t>
      </w:r>
      <w:r w:rsidR="00FB2E24" w:rsidRPr="00E47C79">
        <w:rPr>
          <w:rFonts w:ascii="Book Antiqua" w:hAnsi="Book Antiqua"/>
          <w:lang w:val="es-PR"/>
        </w:rPr>
        <w:tab/>
        <w:t>$2</w:t>
      </w:r>
      <w:r w:rsidRPr="00E47C79">
        <w:rPr>
          <w:rFonts w:ascii="Book Antiqua" w:hAnsi="Book Antiqua"/>
          <w:lang w:val="es-PR"/>
        </w:rPr>
        <w:t xml:space="preserve">0,000 </w:t>
      </w:r>
    </w:p>
    <w:p w14:paraId="7237CAA3" w14:textId="4FB0BC1C" w:rsidR="002A38F4" w:rsidRPr="00E47C79" w:rsidRDefault="002A38F4" w:rsidP="002A38F4">
      <w:pPr>
        <w:tabs>
          <w:tab w:val="decimal" w:pos="8280"/>
        </w:tabs>
        <w:rPr>
          <w:rFonts w:ascii="Book Antiqua" w:hAnsi="Book Antiqua"/>
          <w:lang w:val="es-PR"/>
        </w:rPr>
      </w:pPr>
      <w:r w:rsidRPr="00E47C79">
        <w:rPr>
          <w:rFonts w:ascii="Book Antiqua" w:hAnsi="Book Antiqua"/>
          <w:lang w:val="es-PR"/>
        </w:rPr>
        <w:t>65.          Silo Misión Cristiana</w:t>
      </w:r>
      <w:r w:rsidR="00FB2E24" w:rsidRPr="00E47C79">
        <w:rPr>
          <w:rFonts w:ascii="Book Antiqua" w:hAnsi="Book Antiqua"/>
          <w:lang w:val="es-PR"/>
        </w:rPr>
        <w:tab/>
      </w:r>
      <w:r w:rsidRPr="00E47C79">
        <w:rPr>
          <w:rFonts w:ascii="Book Antiqua" w:hAnsi="Book Antiqua"/>
          <w:lang w:val="es-PR"/>
        </w:rPr>
        <w:t xml:space="preserve"> </w:t>
      </w:r>
      <w:r w:rsidR="00FB2E24" w:rsidRPr="00E47C79">
        <w:rPr>
          <w:rFonts w:ascii="Book Antiqua" w:hAnsi="Book Antiqua"/>
          <w:lang w:val="es-PR"/>
        </w:rPr>
        <w:t>$</w:t>
      </w:r>
      <w:r w:rsidRPr="00E47C79">
        <w:rPr>
          <w:rFonts w:ascii="Book Antiqua" w:hAnsi="Book Antiqua"/>
          <w:lang w:val="es-PR"/>
        </w:rPr>
        <w:t xml:space="preserve">5,000 </w:t>
      </w:r>
    </w:p>
    <w:p w14:paraId="6165D230" w14:textId="4A2D668C" w:rsidR="002A38F4" w:rsidRPr="00E47C79" w:rsidRDefault="002A38F4" w:rsidP="002A38F4">
      <w:pPr>
        <w:tabs>
          <w:tab w:val="decimal" w:pos="8280"/>
        </w:tabs>
        <w:rPr>
          <w:rFonts w:ascii="Book Antiqua" w:hAnsi="Book Antiqua"/>
          <w:lang w:val="es-PR"/>
        </w:rPr>
      </w:pPr>
      <w:r w:rsidRPr="00E47C79">
        <w:rPr>
          <w:rFonts w:ascii="Book Antiqua" w:hAnsi="Book Antiqua"/>
          <w:lang w:val="es-PR"/>
        </w:rPr>
        <w:t>66.          Sociedad de Educación y Rehabilitación - SER      </w:t>
      </w:r>
      <w:r w:rsidR="00FB2E24" w:rsidRPr="00E47C79">
        <w:rPr>
          <w:rFonts w:ascii="Book Antiqua" w:hAnsi="Book Antiqua"/>
          <w:lang w:val="es-PR"/>
        </w:rPr>
        <w:tab/>
      </w:r>
      <w:r w:rsidRPr="00E47C79">
        <w:rPr>
          <w:rFonts w:ascii="Book Antiqua" w:hAnsi="Book Antiqua"/>
          <w:lang w:val="es-PR"/>
        </w:rPr>
        <w:t xml:space="preserve"> </w:t>
      </w:r>
      <w:r w:rsidR="00FB2E24" w:rsidRPr="00E47C79">
        <w:rPr>
          <w:rFonts w:ascii="Book Antiqua" w:hAnsi="Book Antiqua"/>
          <w:lang w:val="es-PR"/>
        </w:rPr>
        <w:t>$</w:t>
      </w:r>
      <w:r w:rsidRPr="00E47C79">
        <w:rPr>
          <w:rFonts w:ascii="Book Antiqua" w:hAnsi="Book Antiqua"/>
          <w:lang w:val="es-PR"/>
        </w:rPr>
        <w:t xml:space="preserve">200,000 </w:t>
      </w:r>
    </w:p>
    <w:p w14:paraId="1A3D68C3" w14:textId="4AC3E3AC" w:rsidR="002A38F4" w:rsidRPr="00E47C79" w:rsidRDefault="002A38F4" w:rsidP="002A38F4">
      <w:pPr>
        <w:tabs>
          <w:tab w:val="decimal" w:pos="8280"/>
        </w:tabs>
        <w:rPr>
          <w:rFonts w:ascii="Book Antiqua" w:hAnsi="Book Antiqua"/>
        </w:rPr>
      </w:pPr>
      <w:r w:rsidRPr="00E47C79">
        <w:rPr>
          <w:rFonts w:ascii="Book Antiqua" w:hAnsi="Book Antiqua"/>
          <w:lang w:val="es-ES"/>
        </w:rPr>
        <w:t xml:space="preserve">67.          Sociedad </w:t>
      </w:r>
      <w:proofErr w:type="gramStart"/>
      <w:r w:rsidRPr="00E47C79">
        <w:rPr>
          <w:rFonts w:ascii="Book Antiqua" w:hAnsi="Book Antiqua"/>
          <w:lang w:val="es-ES"/>
        </w:rPr>
        <w:t>Pro Hospital</w:t>
      </w:r>
      <w:proofErr w:type="gramEnd"/>
      <w:r w:rsidRPr="00E47C79">
        <w:rPr>
          <w:rFonts w:ascii="Book Antiqua" w:hAnsi="Book Antiqua"/>
          <w:lang w:val="es-ES"/>
        </w:rPr>
        <w:t xml:space="preserve"> del Nino, Inc.               </w:t>
      </w:r>
      <w:r w:rsidR="00FB2E24" w:rsidRPr="00E47C79">
        <w:rPr>
          <w:rFonts w:ascii="Book Antiqua" w:hAnsi="Book Antiqua"/>
          <w:lang w:val="es-ES"/>
        </w:rPr>
        <w:tab/>
      </w:r>
      <w:r w:rsidR="00FB2E24" w:rsidRPr="00E47C79">
        <w:rPr>
          <w:rFonts w:ascii="Book Antiqua" w:hAnsi="Book Antiqua"/>
        </w:rPr>
        <w:t>$</w:t>
      </w:r>
      <w:r w:rsidRPr="00E47C79">
        <w:rPr>
          <w:rFonts w:ascii="Book Antiqua" w:hAnsi="Book Antiqua"/>
        </w:rPr>
        <w:t xml:space="preserve">25,000 </w:t>
      </w:r>
    </w:p>
    <w:p w14:paraId="40E8B4D7" w14:textId="58021D04" w:rsidR="002A38F4" w:rsidRPr="00E47C79" w:rsidRDefault="002A38F4" w:rsidP="002A38F4">
      <w:pPr>
        <w:tabs>
          <w:tab w:val="decimal" w:pos="8280"/>
        </w:tabs>
        <w:rPr>
          <w:rFonts w:ascii="Book Antiqua" w:hAnsi="Book Antiqua"/>
        </w:rPr>
      </w:pPr>
      <w:r w:rsidRPr="00E47C79">
        <w:rPr>
          <w:rFonts w:ascii="Book Antiqua" w:hAnsi="Book Antiqua"/>
        </w:rPr>
        <w:t>68.          Special Olympics Puerto Rico          </w:t>
      </w:r>
      <w:proofErr w:type="gramStart"/>
      <w:r w:rsidR="00FB2E24" w:rsidRPr="00E47C79">
        <w:rPr>
          <w:rFonts w:ascii="Book Antiqua" w:hAnsi="Book Antiqua"/>
        </w:rPr>
        <w:tab/>
      </w:r>
      <w:r w:rsidRPr="00E47C79">
        <w:rPr>
          <w:rFonts w:ascii="Book Antiqua" w:hAnsi="Book Antiqua"/>
        </w:rPr>
        <w:t xml:space="preserve">  </w:t>
      </w:r>
      <w:r w:rsidR="00FB2E24" w:rsidRPr="00E47C79">
        <w:rPr>
          <w:rFonts w:ascii="Book Antiqua" w:hAnsi="Book Antiqua"/>
        </w:rPr>
        <w:t>$</w:t>
      </w:r>
      <w:proofErr w:type="gramEnd"/>
      <w:r w:rsidRPr="00E47C79">
        <w:rPr>
          <w:rFonts w:ascii="Book Antiqua" w:hAnsi="Book Antiqua"/>
        </w:rPr>
        <w:t xml:space="preserve">50,000 </w:t>
      </w:r>
    </w:p>
    <w:p w14:paraId="3A6E7831" w14:textId="642012FE" w:rsidR="002A38F4" w:rsidRPr="00E47C79" w:rsidRDefault="002A38F4" w:rsidP="002A38F4">
      <w:pPr>
        <w:tabs>
          <w:tab w:val="decimal" w:pos="8280"/>
        </w:tabs>
        <w:rPr>
          <w:rFonts w:ascii="Book Antiqua" w:hAnsi="Book Antiqua"/>
        </w:rPr>
      </w:pPr>
      <w:r w:rsidRPr="00E47C79">
        <w:rPr>
          <w:rFonts w:ascii="Book Antiqua" w:hAnsi="Book Antiqua"/>
        </w:rPr>
        <w:t>69.          Techno Inventors, Inc.             </w:t>
      </w:r>
      <w:r w:rsidR="00FB2E24" w:rsidRPr="00E47C79">
        <w:rPr>
          <w:rFonts w:ascii="Book Antiqua" w:hAnsi="Book Antiqua"/>
        </w:rPr>
        <w:tab/>
      </w:r>
      <w:r w:rsidRPr="00E47C79">
        <w:rPr>
          <w:rFonts w:ascii="Book Antiqua" w:hAnsi="Book Antiqua"/>
        </w:rPr>
        <w:t xml:space="preserve"> </w:t>
      </w:r>
      <w:r w:rsidR="00FB2E24" w:rsidRPr="00E47C79">
        <w:rPr>
          <w:rFonts w:ascii="Book Antiqua" w:hAnsi="Book Antiqua"/>
        </w:rPr>
        <w:t>$</w:t>
      </w:r>
      <w:r w:rsidRPr="00E47C79">
        <w:rPr>
          <w:rFonts w:ascii="Book Antiqua" w:hAnsi="Book Antiqua"/>
        </w:rPr>
        <w:t xml:space="preserve">20,000 </w:t>
      </w:r>
    </w:p>
    <w:p w14:paraId="3B05D2B5" w14:textId="3D8593BC" w:rsidR="002A38F4" w:rsidRPr="00026520" w:rsidRDefault="002A38F4" w:rsidP="002A38F4">
      <w:pPr>
        <w:tabs>
          <w:tab w:val="decimal" w:pos="8280"/>
        </w:tabs>
        <w:rPr>
          <w:rFonts w:ascii="Book Antiqua" w:hAnsi="Book Antiqua"/>
        </w:rPr>
      </w:pPr>
      <w:r w:rsidRPr="00E47C79">
        <w:rPr>
          <w:rFonts w:ascii="Book Antiqua" w:hAnsi="Book Antiqua"/>
        </w:rPr>
        <w:t>70.          The Blue Brothers Police Softball Team Inc.       </w:t>
      </w:r>
      <w:r w:rsidR="00FB2E24" w:rsidRPr="00E47C79">
        <w:rPr>
          <w:rFonts w:ascii="Book Antiqua" w:hAnsi="Book Antiqua"/>
        </w:rPr>
        <w:tab/>
      </w:r>
      <w:r w:rsidRPr="00E47C79">
        <w:rPr>
          <w:rFonts w:ascii="Book Antiqua" w:hAnsi="Book Antiqua"/>
        </w:rPr>
        <w:t xml:space="preserve">       </w:t>
      </w:r>
      <w:r w:rsidR="00FB2E24" w:rsidRPr="00026520">
        <w:rPr>
          <w:rFonts w:ascii="Book Antiqua" w:hAnsi="Book Antiqua"/>
        </w:rPr>
        <w:t>$</w:t>
      </w:r>
      <w:r w:rsidRPr="00026520">
        <w:rPr>
          <w:rFonts w:ascii="Book Antiqua" w:hAnsi="Book Antiqua"/>
        </w:rPr>
        <w:t xml:space="preserve">5,000 </w:t>
      </w:r>
    </w:p>
    <w:p w14:paraId="763F6197" w14:textId="54715FA2" w:rsidR="002A38F4" w:rsidRPr="00026520" w:rsidRDefault="002A38F4" w:rsidP="002A38F4">
      <w:pPr>
        <w:tabs>
          <w:tab w:val="decimal" w:pos="8280"/>
        </w:tabs>
        <w:rPr>
          <w:rFonts w:ascii="Book Antiqua" w:hAnsi="Book Antiqua"/>
        </w:rPr>
      </w:pPr>
      <w:r w:rsidRPr="00026520">
        <w:rPr>
          <w:rFonts w:ascii="Book Antiqua" w:hAnsi="Book Antiqua"/>
        </w:rPr>
        <w:t>71.          The Salvation Army   </w:t>
      </w:r>
      <w:r w:rsidR="00FB2E24" w:rsidRPr="00026520">
        <w:rPr>
          <w:rFonts w:ascii="Book Antiqua" w:hAnsi="Book Antiqua"/>
        </w:rPr>
        <w:tab/>
      </w:r>
      <w:r w:rsidRPr="00026520">
        <w:rPr>
          <w:rFonts w:ascii="Book Antiqua" w:hAnsi="Book Antiqua"/>
        </w:rPr>
        <w:t xml:space="preserve"> </w:t>
      </w:r>
      <w:r w:rsidR="00FB2E24" w:rsidRPr="00026520">
        <w:rPr>
          <w:rFonts w:ascii="Book Antiqua" w:hAnsi="Book Antiqua"/>
        </w:rPr>
        <w:t>$</w:t>
      </w:r>
      <w:r w:rsidRPr="00026520">
        <w:rPr>
          <w:rFonts w:ascii="Book Antiqua" w:hAnsi="Book Antiqua"/>
        </w:rPr>
        <w:t>50,000</w:t>
      </w:r>
    </w:p>
    <w:p w14:paraId="5C56A5CA" w14:textId="18528455" w:rsidR="00E84FEC" w:rsidRPr="00026520" w:rsidRDefault="00E84FEC" w:rsidP="002A38F4">
      <w:pPr>
        <w:tabs>
          <w:tab w:val="decimal" w:pos="8280"/>
        </w:tabs>
        <w:rPr>
          <w:rFonts w:ascii="Book Antiqua" w:hAnsi="Book Antiqua"/>
        </w:rPr>
      </w:pPr>
      <w:r w:rsidRPr="00026520">
        <w:rPr>
          <w:rFonts w:ascii="Book Antiqua" w:hAnsi="Book Antiqua"/>
        </w:rPr>
        <w:t>Total</w:t>
      </w:r>
      <w:r w:rsidRPr="00026520">
        <w:rPr>
          <w:rFonts w:ascii="Book Antiqua" w:hAnsi="Book Antiqua"/>
        </w:rPr>
        <w:tab/>
        <w:t>$</w:t>
      </w:r>
      <w:r w:rsidRPr="00026520">
        <w:rPr>
          <w:rFonts w:ascii="Book Antiqua" w:eastAsia="Times New Roman" w:hAnsi="Book Antiqua" w:cs="Times New Roman"/>
          <w:kern w:val="0"/>
          <w14:ligatures w14:val="none"/>
        </w:rPr>
        <w:t>1,270,744</w:t>
      </w:r>
      <w:r w:rsidRPr="00026520">
        <w:rPr>
          <w:rFonts w:ascii="Book Antiqua" w:hAnsi="Book Antiqua"/>
        </w:rPr>
        <w:tab/>
      </w:r>
    </w:p>
    <w:p w14:paraId="6DF54677" w14:textId="102F99EB" w:rsidR="00E84FEC" w:rsidRPr="00E47C79" w:rsidRDefault="00E84FEC" w:rsidP="00E84FEC">
      <w:pPr>
        <w:spacing w:after="360" w:line="240" w:lineRule="auto"/>
        <w:ind w:firstLine="720"/>
        <w:jc w:val="both"/>
        <w:rPr>
          <w:rFonts w:ascii="Book Antiqua" w:eastAsia="Times New Roman" w:hAnsi="Book Antiqua" w:cs="Times New Roman"/>
          <w:kern w:val="0"/>
          <w:lang w:val="es-PR"/>
          <w14:ligatures w14:val="none"/>
        </w:rPr>
      </w:pPr>
      <w:proofErr w:type="spellStart"/>
      <w:r w:rsidRPr="00026520">
        <w:rPr>
          <w:rFonts w:ascii="Book Antiqua" w:eastAsia="Times New Roman" w:hAnsi="Book Antiqua" w:cs="Times New Roman"/>
          <w:kern w:val="0"/>
          <w14:ligatures w14:val="none"/>
        </w:rPr>
        <w:t>Sección</w:t>
      </w:r>
      <w:proofErr w:type="spellEnd"/>
      <w:r w:rsidRPr="00026520">
        <w:rPr>
          <w:rFonts w:ascii="Book Antiqua" w:eastAsia="Times New Roman" w:hAnsi="Book Antiqua" w:cs="Times New Roman"/>
          <w:kern w:val="0"/>
          <w14:ligatures w14:val="none"/>
        </w:rPr>
        <w:t xml:space="preserve"> 4.- </w:t>
      </w:r>
      <w:r w:rsidRPr="00E47C79">
        <w:rPr>
          <w:rFonts w:ascii="Book Antiqua" w:eastAsia="Times New Roman" w:hAnsi="Book Antiqua" w:cs="Times New Roman"/>
          <w:kern w:val="0"/>
          <w:lang w:val="es-PR"/>
          <w14:ligatures w14:val="none"/>
        </w:rPr>
        <w:t xml:space="preserve">Los veinte millones de dólares ($20,000,000) asignados en la Sección 1 de esta Resolución Conjunta deberán ser desembolsados por el Departamento de Hacienda en o antes del 31 de agosto de 2025. </w:t>
      </w:r>
    </w:p>
    <w:p w14:paraId="759D2635" w14:textId="77777777" w:rsidR="00E84FEC" w:rsidRPr="00E47C79" w:rsidRDefault="00E84FEC" w:rsidP="00E84FEC">
      <w:pPr>
        <w:spacing w:after="360" w:line="240" w:lineRule="auto"/>
        <w:ind w:firstLine="720"/>
        <w:jc w:val="both"/>
        <w:rPr>
          <w:rFonts w:ascii="Book Antiqua" w:eastAsia="Times New Roman" w:hAnsi="Book Antiqua" w:cs="Times New Roman"/>
          <w:kern w:val="0"/>
          <w:lang w:val="es-PR"/>
          <w14:ligatures w14:val="none"/>
        </w:rPr>
      </w:pPr>
      <w:r w:rsidRPr="00E47C79">
        <w:rPr>
          <w:rFonts w:ascii="Book Antiqua" w:eastAsia="Times New Roman" w:hAnsi="Book Antiqua" w:cs="Times New Roman"/>
          <w:kern w:val="0"/>
          <w:lang w:val="es-PR"/>
          <w14:ligatures w14:val="none"/>
        </w:rPr>
        <w:t xml:space="preserve">Sección 5.- Los un millón doscientos setenta mil setecientos cuarenta y cuatro dólares ($1,270,744.00) asignados en la Sección 2 de esta Resolución Conjunta deberán ser </w:t>
      </w:r>
      <w:r w:rsidRPr="00E47C79">
        <w:rPr>
          <w:rFonts w:ascii="Book Antiqua" w:eastAsia="Times New Roman" w:hAnsi="Book Antiqua" w:cs="Times New Roman"/>
          <w:kern w:val="0"/>
          <w:lang w:val="es-PR"/>
          <w14:ligatures w14:val="none"/>
        </w:rPr>
        <w:lastRenderedPageBreak/>
        <w:t>desembolsados por la Comisión Especial Conjunta de Donativos Legislativos para Impacto Comunitario en o antes del 31 de diciembre de 2025.</w:t>
      </w:r>
    </w:p>
    <w:p w14:paraId="28CFBD83" w14:textId="0D308A57" w:rsidR="00E84FEC" w:rsidRPr="00E47C79" w:rsidRDefault="00E84FEC" w:rsidP="00E84FEC">
      <w:pPr>
        <w:spacing w:after="360" w:line="240" w:lineRule="auto"/>
        <w:ind w:firstLine="720"/>
        <w:jc w:val="both"/>
        <w:rPr>
          <w:rFonts w:ascii="Book Antiqua" w:eastAsia="Times New Roman" w:hAnsi="Book Antiqua" w:cs="Times New Roman"/>
          <w:kern w:val="0"/>
          <w:lang w:val="es-PR"/>
          <w14:ligatures w14:val="none"/>
        </w:rPr>
      </w:pPr>
      <w:r w:rsidRPr="00E47C79">
        <w:rPr>
          <w:rFonts w:ascii="Book Antiqua" w:eastAsia="Times New Roman" w:hAnsi="Book Antiqua" w:cs="Times New Roman"/>
          <w:kern w:val="0"/>
          <w:lang w:val="es-PR"/>
          <w14:ligatures w14:val="none"/>
        </w:rPr>
        <w:t xml:space="preserve">Sección 6.- Los beneficiarios de los fondos aquí asignados deberán evidenciar que los gastos constituyen parte de los servicios cubiertos en su propuesta aprobada para el referido periodo de tiempo, así como cumplir con cualquier documentación adicional que se le requiera por virtud de la Ley 20-2015 y de la Ley 113-1996. </w:t>
      </w:r>
    </w:p>
    <w:p w14:paraId="44A6009D" w14:textId="1A37E767" w:rsidR="00E84FEC" w:rsidRPr="00E47C79" w:rsidRDefault="00E84FEC" w:rsidP="00E84FEC">
      <w:pPr>
        <w:spacing w:after="360" w:line="240" w:lineRule="auto"/>
        <w:ind w:firstLine="720"/>
        <w:jc w:val="both"/>
        <w:rPr>
          <w:rFonts w:ascii="Book Antiqua" w:eastAsia="Times New Roman" w:hAnsi="Book Antiqua" w:cs="Times New Roman"/>
          <w:kern w:val="0"/>
          <w:lang w:val="es-PR"/>
          <w14:ligatures w14:val="none"/>
        </w:rPr>
      </w:pPr>
      <w:r w:rsidRPr="00E47C79">
        <w:rPr>
          <w:rFonts w:ascii="Book Antiqua" w:eastAsia="Times New Roman" w:hAnsi="Book Antiqua" w:cs="Times New Roman"/>
          <w:kern w:val="0"/>
          <w:lang w:val="es-PR"/>
          <w14:ligatures w14:val="none"/>
        </w:rPr>
        <w:t xml:space="preserve">Sección 7.- Los fondos aquí consignados tendrán vigencia desde el 1 de julio de 2025 hasta el 30 de junio de 2026.  </w:t>
      </w:r>
    </w:p>
    <w:p w14:paraId="2F725F74" w14:textId="6DB50BF1" w:rsidR="00E84FEC" w:rsidRPr="00E47C79" w:rsidRDefault="00E84FEC" w:rsidP="00E84FEC">
      <w:pPr>
        <w:spacing w:after="360" w:line="240" w:lineRule="auto"/>
        <w:ind w:firstLine="720"/>
        <w:jc w:val="both"/>
        <w:rPr>
          <w:rFonts w:ascii="Book Antiqua" w:eastAsia="Times New Roman" w:hAnsi="Book Antiqua" w:cs="Times New Roman"/>
          <w:kern w:val="0"/>
          <w:lang w:val="es-PR"/>
          <w14:ligatures w14:val="none"/>
        </w:rPr>
      </w:pPr>
      <w:r w:rsidRPr="00E47C79">
        <w:rPr>
          <w:rFonts w:ascii="Book Antiqua" w:eastAsia="Times New Roman" w:hAnsi="Book Antiqua" w:cs="Times New Roman"/>
          <w:kern w:val="0"/>
          <w:lang w:val="es-PR"/>
          <w14:ligatures w14:val="none"/>
        </w:rPr>
        <w:t>Sección 8.- Los fondos aquí asignados podrán ser pareados con fondos estatales, federales, municipales y privados.</w:t>
      </w:r>
    </w:p>
    <w:p w14:paraId="7E318EAE" w14:textId="64E14304" w:rsidR="00FB51A3" w:rsidRPr="00E47C79" w:rsidRDefault="00E84FEC" w:rsidP="00E84FEC">
      <w:pPr>
        <w:spacing w:after="360" w:line="240" w:lineRule="auto"/>
        <w:ind w:firstLine="720"/>
        <w:jc w:val="both"/>
        <w:rPr>
          <w:rFonts w:ascii="Book Antiqua" w:eastAsia="Times New Roman" w:hAnsi="Book Antiqua" w:cs="Times New Roman"/>
          <w:kern w:val="0"/>
          <w:lang w:val="es-PR"/>
          <w14:ligatures w14:val="none"/>
        </w:rPr>
      </w:pPr>
      <w:r w:rsidRPr="00E47C79">
        <w:rPr>
          <w:rFonts w:ascii="Book Antiqua" w:eastAsia="Times New Roman" w:hAnsi="Book Antiqua" w:cs="Times New Roman"/>
          <w:kern w:val="0"/>
          <w:lang w:val="es-PR"/>
          <w14:ligatures w14:val="none"/>
        </w:rPr>
        <w:t>Sección 9.- Esta Resolución Conjunta comenzará a regir inmediatamente después de su aprobación.</w:t>
      </w:r>
    </w:p>
    <w:p w14:paraId="3B9E559A" w14:textId="77777777" w:rsidR="00FB51A3" w:rsidRPr="00E47C79" w:rsidRDefault="00FB51A3" w:rsidP="007B793F">
      <w:pPr>
        <w:tabs>
          <w:tab w:val="decimal" w:pos="8280"/>
        </w:tabs>
        <w:rPr>
          <w:rFonts w:ascii="Book Antiqua" w:hAnsi="Book Antiqua"/>
          <w:lang w:val="es-PR"/>
        </w:rPr>
      </w:pPr>
    </w:p>
    <w:sectPr w:rsidR="00FB51A3" w:rsidRPr="00E47C79" w:rsidSect="003C6873">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2AED5" w14:textId="77777777" w:rsidR="0050747B" w:rsidRDefault="0050747B" w:rsidP="008118D1">
      <w:pPr>
        <w:spacing w:after="0" w:line="240" w:lineRule="auto"/>
      </w:pPr>
      <w:r>
        <w:separator/>
      </w:r>
    </w:p>
  </w:endnote>
  <w:endnote w:type="continuationSeparator" w:id="0">
    <w:p w14:paraId="6D6326B6" w14:textId="77777777" w:rsidR="0050747B" w:rsidRDefault="0050747B" w:rsidP="008118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urier">
    <w:panose1 w:val="02070409020205020404"/>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F7498" w14:textId="336E7756" w:rsidR="008118D1" w:rsidRDefault="008118D1">
    <w:pPr>
      <w:pStyle w:val="Footer"/>
      <w:jc w:val="center"/>
    </w:pPr>
  </w:p>
  <w:p w14:paraId="4BC3B5AC" w14:textId="77777777" w:rsidR="008118D1" w:rsidRDefault="00811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7D90C9" w14:textId="77777777" w:rsidR="0050747B" w:rsidRDefault="0050747B" w:rsidP="008118D1">
      <w:pPr>
        <w:spacing w:after="0" w:line="240" w:lineRule="auto"/>
      </w:pPr>
      <w:r>
        <w:separator/>
      </w:r>
    </w:p>
  </w:footnote>
  <w:footnote w:type="continuationSeparator" w:id="0">
    <w:p w14:paraId="1DA7D8C4" w14:textId="77777777" w:rsidR="0050747B" w:rsidRDefault="0050747B" w:rsidP="008118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7695135"/>
      <w:docPartObj>
        <w:docPartGallery w:val="Page Numbers (Top of Page)"/>
        <w:docPartUnique/>
      </w:docPartObj>
    </w:sdtPr>
    <w:sdtEndPr>
      <w:rPr>
        <w:noProof/>
      </w:rPr>
    </w:sdtEndPr>
    <w:sdtContent>
      <w:p w14:paraId="43DBDE46" w14:textId="247F0333" w:rsidR="00AC1425" w:rsidRDefault="00AC142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67DF112" w14:textId="77777777" w:rsidR="00AC1425" w:rsidRDefault="00AC14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27510DE"/>
    <w:multiLevelType w:val="hybridMultilevel"/>
    <w:tmpl w:val="3BD4845A"/>
    <w:lvl w:ilvl="0" w:tplc="EBE8B2A4">
      <w:start w:val="46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4217108"/>
    <w:multiLevelType w:val="hybridMultilevel"/>
    <w:tmpl w:val="67547DBE"/>
    <w:lvl w:ilvl="0" w:tplc="E6F62512">
      <w:start w:val="465"/>
      <w:numFmt w:val="decimal"/>
      <w:lvlText w:val="%1."/>
      <w:lvlJc w:val="left"/>
      <w:pPr>
        <w:ind w:left="1125" w:hanging="4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6FC7C1E"/>
    <w:multiLevelType w:val="multilevel"/>
    <w:tmpl w:val="BDD8A834"/>
    <w:lvl w:ilvl="0">
      <w:start w:val="46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21328605">
    <w:abstractNumId w:val="8"/>
  </w:num>
  <w:num w:numId="2" w16cid:durableId="848330553">
    <w:abstractNumId w:val="6"/>
  </w:num>
  <w:num w:numId="3" w16cid:durableId="79300430">
    <w:abstractNumId w:val="5"/>
  </w:num>
  <w:num w:numId="4" w16cid:durableId="2012904072">
    <w:abstractNumId w:val="4"/>
  </w:num>
  <w:num w:numId="5" w16cid:durableId="1313757828">
    <w:abstractNumId w:val="7"/>
  </w:num>
  <w:num w:numId="6" w16cid:durableId="450561100">
    <w:abstractNumId w:val="3"/>
  </w:num>
  <w:num w:numId="7" w16cid:durableId="1155951788">
    <w:abstractNumId w:val="2"/>
  </w:num>
  <w:num w:numId="8" w16cid:durableId="838888261">
    <w:abstractNumId w:val="1"/>
  </w:num>
  <w:num w:numId="9" w16cid:durableId="1634365041">
    <w:abstractNumId w:val="0"/>
  </w:num>
  <w:num w:numId="10" w16cid:durableId="604848570">
    <w:abstractNumId w:val="11"/>
  </w:num>
  <w:num w:numId="11" w16cid:durableId="471101141">
    <w:abstractNumId w:val="9"/>
  </w:num>
  <w:num w:numId="12" w16cid:durableId="7758344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659"/>
    <w:rsid w:val="00026520"/>
    <w:rsid w:val="00045BC8"/>
    <w:rsid w:val="000C403F"/>
    <w:rsid w:val="0010027C"/>
    <w:rsid w:val="00143308"/>
    <w:rsid w:val="001D3CC1"/>
    <w:rsid w:val="001E60CF"/>
    <w:rsid w:val="00227AC7"/>
    <w:rsid w:val="00272A2A"/>
    <w:rsid w:val="002A38F4"/>
    <w:rsid w:val="002D2659"/>
    <w:rsid w:val="003659B9"/>
    <w:rsid w:val="00391FED"/>
    <w:rsid w:val="003C2E89"/>
    <w:rsid w:val="003C6873"/>
    <w:rsid w:val="003E244E"/>
    <w:rsid w:val="00415075"/>
    <w:rsid w:val="00431C93"/>
    <w:rsid w:val="00447E59"/>
    <w:rsid w:val="004514CC"/>
    <w:rsid w:val="00481104"/>
    <w:rsid w:val="004C0744"/>
    <w:rsid w:val="004E5571"/>
    <w:rsid w:val="0050747B"/>
    <w:rsid w:val="0052103F"/>
    <w:rsid w:val="005230A8"/>
    <w:rsid w:val="005F3EA8"/>
    <w:rsid w:val="00600012"/>
    <w:rsid w:val="00601415"/>
    <w:rsid w:val="006308A9"/>
    <w:rsid w:val="0065293D"/>
    <w:rsid w:val="00653016"/>
    <w:rsid w:val="0068022C"/>
    <w:rsid w:val="00684E5B"/>
    <w:rsid w:val="00685213"/>
    <w:rsid w:val="006864A6"/>
    <w:rsid w:val="00697B92"/>
    <w:rsid w:val="00721A6A"/>
    <w:rsid w:val="00764DCD"/>
    <w:rsid w:val="00791268"/>
    <w:rsid w:val="00792ABB"/>
    <w:rsid w:val="007A35D6"/>
    <w:rsid w:val="007B3727"/>
    <w:rsid w:val="007B793F"/>
    <w:rsid w:val="007E2DF6"/>
    <w:rsid w:val="008118D1"/>
    <w:rsid w:val="0087712F"/>
    <w:rsid w:val="00884D9A"/>
    <w:rsid w:val="009069BF"/>
    <w:rsid w:val="00965A13"/>
    <w:rsid w:val="00A03A1A"/>
    <w:rsid w:val="00A05EE0"/>
    <w:rsid w:val="00AC1425"/>
    <w:rsid w:val="00AE33A2"/>
    <w:rsid w:val="00B35271"/>
    <w:rsid w:val="00B42AC6"/>
    <w:rsid w:val="00BE0C6F"/>
    <w:rsid w:val="00BE406C"/>
    <w:rsid w:val="00BF0718"/>
    <w:rsid w:val="00C83F45"/>
    <w:rsid w:val="00CE5251"/>
    <w:rsid w:val="00CF159C"/>
    <w:rsid w:val="00D534A7"/>
    <w:rsid w:val="00D6066D"/>
    <w:rsid w:val="00D835E1"/>
    <w:rsid w:val="00DA11C9"/>
    <w:rsid w:val="00DD7AD0"/>
    <w:rsid w:val="00E037D1"/>
    <w:rsid w:val="00E10572"/>
    <w:rsid w:val="00E46CEA"/>
    <w:rsid w:val="00E47C79"/>
    <w:rsid w:val="00E84A3A"/>
    <w:rsid w:val="00E84FEC"/>
    <w:rsid w:val="00EB55A6"/>
    <w:rsid w:val="00F0261E"/>
    <w:rsid w:val="00F1037E"/>
    <w:rsid w:val="00F234CF"/>
    <w:rsid w:val="00FB2E24"/>
    <w:rsid w:val="00FB51A3"/>
    <w:rsid w:val="00FC3F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B160A7"/>
  <w15:chartTrackingRefBased/>
  <w15:docId w15:val="{ECFEFB89-CE1E-4B88-BDFB-57D6E0291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26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D26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D26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26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26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26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26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26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26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26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D26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D26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26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26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26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26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26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2659"/>
    <w:rPr>
      <w:rFonts w:eastAsiaTheme="majorEastAsia" w:cstheme="majorBidi"/>
      <w:color w:val="272727" w:themeColor="text1" w:themeTint="D8"/>
    </w:rPr>
  </w:style>
  <w:style w:type="paragraph" w:styleId="Title">
    <w:name w:val="Title"/>
    <w:basedOn w:val="Normal"/>
    <w:next w:val="Normal"/>
    <w:link w:val="TitleChar"/>
    <w:uiPriority w:val="10"/>
    <w:qFormat/>
    <w:rsid w:val="002D26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26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26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26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2659"/>
    <w:pPr>
      <w:spacing w:before="160"/>
      <w:jc w:val="center"/>
    </w:pPr>
    <w:rPr>
      <w:i/>
      <w:iCs/>
      <w:color w:val="404040" w:themeColor="text1" w:themeTint="BF"/>
    </w:rPr>
  </w:style>
  <w:style w:type="character" w:customStyle="1" w:styleId="QuoteChar">
    <w:name w:val="Quote Char"/>
    <w:basedOn w:val="DefaultParagraphFont"/>
    <w:link w:val="Quote"/>
    <w:uiPriority w:val="29"/>
    <w:rsid w:val="002D2659"/>
    <w:rPr>
      <w:i/>
      <w:iCs/>
      <w:color w:val="404040" w:themeColor="text1" w:themeTint="BF"/>
    </w:rPr>
  </w:style>
  <w:style w:type="paragraph" w:styleId="ListParagraph">
    <w:name w:val="List Paragraph"/>
    <w:basedOn w:val="Normal"/>
    <w:uiPriority w:val="34"/>
    <w:qFormat/>
    <w:rsid w:val="002D2659"/>
    <w:pPr>
      <w:ind w:left="720"/>
      <w:contextualSpacing/>
    </w:pPr>
  </w:style>
  <w:style w:type="character" w:styleId="IntenseEmphasis">
    <w:name w:val="Intense Emphasis"/>
    <w:basedOn w:val="DefaultParagraphFont"/>
    <w:uiPriority w:val="21"/>
    <w:qFormat/>
    <w:rsid w:val="002D2659"/>
    <w:rPr>
      <w:i/>
      <w:iCs/>
      <w:color w:val="0F4761" w:themeColor="accent1" w:themeShade="BF"/>
    </w:rPr>
  </w:style>
  <w:style w:type="paragraph" w:styleId="IntenseQuote">
    <w:name w:val="Intense Quote"/>
    <w:basedOn w:val="Normal"/>
    <w:next w:val="Normal"/>
    <w:link w:val="IntenseQuoteChar"/>
    <w:uiPriority w:val="30"/>
    <w:qFormat/>
    <w:rsid w:val="002D26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2659"/>
    <w:rPr>
      <w:i/>
      <w:iCs/>
      <w:color w:val="0F4761" w:themeColor="accent1" w:themeShade="BF"/>
    </w:rPr>
  </w:style>
  <w:style w:type="character" w:styleId="IntenseReference">
    <w:name w:val="Intense Reference"/>
    <w:basedOn w:val="DefaultParagraphFont"/>
    <w:uiPriority w:val="32"/>
    <w:qFormat/>
    <w:rsid w:val="002D2659"/>
    <w:rPr>
      <w:b/>
      <w:bCs/>
      <w:smallCaps/>
      <w:color w:val="0F4761" w:themeColor="accent1" w:themeShade="BF"/>
      <w:spacing w:val="5"/>
    </w:rPr>
  </w:style>
  <w:style w:type="character" w:styleId="LineNumber">
    <w:name w:val="line number"/>
    <w:basedOn w:val="DefaultParagraphFont"/>
    <w:uiPriority w:val="99"/>
    <w:semiHidden/>
    <w:unhideWhenUsed/>
    <w:rsid w:val="00764DCD"/>
  </w:style>
  <w:style w:type="paragraph" w:styleId="Header">
    <w:name w:val="header"/>
    <w:basedOn w:val="Normal"/>
    <w:link w:val="HeaderChar"/>
    <w:uiPriority w:val="99"/>
    <w:unhideWhenUsed/>
    <w:rsid w:val="008118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18D1"/>
  </w:style>
  <w:style w:type="paragraph" w:styleId="Footer">
    <w:name w:val="footer"/>
    <w:basedOn w:val="Normal"/>
    <w:link w:val="FooterChar"/>
    <w:uiPriority w:val="99"/>
    <w:unhideWhenUsed/>
    <w:rsid w:val="008118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18D1"/>
  </w:style>
  <w:style w:type="paragraph" w:styleId="NoSpacing">
    <w:name w:val="No Spacing"/>
    <w:uiPriority w:val="1"/>
    <w:qFormat/>
    <w:rsid w:val="00B42AC6"/>
    <w:pPr>
      <w:spacing w:after="0" w:line="240" w:lineRule="auto"/>
    </w:pPr>
    <w:rPr>
      <w:rFonts w:eastAsiaTheme="minorEastAsia"/>
      <w:kern w:val="0"/>
      <w:sz w:val="22"/>
      <w:szCs w:val="22"/>
      <w14:ligatures w14:val="none"/>
    </w:rPr>
  </w:style>
  <w:style w:type="paragraph" w:styleId="BodyText">
    <w:name w:val="Body Text"/>
    <w:basedOn w:val="Normal"/>
    <w:link w:val="BodyTextChar"/>
    <w:uiPriority w:val="99"/>
    <w:unhideWhenUsed/>
    <w:rsid w:val="00B42AC6"/>
    <w:pPr>
      <w:spacing w:after="120" w:line="276" w:lineRule="auto"/>
    </w:pPr>
    <w:rPr>
      <w:rFonts w:eastAsiaTheme="minorEastAsia"/>
      <w:kern w:val="0"/>
      <w:sz w:val="22"/>
      <w:szCs w:val="22"/>
      <w14:ligatures w14:val="none"/>
    </w:rPr>
  </w:style>
  <w:style w:type="character" w:customStyle="1" w:styleId="BodyTextChar">
    <w:name w:val="Body Text Char"/>
    <w:basedOn w:val="DefaultParagraphFont"/>
    <w:link w:val="BodyText"/>
    <w:uiPriority w:val="99"/>
    <w:rsid w:val="00B42AC6"/>
    <w:rPr>
      <w:rFonts w:eastAsiaTheme="minorEastAsia"/>
      <w:kern w:val="0"/>
      <w:sz w:val="22"/>
      <w:szCs w:val="22"/>
      <w14:ligatures w14:val="none"/>
    </w:rPr>
  </w:style>
  <w:style w:type="paragraph" w:styleId="BodyText2">
    <w:name w:val="Body Text 2"/>
    <w:basedOn w:val="Normal"/>
    <w:link w:val="BodyText2Char"/>
    <w:uiPriority w:val="99"/>
    <w:unhideWhenUsed/>
    <w:rsid w:val="00B42AC6"/>
    <w:pPr>
      <w:spacing w:after="120" w:line="480" w:lineRule="auto"/>
    </w:pPr>
    <w:rPr>
      <w:rFonts w:eastAsiaTheme="minorEastAsia"/>
      <w:kern w:val="0"/>
      <w:sz w:val="22"/>
      <w:szCs w:val="22"/>
      <w14:ligatures w14:val="none"/>
    </w:rPr>
  </w:style>
  <w:style w:type="character" w:customStyle="1" w:styleId="BodyText2Char">
    <w:name w:val="Body Text 2 Char"/>
    <w:basedOn w:val="DefaultParagraphFont"/>
    <w:link w:val="BodyText2"/>
    <w:uiPriority w:val="99"/>
    <w:rsid w:val="00B42AC6"/>
    <w:rPr>
      <w:rFonts w:eastAsiaTheme="minorEastAsia"/>
      <w:kern w:val="0"/>
      <w:sz w:val="22"/>
      <w:szCs w:val="22"/>
      <w14:ligatures w14:val="none"/>
    </w:rPr>
  </w:style>
  <w:style w:type="paragraph" w:styleId="BodyText3">
    <w:name w:val="Body Text 3"/>
    <w:basedOn w:val="Normal"/>
    <w:link w:val="BodyText3Char"/>
    <w:uiPriority w:val="99"/>
    <w:unhideWhenUsed/>
    <w:rsid w:val="00B42AC6"/>
    <w:pPr>
      <w:spacing w:after="120" w:line="276" w:lineRule="auto"/>
    </w:pPr>
    <w:rPr>
      <w:rFonts w:eastAsiaTheme="minorEastAsia"/>
      <w:kern w:val="0"/>
      <w:sz w:val="16"/>
      <w:szCs w:val="16"/>
      <w14:ligatures w14:val="none"/>
    </w:rPr>
  </w:style>
  <w:style w:type="character" w:customStyle="1" w:styleId="BodyText3Char">
    <w:name w:val="Body Text 3 Char"/>
    <w:basedOn w:val="DefaultParagraphFont"/>
    <w:link w:val="BodyText3"/>
    <w:uiPriority w:val="99"/>
    <w:rsid w:val="00B42AC6"/>
    <w:rPr>
      <w:rFonts w:eastAsiaTheme="minorEastAsia"/>
      <w:kern w:val="0"/>
      <w:sz w:val="16"/>
      <w:szCs w:val="16"/>
      <w14:ligatures w14:val="none"/>
    </w:rPr>
  </w:style>
  <w:style w:type="paragraph" w:styleId="List">
    <w:name w:val="List"/>
    <w:basedOn w:val="Normal"/>
    <w:uiPriority w:val="99"/>
    <w:unhideWhenUsed/>
    <w:rsid w:val="00B42AC6"/>
    <w:pPr>
      <w:spacing w:after="200" w:line="276" w:lineRule="auto"/>
      <w:ind w:left="360" w:hanging="360"/>
      <w:contextualSpacing/>
    </w:pPr>
    <w:rPr>
      <w:rFonts w:eastAsiaTheme="minorEastAsia"/>
      <w:kern w:val="0"/>
      <w:sz w:val="22"/>
      <w:szCs w:val="22"/>
      <w14:ligatures w14:val="none"/>
    </w:rPr>
  </w:style>
  <w:style w:type="paragraph" w:styleId="List2">
    <w:name w:val="List 2"/>
    <w:basedOn w:val="Normal"/>
    <w:uiPriority w:val="99"/>
    <w:unhideWhenUsed/>
    <w:rsid w:val="00B42AC6"/>
    <w:pPr>
      <w:spacing w:after="200" w:line="276" w:lineRule="auto"/>
      <w:ind w:left="720" w:hanging="360"/>
      <w:contextualSpacing/>
    </w:pPr>
    <w:rPr>
      <w:rFonts w:eastAsiaTheme="minorEastAsia"/>
      <w:kern w:val="0"/>
      <w:sz w:val="22"/>
      <w:szCs w:val="22"/>
      <w14:ligatures w14:val="none"/>
    </w:rPr>
  </w:style>
  <w:style w:type="paragraph" w:styleId="List3">
    <w:name w:val="List 3"/>
    <w:basedOn w:val="Normal"/>
    <w:uiPriority w:val="99"/>
    <w:unhideWhenUsed/>
    <w:rsid w:val="00B42AC6"/>
    <w:pPr>
      <w:spacing w:after="200" w:line="276" w:lineRule="auto"/>
      <w:ind w:left="1080" w:hanging="360"/>
      <w:contextualSpacing/>
    </w:pPr>
    <w:rPr>
      <w:rFonts w:eastAsiaTheme="minorEastAsia"/>
      <w:kern w:val="0"/>
      <w:sz w:val="22"/>
      <w:szCs w:val="22"/>
      <w14:ligatures w14:val="none"/>
    </w:rPr>
  </w:style>
  <w:style w:type="paragraph" w:styleId="ListBullet">
    <w:name w:val="List Bullet"/>
    <w:basedOn w:val="Normal"/>
    <w:uiPriority w:val="99"/>
    <w:unhideWhenUsed/>
    <w:rsid w:val="00B42AC6"/>
    <w:pPr>
      <w:numPr>
        <w:numId w:val="1"/>
      </w:numPr>
      <w:spacing w:after="200" w:line="276" w:lineRule="auto"/>
      <w:contextualSpacing/>
    </w:pPr>
    <w:rPr>
      <w:rFonts w:eastAsiaTheme="minorEastAsia"/>
      <w:kern w:val="0"/>
      <w:sz w:val="22"/>
      <w:szCs w:val="22"/>
      <w14:ligatures w14:val="none"/>
    </w:rPr>
  </w:style>
  <w:style w:type="paragraph" w:styleId="ListBullet2">
    <w:name w:val="List Bullet 2"/>
    <w:basedOn w:val="Normal"/>
    <w:uiPriority w:val="99"/>
    <w:unhideWhenUsed/>
    <w:rsid w:val="00B42AC6"/>
    <w:pPr>
      <w:numPr>
        <w:numId w:val="2"/>
      </w:numPr>
      <w:spacing w:after="200" w:line="276" w:lineRule="auto"/>
      <w:contextualSpacing/>
    </w:pPr>
    <w:rPr>
      <w:rFonts w:eastAsiaTheme="minorEastAsia"/>
      <w:kern w:val="0"/>
      <w:sz w:val="22"/>
      <w:szCs w:val="22"/>
      <w14:ligatures w14:val="none"/>
    </w:rPr>
  </w:style>
  <w:style w:type="paragraph" w:styleId="ListBullet3">
    <w:name w:val="List Bullet 3"/>
    <w:basedOn w:val="Normal"/>
    <w:uiPriority w:val="99"/>
    <w:unhideWhenUsed/>
    <w:rsid w:val="00B42AC6"/>
    <w:pPr>
      <w:numPr>
        <w:numId w:val="3"/>
      </w:numPr>
      <w:spacing w:after="200" w:line="276" w:lineRule="auto"/>
      <w:contextualSpacing/>
    </w:pPr>
    <w:rPr>
      <w:rFonts w:eastAsiaTheme="minorEastAsia"/>
      <w:kern w:val="0"/>
      <w:sz w:val="22"/>
      <w:szCs w:val="22"/>
      <w14:ligatures w14:val="none"/>
    </w:rPr>
  </w:style>
  <w:style w:type="paragraph" w:styleId="ListNumber">
    <w:name w:val="List Number"/>
    <w:basedOn w:val="Normal"/>
    <w:uiPriority w:val="99"/>
    <w:unhideWhenUsed/>
    <w:rsid w:val="00B42AC6"/>
    <w:pPr>
      <w:numPr>
        <w:numId w:val="5"/>
      </w:numPr>
      <w:spacing w:after="200" w:line="276" w:lineRule="auto"/>
      <w:contextualSpacing/>
    </w:pPr>
    <w:rPr>
      <w:rFonts w:eastAsiaTheme="minorEastAsia"/>
      <w:kern w:val="0"/>
      <w:sz w:val="22"/>
      <w:szCs w:val="22"/>
      <w14:ligatures w14:val="none"/>
    </w:rPr>
  </w:style>
  <w:style w:type="paragraph" w:styleId="ListNumber2">
    <w:name w:val="List Number 2"/>
    <w:basedOn w:val="Normal"/>
    <w:uiPriority w:val="99"/>
    <w:unhideWhenUsed/>
    <w:rsid w:val="00B42AC6"/>
    <w:pPr>
      <w:numPr>
        <w:numId w:val="6"/>
      </w:numPr>
      <w:spacing w:after="200" w:line="276" w:lineRule="auto"/>
      <w:contextualSpacing/>
    </w:pPr>
    <w:rPr>
      <w:rFonts w:eastAsiaTheme="minorEastAsia"/>
      <w:kern w:val="0"/>
      <w:sz w:val="22"/>
      <w:szCs w:val="22"/>
      <w14:ligatures w14:val="none"/>
    </w:rPr>
  </w:style>
  <w:style w:type="paragraph" w:styleId="ListNumber3">
    <w:name w:val="List Number 3"/>
    <w:basedOn w:val="Normal"/>
    <w:uiPriority w:val="99"/>
    <w:unhideWhenUsed/>
    <w:rsid w:val="00B42AC6"/>
    <w:pPr>
      <w:numPr>
        <w:numId w:val="7"/>
      </w:numPr>
      <w:spacing w:after="200" w:line="276" w:lineRule="auto"/>
      <w:contextualSpacing/>
    </w:pPr>
    <w:rPr>
      <w:rFonts w:eastAsiaTheme="minorEastAsia"/>
      <w:kern w:val="0"/>
      <w:sz w:val="22"/>
      <w:szCs w:val="22"/>
      <w14:ligatures w14:val="none"/>
    </w:rPr>
  </w:style>
  <w:style w:type="paragraph" w:styleId="ListContinue">
    <w:name w:val="List Continue"/>
    <w:basedOn w:val="Normal"/>
    <w:uiPriority w:val="99"/>
    <w:unhideWhenUsed/>
    <w:rsid w:val="00B42AC6"/>
    <w:pPr>
      <w:spacing w:after="120" w:line="276" w:lineRule="auto"/>
      <w:ind w:left="360"/>
      <w:contextualSpacing/>
    </w:pPr>
    <w:rPr>
      <w:rFonts w:eastAsiaTheme="minorEastAsia"/>
      <w:kern w:val="0"/>
      <w:sz w:val="22"/>
      <w:szCs w:val="22"/>
      <w14:ligatures w14:val="none"/>
    </w:rPr>
  </w:style>
  <w:style w:type="paragraph" w:styleId="ListContinue2">
    <w:name w:val="List Continue 2"/>
    <w:basedOn w:val="Normal"/>
    <w:uiPriority w:val="99"/>
    <w:unhideWhenUsed/>
    <w:rsid w:val="00B42AC6"/>
    <w:pPr>
      <w:spacing w:after="120" w:line="276" w:lineRule="auto"/>
      <w:ind w:left="720"/>
      <w:contextualSpacing/>
    </w:pPr>
    <w:rPr>
      <w:rFonts w:eastAsiaTheme="minorEastAsia"/>
      <w:kern w:val="0"/>
      <w:sz w:val="22"/>
      <w:szCs w:val="22"/>
      <w14:ligatures w14:val="none"/>
    </w:rPr>
  </w:style>
  <w:style w:type="paragraph" w:styleId="ListContinue3">
    <w:name w:val="List Continue 3"/>
    <w:basedOn w:val="Normal"/>
    <w:uiPriority w:val="99"/>
    <w:unhideWhenUsed/>
    <w:rsid w:val="00B42AC6"/>
    <w:pPr>
      <w:spacing w:after="120" w:line="276" w:lineRule="auto"/>
      <w:ind w:left="1080"/>
      <w:contextualSpacing/>
    </w:pPr>
    <w:rPr>
      <w:rFonts w:eastAsiaTheme="minorEastAsia"/>
      <w:kern w:val="0"/>
      <w:sz w:val="22"/>
      <w:szCs w:val="22"/>
      <w14:ligatures w14:val="none"/>
    </w:rPr>
  </w:style>
  <w:style w:type="paragraph" w:styleId="MacroText">
    <w:name w:val="macro"/>
    <w:link w:val="MacroTextChar"/>
    <w:uiPriority w:val="99"/>
    <w:unhideWhenUsed/>
    <w:rsid w:val="00B42AC6"/>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kern w:val="0"/>
      <w:sz w:val="20"/>
      <w:szCs w:val="20"/>
      <w14:ligatures w14:val="none"/>
    </w:rPr>
  </w:style>
  <w:style w:type="character" w:customStyle="1" w:styleId="MacroTextChar">
    <w:name w:val="Macro Text Char"/>
    <w:basedOn w:val="DefaultParagraphFont"/>
    <w:link w:val="MacroText"/>
    <w:uiPriority w:val="99"/>
    <w:rsid w:val="00B42AC6"/>
    <w:rPr>
      <w:rFonts w:ascii="Courier" w:eastAsiaTheme="minorEastAsia" w:hAnsi="Courier"/>
      <w:kern w:val="0"/>
      <w:sz w:val="20"/>
      <w:szCs w:val="20"/>
      <w14:ligatures w14:val="none"/>
    </w:rPr>
  </w:style>
  <w:style w:type="paragraph" w:styleId="Caption">
    <w:name w:val="caption"/>
    <w:basedOn w:val="Normal"/>
    <w:next w:val="Normal"/>
    <w:uiPriority w:val="35"/>
    <w:semiHidden/>
    <w:unhideWhenUsed/>
    <w:qFormat/>
    <w:rsid w:val="00B42AC6"/>
    <w:pPr>
      <w:spacing w:after="200" w:line="240" w:lineRule="auto"/>
    </w:pPr>
    <w:rPr>
      <w:rFonts w:eastAsiaTheme="minorEastAsia"/>
      <w:b/>
      <w:bCs/>
      <w:color w:val="156082" w:themeColor="accent1"/>
      <w:kern w:val="0"/>
      <w:sz w:val="18"/>
      <w:szCs w:val="18"/>
      <w14:ligatures w14:val="none"/>
    </w:rPr>
  </w:style>
  <w:style w:type="character" w:styleId="Strong">
    <w:name w:val="Strong"/>
    <w:basedOn w:val="DefaultParagraphFont"/>
    <w:uiPriority w:val="22"/>
    <w:qFormat/>
    <w:rsid w:val="00B42AC6"/>
    <w:rPr>
      <w:b/>
      <w:bCs/>
    </w:rPr>
  </w:style>
  <w:style w:type="character" w:styleId="Emphasis">
    <w:name w:val="Emphasis"/>
    <w:basedOn w:val="DefaultParagraphFont"/>
    <w:uiPriority w:val="20"/>
    <w:qFormat/>
    <w:rsid w:val="00B42AC6"/>
    <w:rPr>
      <w:i/>
      <w:iCs/>
    </w:rPr>
  </w:style>
  <w:style w:type="character" w:styleId="SubtleEmphasis">
    <w:name w:val="Subtle Emphasis"/>
    <w:basedOn w:val="DefaultParagraphFont"/>
    <w:uiPriority w:val="19"/>
    <w:qFormat/>
    <w:rsid w:val="00B42AC6"/>
    <w:rPr>
      <w:i/>
      <w:iCs/>
      <w:color w:val="808080" w:themeColor="text1" w:themeTint="7F"/>
    </w:rPr>
  </w:style>
  <w:style w:type="character" w:styleId="SubtleReference">
    <w:name w:val="Subtle Reference"/>
    <w:basedOn w:val="DefaultParagraphFont"/>
    <w:uiPriority w:val="31"/>
    <w:qFormat/>
    <w:rsid w:val="00B42AC6"/>
    <w:rPr>
      <w:smallCaps/>
      <w:color w:val="E97132" w:themeColor="accent2"/>
      <w:u w:val="single"/>
    </w:rPr>
  </w:style>
  <w:style w:type="character" w:styleId="BookTitle">
    <w:name w:val="Book Title"/>
    <w:basedOn w:val="DefaultParagraphFont"/>
    <w:uiPriority w:val="33"/>
    <w:qFormat/>
    <w:rsid w:val="00B42AC6"/>
    <w:rPr>
      <w:b/>
      <w:bCs/>
      <w:smallCaps/>
      <w:spacing w:val="5"/>
    </w:rPr>
  </w:style>
  <w:style w:type="paragraph" w:styleId="TOCHeading">
    <w:name w:val="TOC Heading"/>
    <w:basedOn w:val="Heading1"/>
    <w:next w:val="Normal"/>
    <w:uiPriority w:val="39"/>
    <w:semiHidden/>
    <w:unhideWhenUsed/>
    <w:qFormat/>
    <w:rsid w:val="00B42AC6"/>
    <w:pPr>
      <w:spacing w:before="480" w:after="0" w:line="276" w:lineRule="auto"/>
      <w:outlineLvl w:val="9"/>
    </w:pPr>
    <w:rPr>
      <w:b/>
      <w:bCs/>
      <w:kern w:val="0"/>
      <w:sz w:val="28"/>
      <w:szCs w:val="28"/>
      <w14:ligatures w14:val="none"/>
    </w:rPr>
  </w:style>
  <w:style w:type="table" w:styleId="TableGrid">
    <w:name w:val="Table Grid"/>
    <w:basedOn w:val="TableNormal"/>
    <w:uiPriority w:val="59"/>
    <w:rsid w:val="00B42AC6"/>
    <w:pPr>
      <w:spacing w:after="0" w:line="240" w:lineRule="auto"/>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B42AC6"/>
    <w:pPr>
      <w:spacing w:after="0" w:line="240" w:lineRule="auto"/>
    </w:pPr>
    <w:rPr>
      <w:rFonts w:eastAsiaTheme="minorEastAsia"/>
      <w:color w:val="000000" w:themeColor="text1" w:themeShade="BF"/>
      <w:kern w:val="0"/>
      <w:sz w:val="22"/>
      <w:szCs w:val="22"/>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B42AC6"/>
    <w:pPr>
      <w:spacing w:after="0" w:line="240" w:lineRule="auto"/>
    </w:pPr>
    <w:rPr>
      <w:rFonts w:eastAsiaTheme="minorEastAsia"/>
      <w:color w:val="0F4761" w:themeColor="accent1" w:themeShade="BF"/>
      <w:kern w:val="0"/>
      <w:sz w:val="22"/>
      <w:szCs w:val="22"/>
      <w14:ligatures w14:val="none"/>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B42AC6"/>
    <w:pPr>
      <w:spacing w:after="0" w:line="240" w:lineRule="auto"/>
    </w:pPr>
    <w:rPr>
      <w:rFonts w:eastAsiaTheme="minorEastAsia"/>
      <w:color w:val="BF4E14" w:themeColor="accent2" w:themeShade="BF"/>
      <w:kern w:val="0"/>
      <w:sz w:val="22"/>
      <w:szCs w:val="22"/>
      <w14:ligatures w14:val="none"/>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B42AC6"/>
    <w:pPr>
      <w:spacing w:after="0" w:line="240" w:lineRule="auto"/>
    </w:pPr>
    <w:rPr>
      <w:rFonts w:eastAsiaTheme="minorEastAsia"/>
      <w:color w:val="124F1A" w:themeColor="accent3" w:themeShade="BF"/>
      <w:kern w:val="0"/>
      <w:sz w:val="22"/>
      <w:szCs w:val="22"/>
      <w14:ligatures w14:val="none"/>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B42AC6"/>
    <w:pPr>
      <w:spacing w:after="0" w:line="240" w:lineRule="auto"/>
    </w:pPr>
    <w:rPr>
      <w:rFonts w:eastAsiaTheme="minorEastAsia"/>
      <w:color w:val="0B769F" w:themeColor="accent4" w:themeShade="BF"/>
      <w:kern w:val="0"/>
      <w:sz w:val="22"/>
      <w:szCs w:val="22"/>
      <w14:ligatures w14:val="none"/>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B42AC6"/>
    <w:pPr>
      <w:spacing w:after="0" w:line="240" w:lineRule="auto"/>
    </w:pPr>
    <w:rPr>
      <w:rFonts w:eastAsiaTheme="minorEastAsia"/>
      <w:color w:val="77206D" w:themeColor="accent5" w:themeShade="BF"/>
      <w:kern w:val="0"/>
      <w:sz w:val="22"/>
      <w:szCs w:val="22"/>
      <w14:ligatures w14:val="none"/>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B42AC6"/>
    <w:pPr>
      <w:spacing w:after="0" w:line="240" w:lineRule="auto"/>
    </w:pPr>
    <w:rPr>
      <w:rFonts w:eastAsiaTheme="minorEastAsia"/>
      <w:color w:val="3A7C22" w:themeColor="accent6" w:themeShade="BF"/>
      <w:kern w:val="0"/>
      <w:sz w:val="22"/>
      <w:szCs w:val="22"/>
      <w14:ligatures w14:val="none"/>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B42AC6"/>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B42AC6"/>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B42AC6"/>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B42AC6"/>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B42AC6"/>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B42AC6"/>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B42AC6"/>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B42AC6"/>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B42AC6"/>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B42AC6"/>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B42AC6"/>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B42AC6"/>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B42AC6"/>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B42AC6"/>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B42AC6"/>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B42AC6"/>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B42AC6"/>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B42AC6"/>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B42AC6"/>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B42AC6"/>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B42AC6"/>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B42AC6"/>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B42AC6"/>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B42AC6"/>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B42AC6"/>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B42AC6"/>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B42AC6"/>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B42AC6"/>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rfulShading">
    <w:name w:val="Colorful Shading"/>
    <w:basedOn w:val="TableNormal"/>
    <w:uiPriority w:val="71"/>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rfulShading-Accent4">
    <w:name w:val="Colorful Shading Accent 4"/>
    <w:basedOn w:val="TableNormal"/>
    <w:uiPriority w:val="71"/>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B42AC6"/>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B42AC6"/>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rfulList-Accent2">
    <w:name w:val="Colorful List Accent 2"/>
    <w:basedOn w:val="TableNormal"/>
    <w:uiPriority w:val="72"/>
    <w:rsid w:val="00B42AC6"/>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rfulList-Accent3">
    <w:name w:val="Colorful List Accent 3"/>
    <w:basedOn w:val="TableNormal"/>
    <w:uiPriority w:val="72"/>
    <w:rsid w:val="00B42AC6"/>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rfulList-Accent4">
    <w:name w:val="Colorful List Accent 4"/>
    <w:basedOn w:val="TableNormal"/>
    <w:uiPriority w:val="72"/>
    <w:rsid w:val="00B42AC6"/>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rfulList-Accent5">
    <w:name w:val="Colorful List Accent 5"/>
    <w:basedOn w:val="TableNormal"/>
    <w:uiPriority w:val="72"/>
    <w:rsid w:val="00B42AC6"/>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rfulList-Accent6">
    <w:name w:val="Colorful List Accent 6"/>
    <w:basedOn w:val="TableNormal"/>
    <w:uiPriority w:val="72"/>
    <w:rsid w:val="00B42AC6"/>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rfulGrid">
    <w:name w:val="Colorful Grid"/>
    <w:basedOn w:val="TableNormal"/>
    <w:uiPriority w:val="73"/>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rfulGrid-Accent2">
    <w:name w:val="Colorful Grid Accent 2"/>
    <w:basedOn w:val="TableNormal"/>
    <w:uiPriority w:val="73"/>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rfulGrid-Accent3">
    <w:name w:val="Colorful Grid Accent 3"/>
    <w:basedOn w:val="TableNormal"/>
    <w:uiPriority w:val="73"/>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rfulGrid-Accent4">
    <w:name w:val="Colorful Grid Accent 4"/>
    <w:basedOn w:val="TableNormal"/>
    <w:uiPriority w:val="73"/>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rfulGrid-Accent5">
    <w:name w:val="Colorful Grid Accent 5"/>
    <w:basedOn w:val="TableNormal"/>
    <w:uiPriority w:val="73"/>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rfulGrid-Accent6">
    <w:name w:val="Colorful Grid Accent 6"/>
    <w:basedOn w:val="TableNormal"/>
    <w:uiPriority w:val="73"/>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439913">
      <w:bodyDiv w:val="1"/>
      <w:marLeft w:val="0"/>
      <w:marRight w:val="0"/>
      <w:marTop w:val="0"/>
      <w:marBottom w:val="0"/>
      <w:divBdr>
        <w:top w:val="none" w:sz="0" w:space="0" w:color="auto"/>
        <w:left w:val="none" w:sz="0" w:space="0" w:color="auto"/>
        <w:bottom w:val="none" w:sz="0" w:space="0" w:color="auto"/>
        <w:right w:val="none" w:sz="0" w:space="0" w:color="auto"/>
      </w:divBdr>
    </w:div>
    <w:div w:id="305474993">
      <w:bodyDiv w:val="1"/>
      <w:marLeft w:val="0"/>
      <w:marRight w:val="0"/>
      <w:marTop w:val="0"/>
      <w:marBottom w:val="0"/>
      <w:divBdr>
        <w:top w:val="none" w:sz="0" w:space="0" w:color="auto"/>
        <w:left w:val="none" w:sz="0" w:space="0" w:color="auto"/>
        <w:bottom w:val="none" w:sz="0" w:space="0" w:color="auto"/>
        <w:right w:val="none" w:sz="0" w:space="0" w:color="auto"/>
      </w:divBdr>
    </w:div>
    <w:div w:id="466169346">
      <w:bodyDiv w:val="1"/>
      <w:marLeft w:val="0"/>
      <w:marRight w:val="0"/>
      <w:marTop w:val="0"/>
      <w:marBottom w:val="0"/>
      <w:divBdr>
        <w:top w:val="none" w:sz="0" w:space="0" w:color="auto"/>
        <w:left w:val="none" w:sz="0" w:space="0" w:color="auto"/>
        <w:bottom w:val="none" w:sz="0" w:space="0" w:color="auto"/>
        <w:right w:val="none" w:sz="0" w:space="0" w:color="auto"/>
      </w:divBdr>
    </w:div>
    <w:div w:id="477496209">
      <w:bodyDiv w:val="1"/>
      <w:marLeft w:val="0"/>
      <w:marRight w:val="0"/>
      <w:marTop w:val="0"/>
      <w:marBottom w:val="0"/>
      <w:divBdr>
        <w:top w:val="none" w:sz="0" w:space="0" w:color="auto"/>
        <w:left w:val="none" w:sz="0" w:space="0" w:color="auto"/>
        <w:bottom w:val="none" w:sz="0" w:space="0" w:color="auto"/>
        <w:right w:val="none" w:sz="0" w:space="0" w:color="auto"/>
      </w:divBdr>
    </w:div>
    <w:div w:id="1002858800">
      <w:bodyDiv w:val="1"/>
      <w:marLeft w:val="0"/>
      <w:marRight w:val="0"/>
      <w:marTop w:val="0"/>
      <w:marBottom w:val="0"/>
      <w:divBdr>
        <w:top w:val="none" w:sz="0" w:space="0" w:color="auto"/>
        <w:left w:val="none" w:sz="0" w:space="0" w:color="auto"/>
        <w:bottom w:val="none" w:sz="0" w:space="0" w:color="auto"/>
        <w:right w:val="none" w:sz="0" w:space="0" w:color="auto"/>
      </w:divBdr>
    </w:div>
    <w:div w:id="1188517915">
      <w:bodyDiv w:val="1"/>
      <w:marLeft w:val="0"/>
      <w:marRight w:val="0"/>
      <w:marTop w:val="0"/>
      <w:marBottom w:val="0"/>
      <w:divBdr>
        <w:top w:val="none" w:sz="0" w:space="0" w:color="auto"/>
        <w:left w:val="none" w:sz="0" w:space="0" w:color="auto"/>
        <w:bottom w:val="none" w:sz="0" w:space="0" w:color="auto"/>
        <w:right w:val="none" w:sz="0" w:space="0" w:color="auto"/>
      </w:divBdr>
    </w:div>
    <w:div w:id="1304387479">
      <w:bodyDiv w:val="1"/>
      <w:marLeft w:val="0"/>
      <w:marRight w:val="0"/>
      <w:marTop w:val="0"/>
      <w:marBottom w:val="0"/>
      <w:divBdr>
        <w:top w:val="none" w:sz="0" w:space="0" w:color="auto"/>
        <w:left w:val="none" w:sz="0" w:space="0" w:color="auto"/>
        <w:bottom w:val="none" w:sz="0" w:space="0" w:color="auto"/>
        <w:right w:val="none" w:sz="0" w:space="0" w:color="auto"/>
      </w:divBdr>
    </w:div>
    <w:div w:id="1514151042">
      <w:bodyDiv w:val="1"/>
      <w:marLeft w:val="0"/>
      <w:marRight w:val="0"/>
      <w:marTop w:val="0"/>
      <w:marBottom w:val="0"/>
      <w:divBdr>
        <w:top w:val="none" w:sz="0" w:space="0" w:color="auto"/>
        <w:left w:val="none" w:sz="0" w:space="0" w:color="auto"/>
        <w:bottom w:val="none" w:sz="0" w:space="0" w:color="auto"/>
        <w:right w:val="none" w:sz="0" w:space="0" w:color="auto"/>
      </w:divBdr>
    </w:div>
    <w:div w:id="1521161716">
      <w:bodyDiv w:val="1"/>
      <w:marLeft w:val="0"/>
      <w:marRight w:val="0"/>
      <w:marTop w:val="0"/>
      <w:marBottom w:val="0"/>
      <w:divBdr>
        <w:top w:val="none" w:sz="0" w:space="0" w:color="auto"/>
        <w:left w:val="none" w:sz="0" w:space="0" w:color="auto"/>
        <w:bottom w:val="none" w:sz="0" w:space="0" w:color="auto"/>
        <w:right w:val="none" w:sz="0" w:space="0" w:color="auto"/>
      </w:divBdr>
    </w:div>
    <w:div w:id="1628706015">
      <w:bodyDiv w:val="1"/>
      <w:marLeft w:val="0"/>
      <w:marRight w:val="0"/>
      <w:marTop w:val="0"/>
      <w:marBottom w:val="0"/>
      <w:divBdr>
        <w:top w:val="none" w:sz="0" w:space="0" w:color="auto"/>
        <w:left w:val="none" w:sz="0" w:space="0" w:color="auto"/>
        <w:bottom w:val="none" w:sz="0" w:space="0" w:color="auto"/>
        <w:right w:val="none" w:sz="0" w:space="0" w:color="auto"/>
      </w:divBdr>
    </w:div>
    <w:div w:id="1826165900">
      <w:bodyDiv w:val="1"/>
      <w:marLeft w:val="0"/>
      <w:marRight w:val="0"/>
      <w:marTop w:val="0"/>
      <w:marBottom w:val="0"/>
      <w:divBdr>
        <w:top w:val="none" w:sz="0" w:space="0" w:color="auto"/>
        <w:left w:val="none" w:sz="0" w:space="0" w:color="auto"/>
        <w:bottom w:val="none" w:sz="0" w:space="0" w:color="auto"/>
        <w:right w:val="none" w:sz="0" w:space="0" w:color="auto"/>
      </w:divBdr>
    </w:div>
    <w:div w:id="1855341691">
      <w:bodyDiv w:val="1"/>
      <w:marLeft w:val="0"/>
      <w:marRight w:val="0"/>
      <w:marTop w:val="0"/>
      <w:marBottom w:val="0"/>
      <w:divBdr>
        <w:top w:val="none" w:sz="0" w:space="0" w:color="auto"/>
        <w:left w:val="none" w:sz="0" w:space="0" w:color="auto"/>
        <w:bottom w:val="none" w:sz="0" w:space="0" w:color="auto"/>
        <w:right w:val="none" w:sz="0" w:space="0" w:color="auto"/>
      </w:divBdr>
    </w:div>
    <w:div w:id="1958561834">
      <w:bodyDiv w:val="1"/>
      <w:marLeft w:val="0"/>
      <w:marRight w:val="0"/>
      <w:marTop w:val="0"/>
      <w:marBottom w:val="0"/>
      <w:divBdr>
        <w:top w:val="none" w:sz="0" w:space="0" w:color="auto"/>
        <w:left w:val="none" w:sz="0" w:space="0" w:color="auto"/>
        <w:bottom w:val="none" w:sz="0" w:space="0" w:color="auto"/>
        <w:right w:val="none" w:sz="0" w:space="0" w:color="auto"/>
      </w:divBdr>
    </w:div>
    <w:div w:id="1996882482">
      <w:bodyDiv w:val="1"/>
      <w:marLeft w:val="0"/>
      <w:marRight w:val="0"/>
      <w:marTop w:val="0"/>
      <w:marBottom w:val="0"/>
      <w:divBdr>
        <w:top w:val="none" w:sz="0" w:space="0" w:color="auto"/>
        <w:left w:val="none" w:sz="0" w:space="0" w:color="auto"/>
        <w:bottom w:val="none" w:sz="0" w:space="0" w:color="auto"/>
        <w:right w:val="none" w:sz="0" w:space="0" w:color="auto"/>
      </w:divBdr>
    </w:div>
    <w:div w:id="2022975536">
      <w:bodyDiv w:val="1"/>
      <w:marLeft w:val="0"/>
      <w:marRight w:val="0"/>
      <w:marTop w:val="0"/>
      <w:marBottom w:val="0"/>
      <w:divBdr>
        <w:top w:val="none" w:sz="0" w:space="0" w:color="auto"/>
        <w:left w:val="none" w:sz="0" w:space="0" w:color="auto"/>
        <w:bottom w:val="none" w:sz="0" w:space="0" w:color="auto"/>
        <w:right w:val="none" w:sz="0" w:space="0" w:color="auto"/>
      </w:divBdr>
    </w:div>
    <w:div w:id="2051419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951407-4FA6-4F34-A7A6-D341D75257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6353</Words>
  <Characters>36215</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Berrios Sierra (Fondos Legislativos)</dc:creator>
  <cp:keywords/>
  <dc:description/>
  <cp:lastModifiedBy>Kristal Rivera Sanchez</cp:lastModifiedBy>
  <cp:revision>2</cp:revision>
  <cp:lastPrinted>2025-06-30T19:44:00Z</cp:lastPrinted>
  <dcterms:created xsi:type="dcterms:W3CDTF">2025-07-10T15:00:00Z</dcterms:created>
  <dcterms:modified xsi:type="dcterms:W3CDTF">2025-07-10T15:00:00Z</dcterms:modified>
</cp:coreProperties>
</file>