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6FBEB" w14:textId="02E7A1AF" w:rsidR="002D2659" w:rsidRPr="00B42AC6" w:rsidRDefault="003C6873" w:rsidP="003C6873">
      <w:pPr>
        <w:suppressLineNumbers/>
        <w:spacing w:after="0" w:line="240" w:lineRule="auto"/>
        <w:jc w:val="both"/>
        <w:rPr>
          <w:rFonts w:ascii="Book Antiqua" w:eastAsia="Calibri" w:hAnsi="Book Antiqua" w:cs="Times New Roman"/>
          <w:b/>
          <w:kern w:val="0"/>
          <w:lang w:val="es-PR"/>
          <w14:ligatures w14:val="none"/>
        </w:rPr>
      </w:pPr>
      <w:r w:rsidRPr="00B42AC6">
        <w:rPr>
          <w:rFonts w:ascii="Book Antiqua" w:eastAsia="Calibri" w:hAnsi="Book Antiqua" w:cs="Times New Roman"/>
          <w:b/>
          <w:kern w:val="0"/>
          <w:lang w:val="es-PR"/>
          <w14:ligatures w14:val="none"/>
        </w:rPr>
        <w:t>(</w:t>
      </w:r>
      <w:r w:rsidR="002D2659" w:rsidRPr="00B42AC6">
        <w:rPr>
          <w:rFonts w:ascii="Book Antiqua" w:eastAsia="Calibri" w:hAnsi="Book Antiqua" w:cs="Times New Roman"/>
          <w:b/>
          <w:kern w:val="0"/>
          <w:lang w:val="es-PR"/>
          <w14:ligatures w14:val="none"/>
        </w:rPr>
        <w:t xml:space="preserve">R. C. de la C. </w:t>
      </w:r>
      <w:r w:rsidR="001E60CF" w:rsidRPr="00B42AC6">
        <w:rPr>
          <w:rFonts w:ascii="Book Antiqua" w:eastAsia="Calibri" w:hAnsi="Book Antiqua" w:cs="Times New Roman"/>
          <w:b/>
          <w:kern w:val="0"/>
          <w:lang w:val="es-PR"/>
          <w14:ligatures w14:val="none"/>
        </w:rPr>
        <w:t>157</w:t>
      </w:r>
      <w:r w:rsidRPr="00B42AC6">
        <w:rPr>
          <w:rFonts w:ascii="Book Antiqua" w:eastAsia="Calibri" w:hAnsi="Book Antiqua" w:cs="Times New Roman"/>
          <w:b/>
          <w:kern w:val="0"/>
          <w:lang w:val="es-PR"/>
          <w14:ligatures w14:val="none"/>
        </w:rPr>
        <w:t>)</w:t>
      </w:r>
    </w:p>
    <w:p w14:paraId="4AEB19FA" w14:textId="2A8AB4B2" w:rsidR="00B42AC6" w:rsidRPr="00B42AC6" w:rsidRDefault="00B42AC6" w:rsidP="003C6873">
      <w:pPr>
        <w:suppressLineNumbers/>
        <w:spacing w:after="0" w:line="240" w:lineRule="auto"/>
        <w:jc w:val="both"/>
        <w:rPr>
          <w:rFonts w:ascii="Book Antiqua" w:eastAsia="Calibri" w:hAnsi="Book Antiqua" w:cs="Times New Roman"/>
          <w:b/>
          <w:kern w:val="0"/>
          <w:lang w:val="es-PR"/>
          <w14:ligatures w14:val="none"/>
        </w:rPr>
      </w:pPr>
      <w:r w:rsidRPr="00B42AC6">
        <w:rPr>
          <w:rFonts w:ascii="Book Antiqua" w:eastAsia="Calibri" w:hAnsi="Book Antiqua" w:cs="Times New Roman"/>
          <w:b/>
          <w:kern w:val="0"/>
          <w:lang w:val="es-PR"/>
          <w14:ligatures w14:val="none"/>
        </w:rPr>
        <w:t>Conferencia</w:t>
      </w:r>
    </w:p>
    <w:p w14:paraId="26DB2C22" w14:textId="77777777" w:rsidR="002D2659" w:rsidRPr="00B42AC6"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25BD0420" w14:textId="64D7693F" w:rsidR="002D2659" w:rsidRPr="00B42AC6" w:rsidRDefault="00B42AC6" w:rsidP="002D2659">
      <w:pPr>
        <w:suppressLineNumbers/>
        <w:spacing w:after="0" w:line="240" w:lineRule="auto"/>
        <w:jc w:val="center"/>
        <w:rPr>
          <w:rFonts w:ascii="Book Antiqua" w:eastAsia="Calibri" w:hAnsi="Book Antiqua" w:cs="Times New Roman"/>
          <w:b/>
          <w:bCs/>
          <w:kern w:val="0"/>
          <w:lang w:val="es-ES_tradnl"/>
          <w14:ligatures w14:val="none"/>
        </w:rPr>
      </w:pPr>
      <w:r w:rsidRPr="00B42AC6">
        <w:rPr>
          <w:rFonts w:ascii="Book Antiqua" w:eastAsia="Calibri" w:hAnsi="Book Antiqua" w:cs="Times New Roman"/>
          <w:b/>
          <w:bCs/>
          <w:kern w:val="0"/>
          <w:lang w:val="es-ES_tradnl"/>
          <w14:ligatures w14:val="none"/>
        </w:rPr>
        <w:t>(ENTIRILLADO ELECTRÓNICO)</w:t>
      </w:r>
    </w:p>
    <w:p w14:paraId="5F541471" w14:textId="77777777" w:rsidR="002D2659" w:rsidRPr="00B42AC6" w:rsidRDefault="002D2659" w:rsidP="002D2659">
      <w:pPr>
        <w:suppressLineNumbers/>
        <w:spacing w:after="0" w:line="240" w:lineRule="auto"/>
        <w:jc w:val="center"/>
        <w:rPr>
          <w:rFonts w:ascii="Book Antiqua" w:eastAsia="Calibri" w:hAnsi="Book Antiqua" w:cs="Times New Roman"/>
          <w:b/>
          <w:kern w:val="0"/>
          <w:lang w:val="es-PR"/>
          <w14:ligatures w14:val="none"/>
        </w:rPr>
      </w:pPr>
      <w:r w:rsidRPr="00B42AC6">
        <w:rPr>
          <w:rFonts w:ascii="Book Antiqua" w:eastAsia="Calibri" w:hAnsi="Book Antiqua" w:cs="Times New Roman"/>
          <w:b/>
          <w:kern w:val="0"/>
          <w:lang w:val="es-PR"/>
          <w14:ligatures w14:val="none"/>
        </w:rPr>
        <w:t>RESOLUCIÓN CONJUNTA</w:t>
      </w:r>
    </w:p>
    <w:p w14:paraId="37A12491" w14:textId="77777777" w:rsidR="002D2659" w:rsidRPr="00B42AC6" w:rsidRDefault="002D2659" w:rsidP="002D2659">
      <w:pPr>
        <w:suppressLineNumbers/>
        <w:spacing w:after="0" w:line="240" w:lineRule="auto"/>
        <w:jc w:val="center"/>
        <w:rPr>
          <w:rFonts w:ascii="Book Antiqua" w:eastAsia="Calibri" w:hAnsi="Book Antiqua" w:cs="Times New Roman"/>
          <w:b/>
          <w:kern w:val="0"/>
          <w:lang w:val="es-PR"/>
          <w14:ligatures w14:val="none"/>
        </w:rPr>
      </w:pPr>
    </w:p>
    <w:p w14:paraId="1AD2B557" w14:textId="08ADF5D4" w:rsidR="002D2659" w:rsidRPr="00B42AC6" w:rsidRDefault="00272A2A" w:rsidP="00415075">
      <w:pPr>
        <w:suppressLineNumbers/>
        <w:spacing w:after="0" w:line="240" w:lineRule="auto"/>
        <w:ind w:left="720" w:hanging="720"/>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Para asignar la cantidad de veinte millones ($20,000,000) de dólares, los cuales procederán de la Resolución Conjunta de Presupuesto para el Año Fiscal 2025-2026</w:t>
      </w:r>
      <w:r w:rsidR="002A38F4" w:rsidRPr="002A38F4">
        <w:rPr>
          <w:rFonts w:ascii="Book Antiqua" w:hAnsi="Book Antiqua"/>
          <w:i/>
          <w:iCs/>
          <w:u w:val="single"/>
          <w:lang w:val="es-PR"/>
        </w:rPr>
        <w:t xml:space="preserve"> y reasignar a la Comisión Especial Conjunta de Fondos Legislativos para Impacto Comunitario la cantidad de un </w:t>
      </w:r>
      <w:bookmarkStart w:id="0" w:name="_Hlk201727895"/>
      <w:r w:rsidR="002A38F4" w:rsidRPr="002A38F4">
        <w:rPr>
          <w:rFonts w:ascii="Book Antiqua" w:hAnsi="Book Antiqua"/>
          <w:i/>
          <w:iCs/>
          <w:u w:val="single"/>
          <w:lang w:val="es-PR"/>
        </w:rPr>
        <w:t xml:space="preserve">millón doscientos setenta mil setecientos cuarenta y cuatro dólares ($1,270,744.00) </w:t>
      </w:r>
      <w:bookmarkEnd w:id="0"/>
      <w:r w:rsidR="002A38F4" w:rsidRPr="002A38F4">
        <w:rPr>
          <w:rFonts w:ascii="Book Antiqua" w:hAnsi="Book Antiqua"/>
          <w:i/>
          <w:iCs/>
          <w:u w:val="single"/>
          <w:lang w:val="es-PR"/>
        </w:rPr>
        <w:t>provenientes de la Resolución Conjunta 52-2024</w:t>
      </w:r>
      <w:r w:rsidRPr="00B42AC6">
        <w:rPr>
          <w:rFonts w:ascii="Book Antiqua" w:eastAsia="Times New Roman" w:hAnsi="Book Antiqua" w:cs="Times New Roman"/>
          <w:kern w:val="0"/>
          <w:lang w:val="es-PR"/>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B42AC6">
        <w:rPr>
          <w:rFonts w:ascii="Book Antiqua" w:eastAsia="Times New Roman" w:hAnsi="Book Antiqua" w:cs="Times New Roman"/>
          <w:kern w:val="0"/>
          <w:lang w:val="es-PR"/>
          <w14:ligatures w14:val="none"/>
        </w:rPr>
        <w:t>Comisión Especial Conjunta de Fondos Legislativos para Impacto Comunitario</w:t>
      </w:r>
      <w:r w:rsidRPr="00B42AC6">
        <w:rPr>
          <w:rFonts w:ascii="Book Antiqua" w:eastAsia="Times New Roman" w:hAnsi="Book Antiqua" w:cs="Times New Roman"/>
          <w:kern w:val="0"/>
          <w:lang w:val="es-PR"/>
          <w14:ligatures w14:val="none"/>
        </w:rPr>
        <w:t xml:space="preserve">; autorizar el pareo de los fondos asignados; y para otros fines relacionados. </w:t>
      </w:r>
    </w:p>
    <w:p w14:paraId="73231B64" w14:textId="77777777" w:rsidR="00272A2A" w:rsidRPr="00B42AC6" w:rsidRDefault="00272A2A" w:rsidP="002D2659">
      <w:pPr>
        <w:suppressLineNumbers/>
        <w:spacing w:after="0" w:line="240" w:lineRule="auto"/>
        <w:ind w:left="600" w:hanging="600"/>
        <w:jc w:val="both"/>
        <w:rPr>
          <w:rFonts w:ascii="Book Antiqua" w:eastAsia="Times New Roman" w:hAnsi="Book Antiqua" w:cs="Times New Roman"/>
          <w:kern w:val="0"/>
          <w:lang w:val="es-PR"/>
          <w14:ligatures w14:val="none"/>
        </w:rPr>
      </w:pPr>
    </w:p>
    <w:p w14:paraId="20839C21" w14:textId="77777777" w:rsidR="002D2659" w:rsidRPr="00B42AC6" w:rsidRDefault="002D2659" w:rsidP="002D2659">
      <w:pPr>
        <w:suppressLineNumbers/>
        <w:spacing w:after="0" w:line="240" w:lineRule="auto"/>
        <w:jc w:val="center"/>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EXPOSICIÓN DE MOTIVOS</w:t>
      </w:r>
    </w:p>
    <w:p w14:paraId="4FC9C6C7" w14:textId="77777777" w:rsidR="00764DCD" w:rsidRPr="00B42AC6" w:rsidRDefault="00764DCD" w:rsidP="00764DCD">
      <w:pPr>
        <w:suppressLineNumbers/>
        <w:spacing w:after="0" w:line="240" w:lineRule="auto"/>
        <w:rPr>
          <w:rFonts w:ascii="Book Antiqua" w:eastAsia="Times New Roman" w:hAnsi="Book Antiqua" w:cs="Times New Roman"/>
          <w:kern w:val="0"/>
          <w:lang w:val="es-PR"/>
          <w14:ligatures w14:val="none"/>
        </w:rPr>
      </w:pPr>
    </w:p>
    <w:p w14:paraId="54217E71" w14:textId="1E6D1A50"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 xml:space="preserve">La Comisión Especial Conjunta de Fondos Legislativos para Impacto Comunitario (CECFL) es un organismo creado por la </w:t>
      </w:r>
      <w:r w:rsidR="00601415" w:rsidRPr="00B42AC6">
        <w:rPr>
          <w:rFonts w:ascii="Book Antiqua" w:eastAsia="Times New Roman" w:hAnsi="Book Antiqua" w:cs="Times New Roman"/>
          <w:kern w:val="0"/>
          <w:lang w:val="es-PR"/>
          <w14:ligatures w14:val="none"/>
        </w:rPr>
        <w:t>Ley Núm. 113-1996</w:t>
      </w:r>
      <w:r w:rsidR="00F234CF" w:rsidRPr="00B42AC6">
        <w:rPr>
          <w:rFonts w:ascii="Book Antiqua" w:eastAsia="Times New Roman" w:hAnsi="Book Antiqua" w:cs="Times New Roman"/>
          <w:kern w:val="0"/>
          <w:lang w:val="es-PR"/>
          <w14:ligatures w14:val="none"/>
        </w:rPr>
        <w:t xml:space="preserve"> y complementado por</w:t>
      </w:r>
      <w:r w:rsidR="00601415" w:rsidRPr="00B42AC6">
        <w:rPr>
          <w:rFonts w:ascii="Book Antiqua" w:eastAsia="Times New Roman" w:hAnsi="Book Antiqua" w:cs="Times New Roman"/>
          <w:kern w:val="0"/>
          <w:lang w:val="es-PR"/>
          <w14:ligatures w14:val="none"/>
        </w:rPr>
        <w:t xml:space="preserve"> </w:t>
      </w:r>
      <w:r w:rsidR="00F234CF" w:rsidRPr="00B42AC6">
        <w:rPr>
          <w:rFonts w:ascii="Book Antiqua" w:eastAsia="Times New Roman" w:hAnsi="Book Antiqua" w:cs="Times New Roman"/>
          <w:kern w:val="0"/>
          <w:lang w:val="es-PR"/>
          <w14:ligatures w14:val="none"/>
        </w:rPr>
        <w:t xml:space="preserve">la </w:t>
      </w:r>
      <w:r w:rsidRPr="00B42AC6">
        <w:rPr>
          <w:rFonts w:ascii="Book Antiqua" w:eastAsia="Times New Roman" w:hAnsi="Book Antiqua" w:cs="Times New Roman"/>
          <w:kern w:val="0"/>
          <w:lang w:val="es-PR"/>
          <w14:ligatures w14:val="none"/>
        </w:rPr>
        <w:t>Ley Núm. 20-2015. Su misión principal es administrar, supervisar y fiscalizar los fondos públicos asignados a organizaciones sin fines de lucro (OSFL) para el desarrollo de proyectos que promuevan el bienestar social, económico y comunitario en la isla.</w:t>
      </w:r>
    </w:p>
    <w:p w14:paraId="370D4F84"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6B669563" w14:textId="6AC0E84F"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Las organizaciones sin fines de lucro interesadas en recibir fondos deben someter propuestas detalladas que incluyan objetivos, actividades, presupuesto y resultados esperados. La CECFL evalúa estas propuestas según criterios de impacto comunitario, viabilidad y alineación con las áreas de enfoque establecidas.</w:t>
      </w:r>
    </w:p>
    <w:p w14:paraId="67B5FBCC"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04DC7F6" w14:textId="00B8FF29"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127A775" w14:textId="6CBEC6A0"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B42AC6">
        <w:rPr>
          <w:rFonts w:ascii="Book Antiqua" w:eastAsia="Times New Roman" w:hAnsi="Book Antiqua" w:cs="Times New Roman"/>
          <w:kern w:val="0"/>
          <w:lang w:val="es-PR"/>
          <w14:ligatures w14:val="none"/>
        </w:rPr>
        <w:t xml:space="preserve">, que juega un rol fundamental. </w:t>
      </w:r>
      <w:r w:rsidRPr="00B42AC6">
        <w:rPr>
          <w:rFonts w:ascii="Book Antiqua" w:eastAsia="Times New Roman" w:hAnsi="Book Antiqua" w:cs="Times New Roman"/>
          <w:kern w:val="0"/>
          <w:lang w:val="es-PR"/>
          <w14:ligatures w14:val="none"/>
        </w:rPr>
        <w:t xml:space="preserve">Además, existe la necesidad de fortalecer la transparencia, la rendición de cuentas y la </w:t>
      </w:r>
      <w:r w:rsidRPr="00B42AC6">
        <w:rPr>
          <w:rFonts w:ascii="Book Antiqua" w:eastAsia="Times New Roman" w:hAnsi="Book Antiqua" w:cs="Times New Roman"/>
          <w:kern w:val="0"/>
          <w:lang w:val="es-PR"/>
          <w14:ligatures w14:val="none"/>
        </w:rPr>
        <w:lastRenderedPageBreak/>
        <w:t>profesionalización del tercer sector, elementos clave para asegurar la confianza pública y la efectividad de su misión.</w:t>
      </w:r>
    </w:p>
    <w:p w14:paraId="29501357"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0002C74D" w14:textId="71B1949B"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 xml:space="preserve">Reconociendo la importancia estratégica de estas entidades para el bienestar colectivo, es </w:t>
      </w:r>
      <w:r w:rsidR="00F234CF" w:rsidRPr="00B42AC6">
        <w:rPr>
          <w:rFonts w:ascii="Book Antiqua" w:eastAsia="Times New Roman" w:hAnsi="Book Antiqua" w:cs="Times New Roman"/>
          <w:kern w:val="0"/>
          <w:lang w:val="es-PR"/>
          <w14:ligatures w14:val="none"/>
        </w:rPr>
        <w:t>necesario</w:t>
      </w:r>
      <w:r w:rsidRPr="00B42AC6">
        <w:rPr>
          <w:rFonts w:ascii="Book Antiqua" w:eastAsia="Times New Roman" w:hAnsi="Book Antiqua" w:cs="Times New Roman"/>
          <w:kern w:val="0"/>
          <w:lang w:val="es-PR"/>
          <w14:ligatures w14:val="none"/>
        </w:rPr>
        <w:t xml:space="preserve"> promover reformas legislativas y políticas públicas que fomenten un entorno más favorable para su desarrollo. </w:t>
      </w:r>
    </w:p>
    <w:p w14:paraId="05A48E85" w14:textId="77777777"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25BA9BC4" w14:textId="71CEE0CB" w:rsidR="00764DCD" w:rsidRPr="00B42AC6"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Este esfuerzo</w:t>
      </w:r>
      <w:r w:rsidR="00F234CF" w:rsidRPr="00B42AC6">
        <w:rPr>
          <w:rFonts w:ascii="Book Antiqua" w:eastAsia="Times New Roman" w:hAnsi="Book Antiqua" w:cs="Times New Roman"/>
          <w:kern w:val="0"/>
          <w:lang w:val="es-PR"/>
          <w14:ligatures w14:val="none"/>
        </w:rPr>
        <w:t xml:space="preserve"> de otorgar la cantidad de veinte millones ($20,000,000) de dólares, </w:t>
      </w:r>
      <w:r w:rsidRPr="00B42AC6">
        <w:rPr>
          <w:rFonts w:ascii="Book Antiqua" w:eastAsia="Times New Roman" w:hAnsi="Book Antiqua" w:cs="Times New Roman"/>
          <w:kern w:val="0"/>
          <w:lang w:val="es-PR"/>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B42AC6" w:rsidRDefault="002D2659" w:rsidP="002D2659">
      <w:pPr>
        <w:suppressLineNumbers/>
        <w:spacing w:after="0" w:line="240" w:lineRule="auto"/>
        <w:jc w:val="center"/>
        <w:rPr>
          <w:rFonts w:ascii="Book Antiqua" w:eastAsia="Times New Roman" w:hAnsi="Book Antiqua" w:cs="Times New Roman"/>
          <w:kern w:val="0"/>
          <w:lang w:val="es-PR"/>
          <w14:ligatures w14:val="none"/>
        </w:rPr>
      </w:pPr>
    </w:p>
    <w:p w14:paraId="3A79A6EB" w14:textId="77777777" w:rsidR="002D2659" w:rsidRPr="00B42AC6" w:rsidRDefault="002D2659" w:rsidP="003C6873">
      <w:pPr>
        <w:suppressLineNumbers/>
        <w:spacing w:after="360" w:line="240" w:lineRule="auto"/>
        <w:jc w:val="both"/>
        <w:rPr>
          <w:rFonts w:ascii="Book Antiqua" w:eastAsia="Times New Roman" w:hAnsi="Book Antiqua" w:cs="Times New Roman"/>
          <w:i/>
          <w:kern w:val="0"/>
          <w:lang w:val="es-PR"/>
          <w14:ligatures w14:val="none"/>
        </w:rPr>
      </w:pPr>
      <w:r w:rsidRPr="00B42AC6">
        <w:rPr>
          <w:rFonts w:ascii="Book Antiqua" w:eastAsia="Times New Roman" w:hAnsi="Book Antiqua" w:cs="Times New Roman"/>
          <w:i/>
          <w:kern w:val="0"/>
          <w:lang w:val="es-PR"/>
          <w14:ligatures w14:val="none"/>
        </w:rPr>
        <w:t>RESUÉLVESE POR LA ASAMBLEA LEGISLATIVA DE PUERTO RICO:</w:t>
      </w:r>
    </w:p>
    <w:p w14:paraId="41916936" w14:textId="1D7235C5" w:rsidR="0068022C" w:rsidRPr="00B42AC6" w:rsidRDefault="0068022C" w:rsidP="003C6873">
      <w:pPr>
        <w:spacing w:after="360" w:line="240" w:lineRule="auto"/>
        <w:ind w:firstLine="720"/>
        <w:jc w:val="both"/>
        <w:rPr>
          <w:rFonts w:ascii="Book Antiqua" w:eastAsia="Times New Roman" w:hAnsi="Book Antiqua" w:cs="Times New Roman"/>
          <w:kern w:val="0"/>
          <w:lang w:val="es-PR"/>
          <w14:ligatures w14:val="none"/>
        </w:rPr>
      </w:pPr>
      <w:r w:rsidRPr="00B42AC6">
        <w:rPr>
          <w:rFonts w:ascii="Book Antiqua" w:eastAsia="Times New Roman" w:hAnsi="Book Antiqua" w:cs="Times New Roman"/>
          <w:kern w:val="0"/>
          <w:lang w:val="es-PR"/>
          <w14:ligatures w14:val="none"/>
        </w:rPr>
        <w:t>Sección 1.- Se asigna la cantidad de veinte millones ($20,000,000) de dólares, los cuales procederán de la Resolución Conjunta de Presupuesto para el Año Fiscal 202</w:t>
      </w:r>
      <w:r w:rsidR="00601415" w:rsidRPr="00B42AC6">
        <w:rPr>
          <w:rFonts w:ascii="Book Antiqua" w:eastAsia="Times New Roman" w:hAnsi="Book Antiqua" w:cs="Times New Roman"/>
          <w:kern w:val="0"/>
          <w:lang w:val="es-PR"/>
          <w14:ligatures w14:val="none"/>
        </w:rPr>
        <w:t>5</w:t>
      </w:r>
      <w:r w:rsidRPr="00B42AC6">
        <w:rPr>
          <w:rFonts w:ascii="Book Antiqua" w:eastAsia="Times New Roman" w:hAnsi="Book Antiqua" w:cs="Times New Roman"/>
          <w:kern w:val="0"/>
          <w:lang w:val="es-PR"/>
          <w14:ligatures w14:val="none"/>
        </w:rPr>
        <w:t>-202</w:t>
      </w:r>
      <w:r w:rsidR="00601415" w:rsidRPr="00B42AC6">
        <w:rPr>
          <w:rFonts w:ascii="Book Antiqua" w:eastAsia="Times New Roman" w:hAnsi="Book Antiqua" w:cs="Times New Roman"/>
          <w:kern w:val="0"/>
          <w:lang w:val="es-PR"/>
          <w14:ligatures w14:val="none"/>
        </w:rPr>
        <w:t>6</w:t>
      </w:r>
      <w:r w:rsidRPr="00B42AC6">
        <w:rPr>
          <w:rFonts w:ascii="Book Antiqua" w:eastAsia="Times New Roman" w:hAnsi="Book Antiqua" w:cs="Times New Roman"/>
          <w:kern w:val="0"/>
          <w:lang w:val="es-PR"/>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sidRPr="00B42AC6">
        <w:rPr>
          <w:rFonts w:ascii="Book Antiqua" w:eastAsia="Times New Roman" w:hAnsi="Book Antiqua" w:cs="Times New Roman"/>
          <w:kern w:val="0"/>
          <w:lang w:val="es-PR"/>
          <w14:ligatures w14:val="none"/>
        </w:rPr>
        <w:t xml:space="preserve"> </w:t>
      </w:r>
      <w:r w:rsidR="003C2E89" w:rsidRPr="00B42AC6">
        <w:rPr>
          <w:rFonts w:ascii="Book Antiqua" w:eastAsia="Times New Roman" w:hAnsi="Book Antiqua" w:cs="Times New Roman"/>
          <w:kern w:val="0"/>
          <w:lang w:val="es-PR"/>
          <w14:ligatures w14:val="none"/>
        </w:rPr>
        <w:t>d</w:t>
      </w:r>
      <w:r w:rsidRPr="00B42AC6">
        <w:rPr>
          <w:rFonts w:ascii="Book Antiqua" w:eastAsia="Times New Roman" w:hAnsi="Book Antiqua" w:cs="Times New Roman"/>
          <w:kern w:val="0"/>
          <w:lang w:val="es-PR"/>
          <w14:ligatures w14:val="none"/>
        </w:rPr>
        <w:t xml:space="preserve">e la </w:t>
      </w:r>
      <w:r w:rsidR="00601415" w:rsidRPr="00B42AC6">
        <w:rPr>
          <w:rFonts w:ascii="Book Antiqua" w:eastAsia="Times New Roman" w:hAnsi="Book Antiqua" w:cs="Times New Roman"/>
          <w:kern w:val="0"/>
          <w:lang w:val="es-PR"/>
          <w14:ligatures w14:val="none"/>
        </w:rPr>
        <w:t>Comisión Especial Conjunta de Fondos Legislativos para Impacto Comunitario</w:t>
      </w:r>
      <w:r w:rsidRPr="00B42AC6">
        <w:rPr>
          <w:rFonts w:ascii="Book Antiqua" w:eastAsia="Times New Roman" w:hAnsi="Book Antiqua" w:cs="Times New Roman"/>
          <w:kern w:val="0"/>
          <w:lang w:val="es-PR"/>
          <w14:ligatures w14:val="none"/>
        </w:rPr>
        <w:t>; según se detalla a continuación:</w:t>
      </w:r>
    </w:p>
    <w:p w14:paraId="35E4A000" w14:textId="173E12C3"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1. 5 </w:t>
      </w:r>
      <w:proofErr w:type="spellStart"/>
      <w:r w:rsidRPr="00E84FEC">
        <w:rPr>
          <w:rFonts w:ascii="Book Antiqua" w:hAnsi="Book Antiqua"/>
          <w:i/>
          <w:iCs/>
          <w:u w:val="single"/>
        </w:rPr>
        <w:t>Sentidos</w:t>
      </w:r>
      <w:proofErr w:type="spellEnd"/>
      <w:r w:rsidRPr="00E84FEC">
        <w:rPr>
          <w:rFonts w:ascii="Book Antiqua" w:hAnsi="Book Antiqua"/>
          <w:i/>
          <w:iCs/>
          <w:u w:val="single"/>
        </w:rPr>
        <w:t xml:space="preserve"> PR, Corp.</w:t>
      </w:r>
      <w:r w:rsidR="003659B9" w:rsidRPr="00E84FEC">
        <w:rPr>
          <w:rFonts w:ascii="Book Antiqua" w:hAnsi="Book Antiqua"/>
          <w:i/>
          <w:iCs/>
          <w:u w:val="single"/>
        </w:rPr>
        <w:tab/>
      </w:r>
      <w:r w:rsidRPr="00E84FEC">
        <w:rPr>
          <w:rFonts w:ascii="Book Antiqua" w:hAnsi="Book Antiqua"/>
          <w:i/>
          <w:iCs/>
          <w:u w:val="single"/>
        </w:rPr>
        <w:t>$35,000.00</w:t>
      </w:r>
    </w:p>
    <w:p w14:paraId="1EDAE1F0" w14:textId="677D6934"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2. A Ti </w:t>
      </w:r>
      <w:proofErr w:type="spellStart"/>
      <w:r w:rsidRPr="00E84FEC">
        <w:rPr>
          <w:rFonts w:ascii="Book Antiqua" w:hAnsi="Book Antiqua"/>
          <w:i/>
          <w:iCs/>
          <w:u w:val="single"/>
        </w:rPr>
        <w:t>Mujer</w:t>
      </w:r>
      <w:proofErr w:type="spellEnd"/>
      <w:r w:rsidRPr="00E84FEC">
        <w:rPr>
          <w:rFonts w:ascii="Book Antiqua" w:hAnsi="Book Antiqua"/>
          <w:i/>
          <w:iCs/>
          <w:u w:val="single"/>
        </w:rPr>
        <w:t xml:space="preserve"> </w:t>
      </w:r>
      <w:proofErr w:type="spellStart"/>
      <w:r w:rsidRPr="00E84FEC">
        <w:rPr>
          <w:rFonts w:ascii="Book Antiqua" w:hAnsi="Book Antiqua"/>
          <w:i/>
          <w:iCs/>
          <w:u w:val="single"/>
        </w:rPr>
        <w:t>Imparable</w:t>
      </w:r>
      <w:proofErr w:type="spellEnd"/>
      <w:r w:rsidRPr="00E84FEC">
        <w:rPr>
          <w:rFonts w:ascii="Book Antiqua" w:hAnsi="Book Antiqua"/>
          <w:i/>
          <w:iCs/>
          <w:u w:val="single"/>
        </w:rPr>
        <w:t xml:space="preserve"> Inc. </w:t>
      </w:r>
      <w:r w:rsidR="003659B9" w:rsidRPr="00E84FEC">
        <w:rPr>
          <w:rFonts w:ascii="Book Antiqua" w:hAnsi="Book Antiqua"/>
          <w:i/>
          <w:iCs/>
          <w:u w:val="single"/>
        </w:rPr>
        <w:tab/>
      </w:r>
      <w:r w:rsidRPr="00E84FEC">
        <w:rPr>
          <w:rFonts w:ascii="Book Antiqua" w:hAnsi="Book Antiqua"/>
          <w:i/>
          <w:iCs/>
          <w:u w:val="single"/>
        </w:rPr>
        <w:t>$</w:t>
      </w:r>
      <w:r w:rsidR="007E2DF6">
        <w:rPr>
          <w:rFonts w:ascii="Book Antiqua" w:hAnsi="Book Antiqua"/>
          <w:i/>
          <w:iCs/>
          <w:u w:val="single"/>
        </w:rPr>
        <w:t>1</w:t>
      </w:r>
      <w:r w:rsidRPr="00E84FEC">
        <w:rPr>
          <w:rFonts w:ascii="Book Antiqua" w:hAnsi="Book Antiqua"/>
          <w:i/>
          <w:iCs/>
          <w:u w:val="single"/>
        </w:rPr>
        <w:t>0,000.00</w:t>
      </w:r>
    </w:p>
    <w:p w14:paraId="4E1A8808" w14:textId="36693E24" w:rsidR="00B42AC6" w:rsidRPr="007E2DF6"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3. Academia de </w:t>
      </w:r>
      <w:proofErr w:type="gramStart"/>
      <w:r w:rsidRPr="00E84FEC">
        <w:rPr>
          <w:rFonts w:ascii="Book Antiqua" w:hAnsi="Book Antiqua"/>
          <w:i/>
          <w:iCs/>
          <w:u w:val="single"/>
          <w:lang w:val="es-PR"/>
        </w:rPr>
        <w:t>Directores</w:t>
      </w:r>
      <w:proofErr w:type="gramEnd"/>
      <w:r w:rsidRPr="00E84FEC">
        <w:rPr>
          <w:rFonts w:ascii="Book Antiqua" w:hAnsi="Book Antiqua"/>
          <w:i/>
          <w:iCs/>
          <w:u w:val="single"/>
          <w:lang w:val="es-PR"/>
        </w:rPr>
        <w:t xml:space="preserve"> Médicos de PR Inc. </w:t>
      </w:r>
      <w:r w:rsidR="003659B9" w:rsidRPr="00E84FEC">
        <w:rPr>
          <w:rFonts w:ascii="Book Antiqua" w:hAnsi="Book Antiqua"/>
          <w:i/>
          <w:iCs/>
          <w:u w:val="single"/>
          <w:lang w:val="es-PR"/>
        </w:rPr>
        <w:tab/>
      </w:r>
      <w:r w:rsidRPr="007E2DF6">
        <w:rPr>
          <w:rFonts w:ascii="Book Antiqua" w:hAnsi="Book Antiqua"/>
          <w:i/>
          <w:iCs/>
          <w:u w:val="single"/>
          <w:lang w:val="es-PR"/>
        </w:rPr>
        <w:t>$</w:t>
      </w:r>
      <w:r w:rsidR="007E2DF6" w:rsidRPr="007E2DF6">
        <w:rPr>
          <w:rFonts w:ascii="Book Antiqua" w:hAnsi="Book Antiqua"/>
          <w:i/>
          <w:iCs/>
          <w:u w:val="single"/>
          <w:lang w:val="es-PR"/>
        </w:rPr>
        <w:t>3</w:t>
      </w:r>
      <w:r w:rsidRPr="007E2DF6">
        <w:rPr>
          <w:rFonts w:ascii="Book Antiqua" w:hAnsi="Book Antiqua"/>
          <w:i/>
          <w:iCs/>
          <w:u w:val="single"/>
          <w:lang w:val="es-PR"/>
        </w:rPr>
        <w:t>,000.00</w:t>
      </w:r>
    </w:p>
    <w:p w14:paraId="6AE17E8F" w14:textId="7E81C8E3"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4. Academia Puertorriqueña de Jurisprudencia y Legislación </w:t>
      </w:r>
      <w:r w:rsidR="003659B9" w:rsidRPr="00E84FEC">
        <w:rPr>
          <w:rFonts w:ascii="Book Antiqua" w:hAnsi="Book Antiqua"/>
          <w:i/>
          <w:iCs/>
          <w:u w:val="single"/>
          <w:lang w:val="es-PR"/>
        </w:rPr>
        <w:tab/>
      </w:r>
      <w:r w:rsidRPr="00E84FEC">
        <w:rPr>
          <w:rFonts w:ascii="Book Antiqua" w:hAnsi="Book Antiqua"/>
          <w:i/>
          <w:iCs/>
          <w:u w:val="single"/>
          <w:lang w:val="es-PR"/>
        </w:rPr>
        <w:t>$2</w:t>
      </w:r>
      <w:r w:rsidR="007E2DF6">
        <w:rPr>
          <w:rFonts w:ascii="Book Antiqua" w:hAnsi="Book Antiqua"/>
          <w:i/>
          <w:iCs/>
          <w:u w:val="single"/>
          <w:lang w:val="es-PR"/>
        </w:rPr>
        <w:t>5</w:t>
      </w:r>
      <w:r w:rsidRPr="00E84FEC">
        <w:rPr>
          <w:rFonts w:ascii="Book Antiqua" w:hAnsi="Book Antiqua"/>
          <w:i/>
          <w:iCs/>
          <w:u w:val="single"/>
          <w:lang w:val="es-PR"/>
        </w:rPr>
        <w:t>0,000.00</w:t>
      </w:r>
    </w:p>
    <w:p w14:paraId="67C1241D" w14:textId="4F0294AA"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5. Academia Puertorriqueña de la Historia </w:t>
      </w:r>
      <w:r w:rsidR="003659B9" w:rsidRPr="00E84FEC">
        <w:rPr>
          <w:rFonts w:ascii="Book Antiqua" w:hAnsi="Book Antiqua"/>
          <w:i/>
          <w:iCs/>
          <w:u w:val="single"/>
          <w:lang w:val="es-PR"/>
        </w:rPr>
        <w:tab/>
      </w:r>
      <w:r w:rsidRPr="00E84FEC">
        <w:rPr>
          <w:rFonts w:ascii="Book Antiqua" w:hAnsi="Book Antiqua"/>
          <w:i/>
          <w:iCs/>
          <w:u w:val="single"/>
          <w:lang w:val="es-PR"/>
        </w:rPr>
        <w:t>$</w:t>
      </w:r>
      <w:r w:rsidR="007E2DF6">
        <w:rPr>
          <w:rFonts w:ascii="Book Antiqua" w:hAnsi="Book Antiqua"/>
          <w:i/>
          <w:iCs/>
          <w:u w:val="single"/>
          <w:lang w:val="es-PR"/>
        </w:rPr>
        <w:t>3</w:t>
      </w:r>
      <w:r w:rsidRPr="00E84FEC">
        <w:rPr>
          <w:rFonts w:ascii="Book Antiqua" w:hAnsi="Book Antiqua"/>
          <w:i/>
          <w:iCs/>
          <w:u w:val="single"/>
          <w:lang w:val="es-PR"/>
        </w:rPr>
        <w:t>,000.00</w:t>
      </w:r>
    </w:p>
    <w:p w14:paraId="77936996" w14:textId="42DF42DF"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6. Acción Social de Puerto Rico </w:t>
      </w:r>
      <w:r w:rsidR="003659B9" w:rsidRPr="00E84FEC">
        <w:rPr>
          <w:rFonts w:ascii="Book Antiqua" w:hAnsi="Book Antiqua"/>
          <w:i/>
          <w:iCs/>
          <w:u w:val="single"/>
          <w:lang w:val="es-PR"/>
        </w:rPr>
        <w:tab/>
      </w:r>
      <w:r w:rsidRPr="00E84FEC">
        <w:rPr>
          <w:rFonts w:ascii="Book Antiqua" w:hAnsi="Book Antiqua"/>
          <w:i/>
          <w:iCs/>
          <w:u w:val="single"/>
          <w:lang w:val="es-PR"/>
        </w:rPr>
        <w:t>$1</w:t>
      </w:r>
      <w:r w:rsidR="007E2DF6">
        <w:rPr>
          <w:rFonts w:ascii="Book Antiqua" w:hAnsi="Book Antiqua"/>
          <w:i/>
          <w:iCs/>
          <w:u w:val="single"/>
          <w:lang w:val="es-PR"/>
        </w:rPr>
        <w:t>4,750</w:t>
      </w:r>
      <w:r w:rsidRPr="00E84FEC">
        <w:rPr>
          <w:rFonts w:ascii="Book Antiqua" w:hAnsi="Book Antiqua"/>
          <w:i/>
          <w:iCs/>
          <w:u w:val="single"/>
          <w:lang w:val="es-PR"/>
        </w:rPr>
        <w:t>.00</w:t>
      </w:r>
    </w:p>
    <w:p w14:paraId="6D46A5C3" w14:textId="5139F9A9"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7. Acción Social Luterana Sin Fronteras </w:t>
      </w:r>
      <w:r w:rsidR="003659B9" w:rsidRPr="00E84FEC">
        <w:rPr>
          <w:rFonts w:ascii="Book Antiqua" w:hAnsi="Book Antiqua"/>
          <w:i/>
          <w:iCs/>
          <w:u w:val="single"/>
          <w:lang w:val="es-PR"/>
        </w:rPr>
        <w:tab/>
      </w:r>
      <w:r w:rsidRPr="00E84FEC">
        <w:rPr>
          <w:rFonts w:ascii="Book Antiqua" w:hAnsi="Book Antiqua"/>
          <w:i/>
          <w:iCs/>
          <w:u w:val="single"/>
          <w:lang w:val="es-PR"/>
        </w:rPr>
        <w:t>$9,500.00</w:t>
      </w:r>
    </w:p>
    <w:p w14:paraId="4A5216DC" w14:textId="69A93EEE"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8. </w:t>
      </w:r>
      <w:proofErr w:type="spellStart"/>
      <w:r w:rsidRPr="00E84FEC">
        <w:rPr>
          <w:rFonts w:ascii="Book Antiqua" w:hAnsi="Book Antiqua"/>
          <w:i/>
          <w:iCs/>
          <w:u w:val="single"/>
        </w:rPr>
        <w:t>Acueducto</w:t>
      </w:r>
      <w:proofErr w:type="spellEnd"/>
      <w:r w:rsidRPr="00E84FEC">
        <w:rPr>
          <w:rFonts w:ascii="Book Antiqua" w:hAnsi="Book Antiqua"/>
          <w:i/>
          <w:iCs/>
          <w:u w:val="single"/>
        </w:rPr>
        <w:t xml:space="preserve"> </w:t>
      </w:r>
      <w:proofErr w:type="spellStart"/>
      <w:r w:rsidRPr="00E84FEC">
        <w:rPr>
          <w:rFonts w:ascii="Book Antiqua" w:hAnsi="Book Antiqua"/>
          <w:i/>
          <w:iCs/>
          <w:u w:val="single"/>
        </w:rPr>
        <w:t>Pellejas</w:t>
      </w:r>
      <w:proofErr w:type="spellEnd"/>
      <w:r w:rsidRPr="00E84FEC">
        <w:rPr>
          <w:rFonts w:ascii="Book Antiqua" w:hAnsi="Book Antiqua"/>
          <w:i/>
          <w:iCs/>
          <w:u w:val="single"/>
        </w:rPr>
        <w:t xml:space="preserve">, Inc. </w:t>
      </w:r>
      <w:r w:rsidR="003659B9" w:rsidRPr="00E84FEC">
        <w:rPr>
          <w:rFonts w:ascii="Book Antiqua" w:hAnsi="Book Antiqua"/>
          <w:i/>
          <w:iCs/>
          <w:u w:val="single"/>
        </w:rPr>
        <w:tab/>
      </w:r>
      <w:r w:rsidRPr="00E84FEC">
        <w:rPr>
          <w:rFonts w:ascii="Book Antiqua" w:hAnsi="Book Antiqua"/>
          <w:i/>
          <w:iCs/>
          <w:u w:val="single"/>
        </w:rPr>
        <w:t>$1</w:t>
      </w:r>
      <w:r w:rsidR="007E2DF6">
        <w:rPr>
          <w:rFonts w:ascii="Book Antiqua" w:hAnsi="Book Antiqua"/>
          <w:i/>
          <w:iCs/>
          <w:u w:val="single"/>
        </w:rPr>
        <w:t>0</w:t>
      </w:r>
      <w:r w:rsidRPr="00E84FEC">
        <w:rPr>
          <w:rFonts w:ascii="Book Antiqua" w:hAnsi="Book Antiqua"/>
          <w:i/>
          <w:iCs/>
          <w:u w:val="single"/>
        </w:rPr>
        <w:t>,000.00</w:t>
      </w:r>
    </w:p>
    <w:p w14:paraId="4A43DADA" w14:textId="7C0A3454"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9. </w:t>
      </w:r>
      <w:proofErr w:type="spellStart"/>
      <w:r w:rsidRPr="00E84FEC">
        <w:rPr>
          <w:rFonts w:ascii="Book Antiqua" w:hAnsi="Book Antiqua"/>
          <w:i/>
          <w:iCs/>
          <w:u w:val="single"/>
        </w:rPr>
        <w:t>Adoptando</w:t>
      </w:r>
      <w:proofErr w:type="spellEnd"/>
      <w:r w:rsidRPr="00E84FEC">
        <w:rPr>
          <w:rFonts w:ascii="Book Antiqua" w:hAnsi="Book Antiqua"/>
          <w:i/>
          <w:iCs/>
          <w:u w:val="single"/>
        </w:rPr>
        <w:t xml:space="preserve"> </w:t>
      </w:r>
      <w:proofErr w:type="spellStart"/>
      <w:r w:rsidRPr="00E84FEC">
        <w:rPr>
          <w:rFonts w:ascii="Book Antiqua" w:hAnsi="Book Antiqua"/>
          <w:i/>
          <w:iCs/>
          <w:u w:val="single"/>
        </w:rPr>
        <w:t>en</w:t>
      </w:r>
      <w:proofErr w:type="spellEnd"/>
      <w:r w:rsidRPr="00E84FEC">
        <w:rPr>
          <w:rFonts w:ascii="Book Antiqua" w:hAnsi="Book Antiqua"/>
          <w:i/>
          <w:iCs/>
          <w:u w:val="single"/>
        </w:rPr>
        <w:t xml:space="preserve"> PR Inc. </w:t>
      </w:r>
      <w:r w:rsidR="003659B9" w:rsidRPr="00E84FEC">
        <w:rPr>
          <w:rFonts w:ascii="Book Antiqua" w:hAnsi="Book Antiqua"/>
          <w:i/>
          <w:iCs/>
          <w:u w:val="single"/>
        </w:rPr>
        <w:tab/>
      </w:r>
      <w:r w:rsidRPr="00E84FEC">
        <w:rPr>
          <w:rFonts w:ascii="Book Antiqua" w:hAnsi="Book Antiqua"/>
          <w:i/>
          <w:iCs/>
          <w:u w:val="single"/>
        </w:rPr>
        <w:t>$24,000.00</w:t>
      </w:r>
    </w:p>
    <w:p w14:paraId="282FAA60" w14:textId="2E867B2B"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10. Affordable Housing Fund for Puerto Rico Inc. </w:t>
      </w:r>
      <w:r w:rsidR="003659B9" w:rsidRPr="00E84FEC">
        <w:rPr>
          <w:rFonts w:ascii="Book Antiqua" w:hAnsi="Book Antiqua"/>
          <w:i/>
          <w:iCs/>
          <w:u w:val="single"/>
        </w:rPr>
        <w:tab/>
      </w:r>
      <w:r w:rsidRPr="00E84FEC">
        <w:rPr>
          <w:rFonts w:ascii="Book Antiqua" w:hAnsi="Book Antiqua"/>
          <w:i/>
          <w:iCs/>
          <w:u w:val="single"/>
        </w:rPr>
        <w:t>$15,000.00</w:t>
      </w:r>
    </w:p>
    <w:p w14:paraId="47A7DBCC" w14:textId="3E6636DC"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11. Aguirre Coquí </w:t>
      </w:r>
      <w:proofErr w:type="spellStart"/>
      <w:r w:rsidRPr="00E84FEC">
        <w:rPr>
          <w:rFonts w:ascii="Book Antiqua" w:hAnsi="Book Antiqua"/>
          <w:i/>
          <w:iCs/>
          <w:u w:val="single"/>
        </w:rPr>
        <w:t>Béisbol</w:t>
      </w:r>
      <w:proofErr w:type="spellEnd"/>
      <w:r w:rsidRPr="00E84FEC">
        <w:rPr>
          <w:rFonts w:ascii="Book Antiqua" w:hAnsi="Book Antiqua"/>
          <w:i/>
          <w:iCs/>
          <w:u w:val="single"/>
        </w:rPr>
        <w:t xml:space="preserve"> Inc.</w:t>
      </w:r>
      <w:r w:rsidR="003659B9" w:rsidRPr="00E84FEC">
        <w:rPr>
          <w:rFonts w:ascii="Book Antiqua" w:hAnsi="Book Antiqua"/>
          <w:i/>
          <w:iCs/>
          <w:u w:val="single"/>
        </w:rPr>
        <w:tab/>
      </w:r>
      <w:r w:rsidRPr="00E84FEC">
        <w:rPr>
          <w:rFonts w:ascii="Book Antiqua" w:hAnsi="Book Antiqua"/>
          <w:i/>
          <w:iCs/>
          <w:u w:val="single"/>
        </w:rPr>
        <w:t xml:space="preserve"> $</w:t>
      </w:r>
      <w:r w:rsidR="0010027C">
        <w:rPr>
          <w:rFonts w:ascii="Book Antiqua" w:hAnsi="Book Antiqua"/>
          <w:i/>
          <w:iCs/>
          <w:u w:val="single"/>
        </w:rPr>
        <w:t>8</w:t>
      </w:r>
      <w:r w:rsidR="007E2DF6">
        <w:rPr>
          <w:rFonts w:ascii="Book Antiqua" w:hAnsi="Book Antiqua"/>
          <w:i/>
          <w:iCs/>
          <w:u w:val="single"/>
        </w:rPr>
        <w:t>,</w:t>
      </w:r>
      <w:r w:rsidR="0010027C">
        <w:rPr>
          <w:rFonts w:ascii="Book Antiqua" w:hAnsi="Book Antiqua"/>
          <w:i/>
          <w:iCs/>
          <w:u w:val="single"/>
        </w:rPr>
        <w:t>50</w:t>
      </w:r>
      <w:r w:rsidR="007E2DF6">
        <w:rPr>
          <w:rFonts w:ascii="Book Antiqua" w:hAnsi="Book Antiqua"/>
          <w:i/>
          <w:iCs/>
          <w:u w:val="single"/>
        </w:rPr>
        <w:t>0</w:t>
      </w:r>
      <w:r w:rsidRPr="00E84FEC">
        <w:rPr>
          <w:rFonts w:ascii="Book Antiqua" w:hAnsi="Book Antiqua"/>
          <w:i/>
          <w:iCs/>
          <w:u w:val="single"/>
        </w:rPr>
        <w:t>.00</w:t>
      </w:r>
    </w:p>
    <w:p w14:paraId="0DA8006C" w14:textId="1665AC4E"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12. Albergue El Paraíso Corp.</w:t>
      </w:r>
      <w:r w:rsidR="003659B9" w:rsidRPr="00E84FEC">
        <w:rPr>
          <w:rFonts w:ascii="Book Antiqua" w:hAnsi="Book Antiqua"/>
          <w:i/>
          <w:iCs/>
          <w:u w:val="single"/>
        </w:rPr>
        <w:tab/>
      </w:r>
      <w:r w:rsidRPr="00E84FEC">
        <w:rPr>
          <w:rFonts w:ascii="Book Antiqua" w:hAnsi="Book Antiqua"/>
          <w:i/>
          <w:iCs/>
          <w:u w:val="single"/>
        </w:rPr>
        <w:t>$10,000.00</w:t>
      </w:r>
    </w:p>
    <w:p w14:paraId="0124E483" w14:textId="558FE355"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lastRenderedPageBreak/>
        <w:t xml:space="preserve">13. Alianza de Autismo de PR </w:t>
      </w:r>
      <w:r w:rsidR="003659B9" w:rsidRPr="00E84FEC">
        <w:rPr>
          <w:rFonts w:ascii="Book Antiqua" w:hAnsi="Book Antiqua"/>
          <w:i/>
          <w:iCs/>
          <w:u w:val="single"/>
          <w:lang w:val="es-PR"/>
        </w:rPr>
        <w:tab/>
      </w:r>
      <w:r w:rsidRPr="00E84FEC">
        <w:rPr>
          <w:rFonts w:ascii="Book Antiqua" w:hAnsi="Book Antiqua"/>
          <w:i/>
          <w:iCs/>
          <w:u w:val="single"/>
          <w:lang w:val="es-PR"/>
        </w:rPr>
        <w:t>$15,000.00</w:t>
      </w:r>
    </w:p>
    <w:p w14:paraId="7F5F2EAF" w14:textId="0C111A29"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lang w:val="es-PR"/>
        </w:rPr>
        <w:t xml:space="preserve">14. Alianza Municipal de Servicios Integrados Inc. </w:t>
      </w:r>
      <w:r w:rsidR="003659B9" w:rsidRPr="00E84FEC">
        <w:rPr>
          <w:rFonts w:ascii="Book Antiqua" w:hAnsi="Book Antiqua"/>
          <w:i/>
          <w:iCs/>
          <w:u w:val="single"/>
          <w:lang w:val="es-PR"/>
        </w:rPr>
        <w:tab/>
      </w:r>
      <w:r w:rsidRPr="00E84FEC">
        <w:rPr>
          <w:rFonts w:ascii="Book Antiqua" w:hAnsi="Book Antiqua"/>
          <w:i/>
          <w:iCs/>
          <w:u w:val="single"/>
        </w:rPr>
        <w:t>$20,000.00</w:t>
      </w:r>
    </w:p>
    <w:p w14:paraId="018ED927" w14:textId="0788AB48"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15. Alianza para la Paz Social </w:t>
      </w:r>
      <w:r w:rsidR="003659B9" w:rsidRPr="00E84FEC">
        <w:rPr>
          <w:rFonts w:ascii="Book Antiqua" w:hAnsi="Book Antiqua"/>
          <w:i/>
          <w:iCs/>
          <w:u w:val="single"/>
          <w:lang w:val="es-PR"/>
        </w:rPr>
        <w:tab/>
      </w:r>
      <w:r w:rsidRPr="00E84FEC">
        <w:rPr>
          <w:rFonts w:ascii="Book Antiqua" w:hAnsi="Book Antiqua"/>
          <w:i/>
          <w:iCs/>
          <w:u w:val="single"/>
          <w:lang w:val="es-PR"/>
        </w:rPr>
        <w:t>$2</w:t>
      </w:r>
      <w:r w:rsidR="0010027C">
        <w:rPr>
          <w:rFonts w:ascii="Book Antiqua" w:hAnsi="Book Antiqua"/>
          <w:i/>
          <w:iCs/>
          <w:u w:val="single"/>
          <w:lang w:val="es-PR"/>
        </w:rPr>
        <w:t>5</w:t>
      </w:r>
      <w:r w:rsidRPr="00E84FEC">
        <w:rPr>
          <w:rFonts w:ascii="Book Antiqua" w:hAnsi="Book Antiqua"/>
          <w:i/>
          <w:iCs/>
          <w:u w:val="single"/>
          <w:lang w:val="es-PR"/>
        </w:rPr>
        <w:t>,000.00</w:t>
      </w:r>
    </w:p>
    <w:p w14:paraId="602D69A2" w14:textId="53E2CEDE"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lang w:val="es-PR"/>
        </w:rPr>
        <w:t xml:space="preserve">16. Alianza para un Puerto Rico sin Drogas Inc. </w:t>
      </w:r>
      <w:r w:rsidR="003659B9" w:rsidRPr="00E84FEC">
        <w:rPr>
          <w:rFonts w:ascii="Book Antiqua" w:hAnsi="Book Antiqua"/>
          <w:i/>
          <w:iCs/>
          <w:u w:val="single"/>
          <w:lang w:val="es-PR"/>
        </w:rPr>
        <w:tab/>
      </w:r>
      <w:r w:rsidRPr="00E84FEC">
        <w:rPr>
          <w:rFonts w:ascii="Book Antiqua" w:hAnsi="Book Antiqua"/>
          <w:i/>
          <w:iCs/>
          <w:u w:val="single"/>
        </w:rPr>
        <w:t>$</w:t>
      </w:r>
      <w:r w:rsidR="0010027C">
        <w:rPr>
          <w:rFonts w:ascii="Book Antiqua" w:hAnsi="Book Antiqua"/>
          <w:i/>
          <w:iCs/>
          <w:u w:val="single"/>
        </w:rPr>
        <w:t>1</w:t>
      </w:r>
      <w:r w:rsidRPr="00E84FEC">
        <w:rPr>
          <w:rFonts w:ascii="Book Antiqua" w:hAnsi="Book Antiqua"/>
          <w:i/>
          <w:iCs/>
          <w:u w:val="single"/>
        </w:rPr>
        <w:t>0,000.00</w:t>
      </w:r>
    </w:p>
    <w:p w14:paraId="493A5C18" w14:textId="775E41DA"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17. Alliance </w:t>
      </w:r>
      <w:proofErr w:type="spellStart"/>
      <w:r w:rsidRPr="00E84FEC">
        <w:rPr>
          <w:rFonts w:ascii="Book Antiqua" w:hAnsi="Book Antiqua"/>
          <w:i/>
          <w:iCs/>
          <w:u w:val="single"/>
          <w:lang w:val="es-PR"/>
        </w:rPr>
        <w:t>Française</w:t>
      </w:r>
      <w:proofErr w:type="spellEnd"/>
      <w:r w:rsidRPr="00E84FEC">
        <w:rPr>
          <w:rFonts w:ascii="Book Antiqua" w:hAnsi="Book Antiqua"/>
          <w:i/>
          <w:iCs/>
          <w:u w:val="single"/>
          <w:lang w:val="es-PR"/>
        </w:rPr>
        <w:t xml:space="preserve"> de Puerto Rico </w:t>
      </w:r>
      <w:r w:rsidR="003659B9" w:rsidRPr="00E84FEC">
        <w:rPr>
          <w:rFonts w:ascii="Book Antiqua" w:hAnsi="Book Antiqua"/>
          <w:i/>
          <w:iCs/>
          <w:u w:val="single"/>
          <w:lang w:val="es-PR"/>
        </w:rPr>
        <w:tab/>
      </w:r>
      <w:r w:rsidRPr="00E84FEC">
        <w:rPr>
          <w:rFonts w:ascii="Book Antiqua" w:hAnsi="Book Antiqua"/>
          <w:i/>
          <w:iCs/>
          <w:u w:val="single"/>
          <w:lang w:val="es-PR"/>
        </w:rPr>
        <w:t>$3,000.00</w:t>
      </w:r>
    </w:p>
    <w:p w14:paraId="5EEBEDC4" w14:textId="20F7FAD9"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18. </w:t>
      </w:r>
      <w:proofErr w:type="spellStart"/>
      <w:r w:rsidRPr="00E84FEC">
        <w:rPr>
          <w:rFonts w:ascii="Book Antiqua" w:hAnsi="Book Antiqua"/>
          <w:i/>
          <w:iCs/>
          <w:u w:val="single"/>
        </w:rPr>
        <w:t>Alquimía</w:t>
      </w:r>
      <w:proofErr w:type="spellEnd"/>
      <w:r w:rsidRPr="00E84FEC">
        <w:rPr>
          <w:rFonts w:ascii="Book Antiqua" w:hAnsi="Book Antiqua"/>
          <w:i/>
          <w:iCs/>
          <w:u w:val="single"/>
        </w:rPr>
        <w:t xml:space="preserve"> Corp.</w:t>
      </w:r>
      <w:r w:rsidR="003659B9" w:rsidRPr="00E84FEC">
        <w:rPr>
          <w:rFonts w:ascii="Book Antiqua" w:hAnsi="Book Antiqua"/>
          <w:i/>
          <w:iCs/>
          <w:u w:val="single"/>
        </w:rPr>
        <w:tab/>
      </w:r>
      <w:r w:rsidRPr="00E84FEC">
        <w:rPr>
          <w:rFonts w:ascii="Book Antiqua" w:hAnsi="Book Antiqua"/>
          <w:i/>
          <w:iCs/>
          <w:u w:val="single"/>
        </w:rPr>
        <w:t xml:space="preserve"> $</w:t>
      </w:r>
      <w:r w:rsidR="0010027C">
        <w:rPr>
          <w:rFonts w:ascii="Book Antiqua" w:hAnsi="Book Antiqua"/>
          <w:i/>
          <w:iCs/>
          <w:u w:val="single"/>
        </w:rPr>
        <w:t>39</w:t>
      </w:r>
      <w:r w:rsidRPr="00E84FEC">
        <w:rPr>
          <w:rFonts w:ascii="Book Antiqua" w:hAnsi="Book Antiqua"/>
          <w:i/>
          <w:iCs/>
          <w:u w:val="single"/>
        </w:rPr>
        <w:t>,</w:t>
      </w:r>
      <w:r w:rsidR="0010027C">
        <w:rPr>
          <w:rFonts w:ascii="Book Antiqua" w:hAnsi="Book Antiqua"/>
          <w:i/>
          <w:iCs/>
          <w:u w:val="single"/>
        </w:rPr>
        <w:t>5</w:t>
      </w:r>
      <w:r w:rsidRPr="00E84FEC">
        <w:rPr>
          <w:rFonts w:ascii="Book Antiqua" w:hAnsi="Book Antiqua"/>
          <w:i/>
          <w:iCs/>
          <w:u w:val="single"/>
        </w:rPr>
        <w:t>00.00</w:t>
      </w:r>
    </w:p>
    <w:p w14:paraId="1C0D6B5F" w14:textId="645F267B"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19. Altrusa Internacional de San Sebastián, PR Inc. </w:t>
      </w:r>
      <w:r w:rsidR="003659B9" w:rsidRPr="00E84FEC">
        <w:rPr>
          <w:rFonts w:ascii="Book Antiqua" w:hAnsi="Book Antiqua"/>
          <w:i/>
          <w:iCs/>
          <w:u w:val="single"/>
        </w:rPr>
        <w:tab/>
      </w:r>
      <w:r w:rsidRPr="00E84FEC">
        <w:rPr>
          <w:rFonts w:ascii="Book Antiqua" w:hAnsi="Book Antiqua"/>
          <w:i/>
          <w:iCs/>
          <w:u w:val="single"/>
        </w:rPr>
        <w:t>$5,000.00</w:t>
      </w:r>
    </w:p>
    <w:p w14:paraId="49DCD5F5" w14:textId="1F2DDAA2"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20. </w:t>
      </w:r>
      <w:proofErr w:type="spellStart"/>
      <w:r w:rsidRPr="00E84FEC">
        <w:rPr>
          <w:rFonts w:ascii="Book Antiqua" w:hAnsi="Book Antiqua"/>
          <w:i/>
          <w:iCs/>
          <w:u w:val="single"/>
        </w:rPr>
        <w:t>AmarAjavaDar</w:t>
      </w:r>
      <w:proofErr w:type="spellEnd"/>
      <w:r w:rsidRPr="00E84FEC">
        <w:rPr>
          <w:rFonts w:ascii="Book Antiqua" w:hAnsi="Book Antiqua"/>
          <w:i/>
          <w:iCs/>
          <w:u w:val="single"/>
        </w:rPr>
        <w:t xml:space="preserve"> Corporation - AAD Corp. </w:t>
      </w:r>
      <w:r w:rsidR="003659B9" w:rsidRPr="00E84FEC">
        <w:rPr>
          <w:rFonts w:ascii="Book Antiqua" w:hAnsi="Book Antiqua"/>
          <w:i/>
          <w:iCs/>
          <w:u w:val="single"/>
        </w:rPr>
        <w:tab/>
      </w:r>
      <w:r w:rsidRPr="00E84FEC">
        <w:rPr>
          <w:rFonts w:ascii="Book Antiqua" w:hAnsi="Book Antiqua"/>
          <w:i/>
          <w:iCs/>
          <w:u w:val="single"/>
        </w:rPr>
        <w:t>$3,000.00</w:t>
      </w:r>
    </w:p>
    <w:p w14:paraId="3808E58E" w14:textId="3D29347F"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21. American Cello Institute, Inc. </w:t>
      </w:r>
      <w:r w:rsidR="003659B9" w:rsidRPr="00E84FEC">
        <w:rPr>
          <w:rFonts w:ascii="Book Antiqua" w:hAnsi="Book Antiqua"/>
          <w:i/>
          <w:iCs/>
          <w:u w:val="single"/>
        </w:rPr>
        <w:tab/>
      </w:r>
      <w:r w:rsidRPr="00E84FEC">
        <w:rPr>
          <w:rFonts w:ascii="Book Antiqua" w:hAnsi="Book Antiqua"/>
          <w:i/>
          <w:iCs/>
          <w:u w:val="single"/>
        </w:rPr>
        <w:t>$3,000.00</w:t>
      </w:r>
    </w:p>
    <w:p w14:paraId="485B525A" w14:textId="026C7ECB"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22. </w:t>
      </w:r>
      <w:proofErr w:type="spellStart"/>
      <w:r w:rsidRPr="00E84FEC">
        <w:rPr>
          <w:rFonts w:ascii="Book Antiqua" w:hAnsi="Book Antiqua"/>
          <w:i/>
          <w:iCs/>
          <w:u w:val="single"/>
        </w:rPr>
        <w:t>Andanza</w:t>
      </w:r>
      <w:proofErr w:type="spellEnd"/>
      <w:r w:rsidRPr="00E84FEC">
        <w:rPr>
          <w:rFonts w:ascii="Book Antiqua" w:hAnsi="Book Antiqua"/>
          <w:i/>
          <w:iCs/>
          <w:u w:val="single"/>
        </w:rPr>
        <w:t xml:space="preserve"> Inc</w:t>
      </w:r>
      <w:r w:rsidR="003659B9" w:rsidRPr="00E84FEC">
        <w:rPr>
          <w:rFonts w:ascii="Book Antiqua" w:hAnsi="Book Antiqua"/>
          <w:i/>
          <w:iCs/>
          <w:u w:val="single"/>
        </w:rPr>
        <w:t>.</w:t>
      </w:r>
      <w:r w:rsidRPr="00E84FEC">
        <w:rPr>
          <w:rFonts w:ascii="Book Antiqua" w:hAnsi="Book Antiqua"/>
          <w:i/>
          <w:iCs/>
          <w:u w:val="single"/>
        </w:rPr>
        <w:t xml:space="preserve"> </w:t>
      </w:r>
      <w:r w:rsidR="003659B9" w:rsidRPr="00E84FEC">
        <w:rPr>
          <w:rFonts w:ascii="Book Antiqua" w:hAnsi="Book Antiqua"/>
          <w:i/>
          <w:iCs/>
          <w:u w:val="single"/>
        </w:rPr>
        <w:tab/>
      </w:r>
      <w:r w:rsidRPr="00E84FEC">
        <w:rPr>
          <w:rFonts w:ascii="Book Antiqua" w:hAnsi="Book Antiqua"/>
          <w:i/>
          <w:iCs/>
          <w:u w:val="single"/>
        </w:rPr>
        <w:t>$1</w:t>
      </w:r>
      <w:r w:rsidR="0010027C">
        <w:rPr>
          <w:rFonts w:ascii="Book Antiqua" w:hAnsi="Book Antiqua"/>
          <w:i/>
          <w:iCs/>
          <w:u w:val="single"/>
        </w:rPr>
        <w:t>0</w:t>
      </w:r>
      <w:r w:rsidRPr="00E84FEC">
        <w:rPr>
          <w:rFonts w:ascii="Book Antiqua" w:hAnsi="Book Antiqua"/>
          <w:i/>
          <w:iCs/>
          <w:u w:val="single"/>
        </w:rPr>
        <w:t>,000.00</w:t>
      </w:r>
    </w:p>
    <w:p w14:paraId="72731165" w14:textId="7BCEDFF6"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lang w:val="es-PR"/>
        </w:rPr>
        <w:t xml:space="preserve">23. Ángel de la Guarda Inc. </w:t>
      </w:r>
      <w:r w:rsidR="003659B9" w:rsidRPr="00E84FEC">
        <w:rPr>
          <w:rFonts w:ascii="Book Antiqua" w:hAnsi="Book Antiqua"/>
          <w:i/>
          <w:iCs/>
          <w:u w:val="single"/>
          <w:lang w:val="es-PR"/>
        </w:rPr>
        <w:tab/>
      </w:r>
      <w:r w:rsidRPr="00E84FEC">
        <w:rPr>
          <w:rFonts w:ascii="Book Antiqua" w:hAnsi="Book Antiqua"/>
          <w:i/>
          <w:iCs/>
          <w:u w:val="single"/>
        </w:rPr>
        <w:t>$</w:t>
      </w:r>
      <w:r w:rsidR="0010027C">
        <w:rPr>
          <w:rFonts w:ascii="Book Antiqua" w:hAnsi="Book Antiqua"/>
          <w:i/>
          <w:iCs/>
          <w:u w:val="single"/>
        </w:rPr>
        <w:t>3</w:t>
      </w:r>
      <w:r w:rsidRPr="00E84FEC">
        <w:rPr>
          <w:rFonts w:ascii="Book Antiqua" w:hAnsi="Book Antiqua"/>
          <w:i/>
          <w:iCs/>
          <w:u w:val="single"/>
        </w:rPr>
        <w:t>,000.00</w:t>
      </w:r>
    </w:p>
    <w:p w14:paraId="436F5391" w14:textId="096DE282"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24. Angels King House Assistance Inc.</w:t>
      </w:r>
      <w:r w:rsidR="003659B9" w:rsidRPr="00E84FEC">
        <w:rPr>
          <w:rFonts w:ascii="Book Antiqua" w:hAnsi="Book Antiqua"/>
          <w:i/>
          <w:iCs/>
          <w:u w:val="single"/>
        </w:rPr>
        <w:tab/>
      </w:r>
      <w:r w:rsidRPr="00E84FEC">
        <w:rPr>
          <w:rFonts w:ascii="Book Antiqua" w:hAnsi="Book Antiqua"/>
          <w:i/>
          <w:iCs/>
          <w:u w:val="single"/>
        </w:rPr>
        <w:t>$3,000.00</w:t>
      </w:r>
    </w:p>
    <w:p w14:paraId="20E5AF87" w14:textId="35E15E68"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25. APNI Inc.</w:t>
      </w:r>
      <w:r w:rsidR="003659B9" w:rsidRPr="00E84FEC">
        <w:rPr>
          <w:rFonts w:ascii="Book Antiqua" w:hAnsi="Book Antiqua"/>
          <w:i/>
          <w:iCs/>
          <w:u w:val="single"/>
        </w:rPr>
        <w:tab/>
      </w:r>
      <w:r w:rsidRPr="00E84FEC">
        <w:rPr>
          <w:rFonts w:ascii="Book Antiqua" w:hAnsi="Book Antiqua"/>
          <w:i/>
          <w:iCs/>
          <w:u w:val="single"/>
        </w:rPr>
        <w:t>$</w:t>
      </w:r>
      <w:r w:rsidR="0010027C">
        <w:rPr>
          <w:rFonts w:ascii="Book Antiqua" w:hAnsi="Book Antiqua"/>
          <w:i/>
          <w:iCs/>
          <w:u w:val="single"/>
        </w:rPr>
        <w:t>7</w:t>
      </w:r>
      <w:r w:rsidRPr="00E84FEC">
        <w:rPr>
          <w:rFonts w:ascii="Book Antiqua" w:hAnsi="Book Antiqua"/>
          <w:i/>
          <w:iCs/>
          <w:u w:val="single"/>
        </w:rPr>
        <w:t>0,000.00</w:t>
      </w:r>
    </w:p>
    <w:p w14:paraId="268B9D52" w14:textId="7D531C5A"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lang w:val="es-PR"/>
        </w:rPr>
        <w:t xml:space="preserve">26. </w:t>
      </w:r>
      <w:proofErr w:type="spellStart"/>
      <w:r w:rsidRPr="00E84FEC">
        <w:rPr>
          <w:rFonts w:ascii="Book Antiqua" w:hAnsi="Book Antiqua"/>
          <w:i/>
          <w:iCs/>
          <w:u w:val="single"/>
          <w:lang w:val="es-PR"/>
        </w:rPr>
        <w:t>Areyto</w:t>
      </w:r>
      <w:proofErr w:type="spellEnd"/>
      <w:r w:rsidRPr="00E84FEC">
        <w:rPr>
          <w:rFonts w:ascii="Book Antiqua" w:hAnsi="Book Antiqua"/>
          <w:i/>
          <w:iCs/>
          <w:u w:val="single"/>
          <w:lang w:val="es-PR"/>
        </w:rPr>
        <w:t xml:space="preserve"> Ballet Folklórico Nacional de Puerto Rico, Inc.</w:t>
      </w:r>
      <w:r w:rsidR="007B793F" w:rsidRPr="00E84FEC">
        <w:rPr>
          <w:rFonts w:ascii="Book Antiqua" w:hAnsi="Book Antiqua"/>
          <w:i/>
          <w:iCs/>
          <w:u w:val="single"/>
          <w:lang w:val="es-PR"/>
        </w:rPr>
        <w:tab/>
      </w:r>
      <w:r w:rsidRPr="00E84FEC">
        <w:rPr>
          <w:rFonts w:ascii="Book Antiqua" w:hAnsi="Book Antiqua"/>
          <w:i/>
          <w:iCs/>
          <w:u w:val="single"/>
          <w:lang w:val="es-PR"/>
        </w:rPr>
        <w:t xml:space="preserve"> </w:t>
      </w:r>
      <w:r w:rsidRPr="00E84FEC">
        <w:rPr>
          <w:rFonts w:ascii="Book Antiqua" w:hAnsi="Book Antiqua"/>
          <w:i/>
          <w:iCs/>
          <w:u w:val="single"/>
        </w:rPr>
        <w:t>$10,000.00</w:t>
      </w:r>
    </w:p>
    <w:p w14:paraId="551F0D02" w14:textId="1FB4C1B2"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27. Ars Vocalis Inc. </w:t>
      </w:r>
      <w:r w:rsidR="007B793F" w:rsidRPr="00E84FEC">
        <w:rPr>
          <w:rFonts w:ascii="Book Antiqua" w:hAnsi="Book Antiqua"/>
          <w:i/>
          <w:iCs/>
          <w:u w:val="single"/>
        </w:rPr>
        <w:tab/>
      </w:r>
      <w:r w:rsidRPr="00E84FEC">
        <w:rPr>
          <w:rFonts w:ascii="Book Antiqua" w:hAnsi="Book Antiqua"/>
          <w:i/>
          <w:iCs/>
          <w:u w:val="single"/>
        </w:rPr>
        <w:t>$3,000.00</w:t>
      </w:r>
    </w:p>
    <w:p w14:paraId="2342E4BD" w14:textId="3902138C" w:rsidR="00B42AC6" w:rsidRPr="00E84FEC" w:rsidRDefault="00B42AC6" w:rsidP="003659B9">
      <w:pPr>
        <w:tabs>
          <w:tab w:val="decimal" w:pos="8280"/>
        </w:tabs>
        <w:rPr>
          <w:rFonts w:ascii="Book Antiqua" w:hAnsi="Book Antiqua"/>
          <w:i/>
          <w:iCs/>
          <w:u w:val="single"/>
          <w:lang w:val="es-PR"/>
        </w:rPr>
      </w:pPr>
      <w:r w:rsidRPr="00E84FEC">
        <w:rPr>
          <w:rFonts w:ascii="Book Antiqua" w:hAnsi="Book Antiqua"/>
          <w:i/>
          <w:iCs/>
          <w:u w:val="single"/>
          <w:lang w:val="es-PR"/>
        </w:rPr>
        <w:t xml:space="preserve">28. ARSFC Inc. / Bayamón Fútbol Club </w:t>
      </w:r>
      <w:r w:rsidR="007B793F" w:rsidRPr="00E84FEC">
        <w:rPr>
          <w:rFonts w:ascii="Book Antiqua" w:hAnsi="Book Antiqua"/>
          <w:i/>
          <w:iCs/>
          <w:u w:val="single"/>
          <w:lang w:val="es-PR"/>
        </w:rPr>
        <w:tab/>
      </w:r>
      <w:r w:rsidRPr="00E84FEC">
        <w:rPr>
          <w:rFonts w:ascii="Book Antiqua" w:hAnsi="Book Antiqua"/>
          <w:i/>
          <w:iCs/>
          <w:u w:val="single"/>
          <w:lang w:val="es-PR"/>
        </w:rPr>
        <w:t>$10,000.00</w:t>
      </w:r>
    </w:p>
    <w:p w14:paraId="584DE66C" w14:textId="1D8612D6"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29. Asamblea Familiar Virgilio Dávila, Inc.</w:t>
      </w:r>
      <w:r w:rsidR="007B793F" w:rsidRPr="00E84FEC">
        <w:rPr>
          <w:rFonts w:ascii="Book Antiqua" w:hAnsi="Book Antiqua"/>
          <w:i/>
          <w:iCs/>
          <w:u w:val="single"/>
        </w:rPr>
        <w:tab/>
      </w:r>
      <w:r w:rsidRPr="00E84FEC">
        <w:rPr>
          <w:rFonts w:ascii="Book Antiqua" w:hAnsi="Book Antiqua"/>
          <w:i/>
          <w:iCs/>
          <w:u w:val="single"/>
        </w:rPr>
        <w:t>$20,000.00</w:t>
      </w:r>
    </w:p>
    <w:p w14:paraId="3F8DAD2D" w14:textId="3B8D5BA8" w:rsidR="00B42AC6" w:rsidRPr="00E84FEC" w:rsidRDefault="00B42AC6" w:rsidP="003659B9">
      <w:pPr>
        <w:tabs>
          <w:tab w:val="decimal" w:pos="8280"/>
        </w:tabs>
        <w:rPr>
          <w:rFonts w:ascii="Book Antiqua" w:hAnsi="Book Antiqua"/>
          <w:i/>
          <w:iCs/>
          <w:u w:val="single"/>
        </w:rPr>
      </w:pPr>
      <w:r w:rsidRPr="00E84FEC">
        <w:rPr>
          <w:rFonts w:ascii="Book Antiqua" w:hAnsi="Book Antiqua"/>
          <w:i/>
          <w:iCs/>
          <w:u w:val="single"/>
        </w:rPr>
        <w:t xml:space="preserve">30. </w:t>
      </w:r>
      <w:proofErr w:type="spellStart"/>
      <w:r w:rsidRPr="00E84FEC">
        <w:rPr>
          <w:rFonts w:ascii="Book Antiqua" w:hAnsi="Book Antiqua"/>
          <w:i/>
          <w:iCs/>
          <w:u w:val="single"/>
        </w:rPr>
        <w:t>Asesores</w:t>
      </w:r>
      <w:proofErr w:type="spellEnd"/>
      <w:r w:rsidRPr="00E84FEC">
        <w:rPr>
          <w:rFonts w:ascii="Book Antiqua" w:hAnsi="Book Antiqua"/>
          <w:i/>
          <w:iCs/>
          <w:u w:val="single"/>
        </w:rPr>
        <w:t xml:space="preserve"> </w:t>
      </w:r>
      <w:proofErr w:type="spellStart"/>
      <w:r w:rsidRPr="00E84FEC">
        <w:rPr>
          <w:rFonts w:ascii="Book Antiqua" w:hAnsi="Book Antiqua"/>
          <w:i/>
          <w:iCs/>
          <w:u w:val="single"/>
        </w:rPr>
        <w:t>Financieros</w:t>
      </w:r>
      <w:proofErr w:type="spellEnd"/>
      <w:r w:rsidRPr="00E84FEC">
        <w:rPr>
          <w:rFonts w:ascii="Book Antiqua" w:hAnsi="Book Antiqua"/>
          <w:i/>
          <w:iCs/>
          <w:u w:val="single"/>
        </w:rPr>
        <w:t xml:space="preserve"> </w:t>
      </w:r>
      <w:proofErr w:type="spellStart"/>
      <w:r w:rsidRPr="00E84FEC">
        <w:rPr>
          <w:rFonts w:ascii="Book Antiqua" w:hAnsi="Book Antiqua"/>
          <w:i/>
          <w:iCs/>
          <w:u w:val="single"/>
        </w:rPr>
        <w:t>Comunitarios</w:t>
      </w:r>
      <w:proofErr w:type="spellEnd"/>
      <w:r w:rsidRPr="00E84FEC">
        <w:rPr>
          <w:rFonts w:ascii="Book Antiqua" w:hAnsi="Book Antiqua"/>
          <w:i/>
          <w:iCs/>
          <w:u w:val="single"/>
        </w:rPr>
        <w:t xml:space="preserve"> Inc. </w:t>
      </w:r>
      <w:r w:rsidR="007B793F" w:rsidRPr="00E84FEC">
        <w:rPr>
          <w:rFonts w:ascii="Book Antiqua" w:hAnsi="Book Antiqua"/>
          <w:i/>
          <w:iCs/>
          <w:u w:val="single"/>
        </w:rPr>
        <w:tab/>
      </w:r>
      <w:r w:rsidRPr="00E84FEC">
        <w:rPr>
          <w:rFonts w:ascii="Book Antiqua" w:hAnsi="Book Antiqua"/>
          <w:i/>
          <w:iCs/>
          <w:u w:val="single"/>
        </w:rPr>
        <w:t>$15,000.00</w:t>
      </w:r>
    </w:p>
    <w:p w14:paraId="39397F6C" w14:textId="2D1C8E0F"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31. </w:t>
      </w:r>
      <w:proofErr w:type="spellStart"/>
      <w:r w:rsidRPr="00654E0B">
        <w:rPr>
          <w:rFonts w:ascii="Book Antiqua" w:hAnsi="Book Antiqua"/>
          <w:i/>
          <w:iCs/>
          <w:u w:val="single"/>
        </w:rPr>
        <w:t>Asociación</w:t>
      </w:r>
      <w:proofErr w:type="spellEnd"/>
      <w:r w:rsidRPr="00654E0B">
        <w:rPr>
          <w:rFonts w:ascii="Book Antiqua" w:hAnsi="Book Antiqua"/>
          <w:i/>
          <w:iCs/>
          <w:u w:val="single"/>
        </w:rPr>
        <w:t xml:space="preserve"> ACIRC, Inc:</w:t>
      </w:r>
      <w:r w:rsidR="007B793F" w:rsidRPr="00E84FEC">
        <w:rPr>
          <w:rFonts w:ascii="Book Antiqua" w:hAnsi="Book Antiqua"/>
          <w:i/>
          <w:iCs/>
          <w:u w:val="single"/>
        </w:rPr>
        <w:tab/>
      </w:r>
      <w:r w:rsidRPr="00654E0B">
        <w:rPr>
          <w:rFonts w:ascii="Book Antiqua" w:hAnsi="Book Antiqua"/>
          <w:i/>
          <w:iCs/>
          <w:u w:val="single"/>
        </w:rPr>
        <w:t xml:space="preserve"> $12,500.00</w:t>
      </w:r>
    </w:p>
    <w:p w14:paraId="6DDA3789" w14:textId="2431FF51"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32. </w:t>
      </w:r>
      <w:proofErr w:type="spellStart"/>
      <w:r w:rsidRPr="00654E0B">
        <w:rPr>
          <w:rFonts w:ascii="Book Antiqua" w:hAnsi="Book Antiqua"/>
          <w:i/>
          <w:iCs/>
          <w:u w:val="single"/>
        </w:rPr>
        <w:t>Asociación</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Agricultores</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Camuyanos</w:t>
      </w:r>
      <w:proofErr w:type="spellEnd"/>
      <w:r w:rsidRPr="00654E0B">
        <w:rPr>
          <w:rFonts w:ascii="Book Antiqua" w:hAnsi="Book Antiqua"/>
          <w:i/>
          <w:iCs/>
          <w:u w:val="single"/>
        </w:rPr>
        <w:t xml:space="preserve"> Inc </w:t>
      </w:r>
      <w:r w:rsidR="007B793F" w:rsidRPr="00E84FEC">
        <w:rPr>
          <w:rFonts w:ascii="Book Antiqua" w:hAnsi="Book Antiqua"/>
          <w:i/>
          <w:iCs/>
          <w:u w:val="single"/>
        </w:rPr>
        <w:tab/>
      </w:r>
      <w:r w:rsidRPr="00654E0B">
        <w:rPr>
          <w:rFonts w:ascii="Book Antiqua" w:hAnsi="Book Antiqua"/>
          <w:i/>
          <w:iCs/>
          <w:u w:val="single"/>
        </w:rPr>
        <w:t>$55,000.00</w:t>
      </w:r>
    </w:p>
    <w:p w14:paraId="679172C9" w14:textId="682D12AA"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33. Asociación de Comerciantes del Viejo San Juan </w:t>
      </w:r>
      <w:r w:rsidR="007B793F" w:rsidRPr="00E84FEC">
        <w:rPr>
          <w:rFonts w:ascii="Book Antiqua" w:hAnsi="Book Antiqua"/>
          <w:i/>
          <w:iCs/>
          <w:u w:val="single"/>
          <w:lang w:val="es-PR"/>
        </w:rPr>
        <w:tab/>
      </w:r>
      <w:r w:rsidRPr="00654E0B">
        <w:rPr>
          <w:rFonts w:ascii="Book Antiqua" w:hAnsi="Book Antiqua"/>
          <w:i/>
          <w:iCs/>
          <w:u w:val="single"/>
          <w:lang w:val="es-PR"/>
        </w:rPr>
        <w:t>$3,000.00</w:t>
      </w:r>
    </w:p>
    <w:p w14:paraId="51ED7823" w14:textId="43ECA2C4"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34. Asociación de Espina </w:t>
      </w:r>
      <w:proofErr w:type="spellStart"/>
      <w:r w:rsidRPr="00654E0B">
        <w:rPr>
          <w:rFonts w:ascii="Book Antiqua" w:hAnsi="Book Antiqua"/>
          <w:i/>
          <w:iCs/>
          <w:u w:val="single"/>
        </w:rPr>
        <w:t>Bífida</w:t>
      </w:r>
      <w:proofErr w:type="spellEnd"/>
      <w:r w:rsidRPr="00654E0B">
        <w:rPr>
          <w:rFonts w:ascii="Book Antiqua" w:hAnsi="Book Antiqua"/>
          <w:i/>
          <w:iCs/>
          <w:u w:val="single"/>
        </w:rPr>
        <w:t xml:space="preserve"> e </w:t>
      </w:r>
      <w:proofErr w:type="spellStart"/>
      <w:r w:rsidRPr="00654E0B">
        <w:rPr>
          <w:rFonts w:ascii="Book Antiqua" w:hAnsi="Book Antiqua"/>
          <w:i/>
          <w:iCs/>
          <w:u w:val="single"/>
        </w:rPr>
        <w:t>Hidrocefalia</w:t>
      </w:r>
      <w:proofErr w:type="spellEnd"/>
      <w:r w:rsidRPr="00654E0B">
        <w:rPr>
          <w:rFonts w:ascii="Book Antiqua" w:hAnsi="Book Antiqua"/>
          <w:i/>
          <w:iCs/>
          <w:u w:val="single"/>
        </w:rPr>
        <w:t xml:space="preserve"> de PR, Inc.</w:t>
      </w:r>
      <w:r w:rsidR="007B793F" w:rsidRPr="00E84FEC">
        <w:rPr>
          <w:rFonts w:ascii="Book Antiqua" w:hAnsi="Book Antiqua"/>
          <w:i/>
          <w:iCs/>
          <w:u w:val="single"/>
        </w:rPr>
        <w:tab/>
      </w:r>
      <w:r w:rsidRPr="00654E0B">
        <w:rPr>
          <w:rFonts w:ascii="Book Antiqua" w:hAnsi="Book Antiqua"/>
          <w:i/>
          <w:iCs/>
          <w:u w:val="single"/>
        </w:rPr>
        <w:t>$90,000.00</w:t>
      </w:r>
    </w:p>
    <w:p w14:paraId="1E26BEDE" w14:textId="3C254679"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35. </w:t>
      </w:r>
      <w:proofErr w:type="spellStart"/>
      <w:r w:rsidRPr="00654E0B">
        <w:rPr>
          <w:rFonts w:ascii="Book Antiqua" w:hAnsi="Book Antiqua"/>
          <w:i/>
          <w:iCs/>
          <w:u w:val="single"/>
        </w:rPr>
        <w:t>Asociación</w:t>
      </w:r>
      <w:proofErr w:type="spellEnd"/>
      <w:r w:rsidRPr="00654E0B">
        <w:rPr>
          <w:rFonts w:ascii="Book Antiqua" w:hAnsi="Book Antiqua"/>
          <w:i/>
          <w:iCs/>
          <w:u w:val="single"/>
        </w:rPr>
        <w:t xml:space="preserve"> de Fomento </w:t>
      </w:r>
      <w:proofErr w:type="spellStart"/>
      <w:r w:rsidRPr="00654E0B">
        <w:rPr>
          <w:rFonts w:ascii="Book Antiqua" w:hAnsi="Book Antiqua"/>
          <w:i/>
          <w:iCs/>
          <w:u w:val="single"/>
        </w:rPr>
        <w:t>Educativo</w:t>
      </w:r>
      <w:proofErr w:type="spellEnd"/>
      <w:r w:rsidRPr="00654E0B">
        <w:rPr>
          <w:rFonts w:ascii="Book Antiqua" w:hAnsi="Book Antiqua"/>
          <w:i/>
          <w:iCs/>
          <w:u w:val="single"/>
        </w:rPr>
        <w:t>, Inc.</w:t>
      </w:r>
      <w:r w:rsidR="007B793F" w:rsidRPr="00E84FEC">
        <w:rPr>
          <w:rFonts w:ascii="Book Antiqua" w:hAnsi="Book Antiqua"/>
          <w:i/>
          <w:iCs/>
          <w:u w:val="single"/>
        </w:rPr>
        <w:tab/>
      </w:r>
      <w:r w:rsidRPr="00654E0B">
        <w:rPr>
          <w:rFonts w:ascii="Book Antiqua" w:hAnsi="Book Antiqua"/>
          <w:i/>
          <w:iCs/>
          <w:u w:val="single"/>
        </w:rPr>
        <w:t>$4,000.00</w:t>
      </w:r>
    </w:p>
    <w:p w14:paraId="4F75108E" w14:textId="7D0D6C0A"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36. Asociación de No Videntes Luz de Amor </w:t>
      </w:r>
      <w:proofErr w:type="spellStart"/>
      <w:r w:rsidRPr="00654E0B">
        <w:rPr>
          <w:rFonts w:ascii="Book Antiqua" w:hAnsi="Book Antiqua"/>
          <w:i/>
          <w:iCs/>
          <w:u w:val="single"/>
          <w:lang w:val="es-PR"/>
        </w:rPr>
        <w:t>Inc</w:t>
      </w:r>
      <w:proofErr w:type="spellEnd"/>
      <w:r w:rsidRPr="00654E0B">
        <w:rPr>
          <w:rFonts w:ascii="Book Antiqua" w:hAnsi="Book Antiqua"/>
          <w:i/>
          <w:iCs/>
          <w:u w:val="single"/>
          <w:lang w:val="es-PR"/>
        </w:rPr>
        <w:t xml:space="preserve"> </w:t>
      </w:r>
      <w:r w:rsidR="007B793F" w:rsidRPr="00E84FEC">
        <w:rPr>
          <w:rFonts w:ascii="Book Antiqua" w:hAnsi="Book Antiqua"/>
          <w:i/>
          <w:iCs/>
          <w:u w:val="single"/>
          <w:lang w:val="es-PR"/>
        </w:rPr>
        <w:tab/>
      </w:r>
      <w:r w:rsidRPr="00654E0B">
        <w:rPr>
          <w:rFonts w:ascii="Book Antiqua" w:hAnsi="Book Antiqua"/>
          <w:i/>
          <w:iCs/>
          <w:u w:val="single"/>
          <w:lang w:val="es-PR"/>
        </w:rPr>
        <w:t>$35,000.00</w:t>
      </w:r>
    </w:p>
    <w:p w14:paraId="5909037B" w14:textId="25AD5C68"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37. Asociación de Padres del CAAM</w:t>
      </w:r>
      <w:r w:rsidR="007B793F" w:rsidRPr="00E84FEC">
        <w:rPr>
          <w:rFonts w:ascii="Book Antiqua" w:hAnsi="Book Antiqua"/>
          <w:i/>
          <w:iCs/>
          <w:u w:val="single"/>
        </w:rPr>
        <w:tab/>
      </w:r>
      <w:r w:rsidRPr="00654E0B">
        <w:rPr>
          <w:rFonts w:ascii="Book Antiqua" w:hAnsi="Book Antiqua"/>
          <w:i/>
          <w:iCs/>
          <w:u w:val="single"/>
        </w:rPr>
        <w:t xml:space="preserve"> $3,000.00</w:t>
      </w:r>
    </w:p>
    <w:p w14:paraId="623B9D19" w14:textId="77777777" w:rsidR="00CF159C" w:rsidRPr="00E84FEC"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38. Asociación de Padres y Amigos Orquestas Secundarias y </w:t>
      </w:r>
    </w:p>
    <w:p w14:paraId="49D7751A" w14:textId="2406A90B"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lastRenderedPageBreak/>
        <w:t xml:space="preserve">Superiores </w:t>
      </w:r>
      <w:r w:rsidR="00CF159C" w:rsidRPr="00E84FEC">
        <w:rPr>
          <w:rFonts w:ascii="Book Antiqua" w:hAnsi="Book Antiqua"/>
          <w:i/>
          <w:iCs/>
          <w:u w:val="single"/>
          <w:lang w:val="es-PR"/>
        </w:rPr>
        <w:tab/>
      </w:r>
      <w:r w:rsidRPr="00654E0B">
        <w:rPr>
          <w:rFonts w:ascii="Book Antiqua" w:hAnsi="Book Antiqua"/>
          <w:i/>
          <w:iCs/>
          <w:u w:val="single"/>
          <w:lang w:val="es-PR"/>
        </w:rPr>
        <w:t>$8,000.00</w:t>
      </w:r>
    </w:p>
    <w:p w14:paraId="69B4441A" w14:textId="3EC2294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39. Asociación de Servicios a </w:t>
      </w:r>
      <w:proofErr w:type="gramStart"/>
      <w:r w:rsidRPr="00654E0B">
        <w:rPr>
          <w:rFonts w:ascii="Book Antiqua" w:hAnsi="Book Antiqua"/>
          <w:i/>
          <w:iCs/>
          <w:u w:val="single"/>
          <w:lang w:val="es-PR"/>
        </w:rPr>
        <w:t>Ex Adictos</w:t>
      </w:r>
      <w:proofErr w:type="gramEnd"/>
      <w:r w:rsidRPr="00654E0B">
        <w:rPr>
          <w:rFonts w:ascii="Book Antiqua" w:hAnsi="Book Antiqua"/>
          <w:i/>
          <w:iCs/>
          <w:u w:val="single"/>
          <w:lang w:val="es-PR"/>
        </w:rPr>
        <w:t xml:space="preserve"> y </w:t>
      </w:r>
      <w:proofErr w:type="gramStart"/>
      <w:r w:rsidRPr="00654E0B">
        <w:rPr>
          <w:rFonts w:ascii="Book Antiqua" w:hAnsi="Book Antiqua"/>
          <w:i/>
          <w:iCs/>
          <w:u w:val="single"/>
          <w:lang w:val="es-PR"/>
        </w:rPr>
        <w:t>Ex Convictos</w:t>
      </w:r>
      <w:proofErr w:type="gramEnd"/>
      <w:r w:rsidRPr="00654E0B">
        <w:rPr>
          <w:rFonts w:ascii="Book Antiqua" w:hAnsi="Book Antiqua"/>
          <w:i/>
          <w:iCs/>
          <w:u w:val="single"/>
          <w:lang w:val="es-PR"/>
        </w:rPr>
        <w:t xml:space="preserve"> Rehabilitados </w:t>
      </w:r>
      <w:r w:rsidR="007B793F" w:rsidRPr="00E84FEC">
        <w:rPr>
          <w:rFonts w:ascii="Book Antiqua" w:hAnsi="Book Antiqua"/>
          <w:i/>
          <w:iCs/>
          <w:u w:val="single"/>
          <w:lang w:val="es-PR"/>
        </w:rPr>
        <w:tab/>
      </w:r>
      <w:r w:rsidRPr="00654E0B">
        <w:rPr>
          <w:rFonts w:ascii="Book Antiqua" w:hAnsi="Book Antiqua"/>
          <w:i/>
          <w:iCs/>
          <w:u w:val="single"/>
          <w:lang w:val="es-PR"/>
        </w:rPr>
        <w:t>$50,000.00</w:t>
      </w:r>
    </w:p>
    <w:p w14:paraId="43A59B99" w14:textId="30BCEABC"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lang w:val="es-PR"/>
        </w:rPr>
        <w:t xml:space="preserve">40. Asociación de Softball </w:t>
      </w:r>
      <w:proofErr w:type="spellStart"/>
      <w:r w:rsidRPr="00654E0B">
        <w:rPr>
          <w:rFonts w:ascii="Book Antiqua" w:hAnsi="Book Antiqua"/>
          <w:i/>
          <w:iCs/>
          <w:u w:val="single"/>
          <w:lang w:val="es-PR"/>
        </w:rPr>
        <w:t>Boomers</w:t>
      </w:r>
      <w:proofErr w:type="spellEnd"/>
      <w:r w:rsidRPr="00654E0B">
        <w:rPr>
          <w:rFonts w:ascii="Book Antiqua" w:hAnsi="Book Antiqua"/>
          <w:i/>
          <w:iCs/>
          <w:u w:val="single"/>
          <w:lang w:val="es-PR"/>
        </w:rPr>
        <w:t xml:space="preserve"> de Puerto Rico, Inc. </w:t>
      </w:r>
      <w:r w:rsidR="007B793F" w:rsidRPr="00E84FEC">
        <w:rPr>
          <w:rFonts w:ascii="Book Antiqua" w:hAnsi="Book Antiqua"/>
          <w:i/>
          <w:iCs/>
          <w:u w:val="single"/>
          <w:lang w:val="es-PR"/>
        </w:rPr>
        <w:tab/>
      </w:r>
      <w:r w:rsidRPr="00654E0B">
        <w:rPr>
          <w:rFonts w:ascii="Book Antiqua" w:hAnsi="Book Antiqua"/>
          <w:i/>
          <w:iCs/>
          <w:u w:val="single"/>
        </w:rPr>
        <w:t>$15,000.00</w:t>
      </w:r>
    </w:p>
    <w:p w14:paraId="434F039D" w14:textId="5E52ADAB"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lang w:val="es-PR"/>
        </w:rPr>
        <w:t>41. Asociación de Softball Femenino de Maunabo, Inc.</w:t>
      </w:r>
      <w:r w:rsidR="007B793F" w:rsidRPr="00E84FEC">
        <w:rPr>
          <w:rFonts w:ascii="Book Antiqua" w:hAnsi="Book Antiqua"/>
          <w:i/>
          <w:iCs/>
          <w:u w:val="single"/>
          <w:lang w:val="es-PR"/>
        </w:rPr>
        <w:tab/>
      </w:r>
      <w:r w:rsidRPr="00654E0B">
        <w:rPr>
          <w:rFonts w:ascii="Book Antiqua" w:hAnsi="Book Antiqua"/>
          <w:i/>
          <w:iCs/>
          <w:u w:val="single"/>
          <w:lang w:val="es-PR"/>
        </w:rPr>
        <w:t xml:space="preserve"> </w:t>
      </w:r>
      <w:r w:rsidRPr="00654E0B">
        <w:rPr>
          <w:rFonts w:ascii="Book Antiqua" w:hAnsi="Book Antiqua"/>
          <w:i/>
          <w:iCs/>
          <w:u w:val="single"/>
        </w:rPr>
        <w:t>$15,000.00</w:t>
      </w:r>
    </w:p>
    <w:p w14:paraId="494A7F5E" w14:textId="5B2EA8BE"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42. Asociación Intercambio Cultural</w:t>
      </w:r>
      <w:r w:rsidR="007B793F" w:rsidRPr="00E84FEC">
        <w:rPr>
          <w:rFonts w:ascii="Book Antiqua" w:hAnsi="Book Antiqua"/>
          <w:i/>
          <w:iCs/>
          <w:u w:val="single"/>
        </w:rPr>
        <w:tab/>
      </w:r>
      <w:r w:rsidRPr="00654E0B">
        <w:rPr>
          <w:rFonts w:ascii="Book Antiqua" w:hAnsi="Book Antiqua"/>
          <w:i/>
          <w:iCs/>
          <w:u w:val="single"/>
        </w:rPr>
        <w:t xml:space="preserve"> $3,000.00</w:t>
      </w:r>
    </w:p>
    <w:p w14:paraId="4A05111D" w14:textId="5BCA36C8"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43. Asociación Mayagüezana de Personas con </w:t>
      </w:r>
      <w:proofErr w:type="spellStart"/>
      <w:r w:rsidRPr="00654E0B">
        <w:rPr>
          <w:rFonts w:ascii="Book Antiqua" w:hAnsi="Book Antiqua"/>
          <w:i/>
          <w:iCs/>
          <w:u w:val="single"/>
        </w:rPr>
        <w:t>Impedimentos</w:t>
      </w:r>
      <w:proofErr w:type="spellEnd"/>
      <w:r w:rsidRPr="00654E0B">
        <w:rPr>
          <w:rFonts w:ascii="Book Antiqua" w:hAnsi="Book Antiqua"/>
          <w:i/>
          <w:iCs/>
          <w:u w:val="single"/>
        </w:rPr>
        <w:t>, Inc.</w:t>
      </w:r>
      <w:r w:rsidR="007B793F" w:rsidRPr="00E84FEC">
        <w:rPr>
          <w:rFonts w:ascii="Book Antiqua" w:hAnsi="Book Antiqua"/>
          <w:i/>
          <w:iCs/>
          <w:u w:val="single"/>
        </w:rPr>
        <w:tab/>
      </w:r>
      <w:r w:rsidRPr="00654E0B">
        <w:rPr>
          <w:rFonts w:ascii="Book Antiqua" w:hAnsi="Book Antiqua"/>
          <w:i/>
          <w:iCs/>
          <w:u w:val="single"/>
        </w:rPr>
        <w:t>$20,000.00</w:t>
      </w:r>
    </w:p>
    <w:p w14:paraId="3F6E68D1" w14:textId="77A48878"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44. Asociación para la Superación del Niño con Síndrome Down </w:t>
      </w:r>
      <w:r w:rsidR="007B793F" w:rsidRPr="00E84FEC">
        <w:rPr>
          <w:rFonts w:ascii="Book Antiqua" w:hAnsi="Book Antiqua"/>
          <w:i/>
          <w:iCs/>
          <w:u w:val="single"/>
          <w:lang w:val="es-PR"/>
        </w:rPr>
        <w:tab/>
      </w:r>
      <w:r w:rsidRPr="00654E0B">
        <w:rPr>
          <w:rFonts w:ascii="Book Antiqua" w:hAnsi="Book Antiqua"/>
          <w:i/>
          <w:iCs/>
          <w:u w:val="single"/>
          <w:lang w:val="es-PR"/>
        </w:rPr>
        <w:t>$110,000.00</w:t>
      </w:r>
    </w:p>
    <w:p w14:paraId="09B7E741" w14:textId="6EC400C0"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45. Asociación PKU de P.R., Inc.</w:t>
      </w:r>
      <w:r w:rsidR="007B793F" w:rsidRPr="00E84FEC">
        <w:rPr>
          <w:rFonts w:ascii="Book Antiqua" w:hAnsi="Book Antiqua"/>
          <w:i/>
          <w:iCs/>
          <w:u w:val="single"/>
        </w:rPr>
        <w:tab/>
      </w:r>
      <w:r w:rsidRPr="00654E0B">
        <w:rPr>
          <w:rFonts w:ascii="Book Antiqua" w:hAnsi="Book Antiqua"/>
          <w:i/>
          <w:iCs/>
          <w:u w:val="single"/>
        </w:rPr>
        <w:t>$30,000.00</w:t>
      </w:r>
    </w:p>
    <w:p w14:paraId="6F2F6D78" w14:textId="705DA6C8"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lang w:val="es-PR"/>
        </w:rPr>
        <w:t xml:space="preserve">46. Asociación por un Mundo Mejor para el Impedido, Inc. </w:t>
      </w:r>
      <w:r w:rsidR="007B793F" w:rsidRPr="00E84FEC">
        <w:rPr>
          <w:rFonts w:ascii="Book Antiqua" w:hAnsi="Book Antiqua"/>
          <w:i/>
          <w:iCs/>
          <w:u w:val="single"/>
          <w:lang w:val="es-PR"/>
        </w:rPr>
        <w:tab/>
      </w:r>
      <w:r w:rsidRPr="00654E0B">
        <w:rPr>
          <w:rFonts w:ascii="Book Antiqua" w:hAnsi="Book Antiqua"/>
          <w:i/>
          <w:iCs/>
          <w:u w:val="single"/>
        </w:rPr>
        <w:t>$25,000.00</w:t>
      </w:r>
    </w:p>
    <w:p w14:paraId="09879207" w14:textId="0D3CEAE3"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47. Asociación Pro-Bienestar Barrio Marías de Aguada, Inc.</w:t>
      </w:r>
      <w:r w:rsidR="007B793F" w:rsidRPr="00E84FEC">
        <w:rPr>
          <w:rFonts w:ascii="Book Antiqua" w:hAnsi="Book Antiqua"/>
          <w:i/>
          <w:iCs/>
          <w:u w:val="single"/>
        </w:rPr>
        <w:tab/>
      </w:r>
      <w:r w:rsidRPr="00654E0B">
        <w:rPr>
          <w:rFonts w:ascii="Book Antiqua" w:hAnsi="Book Antiqua"/>
          <w:i/>
          <w:iCs/>
          <w:u w:val="single"/>
        </w:rPr>
        <w:t>$15,000.00</w:t>
      </w:r>
    </w:p>
    <w:p w14:paraId="68191DD7" w14:textId="77777777" w:rsidR="007B793F" w:rsidRPr="00E84FEC"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48. Asociación </w:t>
      </w:r>
      <w:proofErr w:type="gramStart"/>
      <w:r w:rsidRPr="00654E0B">
        <w:rPr>
          <w:rFonts w:ascii="Book Antiqua" w:hAnsi="Book Antiqua"/>
          <w:i/>
          <w:iCs/>
          <w:u w:val="single"/>
          <w:lang w:val="es-PR"/>
        </w:rPr>
        <w:t>Pro Ciudadanos</w:t>
      </w:r>
      <w:proofErr w:type="gramEnd"/>
      <w:r w:rsidRPr="00654E0B">
        <w:rPr>
          <w:rFonts w:ascii="Book Antiqua" w:hAnsi="Book Antiqua"/>
          <w:i/>
          <w:iCs/>
          <w:u w:val="single"/>
          <w:lang w:val="es-PR"/>
        </w:rPr>
        <w:t xml:space="preserve"> con Impedimentos de Sabana </w:t>
      </w:r>
    </w:p>
    <w:p w14:paraId="30F9CCB8" w14:textId="19670BD7"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Grande </w:t>
      </w:r>
      <w:proofErr w:type="spellStart"/>
      <w:r w:rsidRPr="00654E0B">
        <w:rPr>
          <w:rFonts w:ascii="Book Antiqua" w:hAnsi="Book Antiqua"/>
          <w:i/>
          <w:iCs/>
          <w:u w:val="single"/>
          <w:lang w:val="es-PR"/>
        </w:rPr>
        <w:t>Inc</w:t>
      </w:r>
      <w:proofErr w:type="spellEnd"/>
      <w:r w:rsidRPr="00654E0B">
        <w:rPr>
          <w:rFonts w:ascii="Book Antiqua" w:hAnsi="Book Antiqua"/>
          <w:i/>
          <w:iCs/>
          <w:u w:val="single"/>
          <w:lang w:val="es-PR"/>
        </w:rPr>
        <w:t xml:space="preserve"> </w:t>
      </w:r>
      <w:r w:rsidR="007B793F" w:rsidRPr="00E84FEC">
        <w:rPr>
          <w:rFonts w:ascii="Book Antiqua" w:hAnsi="Book Antiqua"/>
          <w:i/>
          <w:iCs/>
          <w:u w:val="single"/>
          <w:lang w:val="es-PR"/>
        </w:rPr>
        <w:tab/>
      </w:r>
      <w:r w:rsidRPr="00654E0B">
        <w:rPr>
          <w:rFonts w:ascii="Book Antiqua" w:hAnsi="Book Antiqua"/>
          <w:i/>
          <w:iCs/>
          <w:u w:val="single"/>
          <w:lang w:val="es-PR"/>
        </w:rPr>
        <w:t>$10,000.00</w:t>
      </w:r>
    </w:p>
    <w:p w14:paraId="7A2F6ED4" w14:textId="616E1001"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49. Asociación </w:t>
      </w:r>
      <w:proofErr w:type="gramStart"/>
      <w:r w:rsidRPr="00654E0B">
        <w:rPr>
          <w:rFonts w:ascii="Book Antiqua" w:hAnsi="Book Antiqua"/>
          <w:i/>
          <w:iCs/>
          <w:u w:val="single"/>
          <w:lang w:val="es-PR"/>
        </w:rPr>
        <w:t>Pro Juventud</w:t>
      </w:r>
      <w:proofErr w:type="gramEnd"/>
      <w:r w:rsidRPr="00654E0B">
        <w:rPr>
          <w:rFonts w:ascii="Book Antiqua" w:hAnsi="Book Antiqua"/>
          <w:i/>
          <w:iCs/>
          <w:u w:val="single"/>
          <w:lang w:val="es-PR"/>
        </w:rPr>
        <w:t xml:space="preserve"> y Comunidad de Barrio Palmas</w:t>
      </w:r>
      <w:r w:rsidR="007B793F" w:rsidRPr="00E84FEC">
        <w:rPr>
          <w:rFonts w:ascii="Book Antiqua" w:hAnsi="Book Antiqua"/>
          <w:i/>
          <w:iCs/>
          <w:u w:val="single"/>
          <w:lang w:val="es-PR"/>
        </w:rPr>
        <w:tab/>
      </w:r>
      <w:r w:rsidRPr="00654E0B">
        <w:rPr>
          <w:rFonts w:ascii="Book Antiqua" w:hAnsi="Book Antiqua"/>
          <w:i/>
          <w:iCs/>
          <w:u w:val="single"/>
          <w:lang w:val="es-PR"/>
        </w:rPr>
        <w:t xml:space="preserve"> $40,000.00</w:t>
      </w:r>
    </w:p>
    <w:p w14:paraId="08BBBFDE" w14:textId="0F4FDDD3"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50. Asociación Profesionales de Danza de PR, Inc.</w:t>
      </w:r>
      <w:r w:rsidR="007B793F" w:rsidRPr="00E84FEC">
        <w:rPr>
          <w:rFonts w:ascii="Book Antiqua" w:hAnsi="Book Antiqua"/>
          <w:i/>
          <w:iCs/>
          <w:u w:val="single"/>
          <w:lang w:val="es-PR"/>
        </w:rPr>
        <w:tab/>
      </w:r>
      <w:r w:rsidRPr="00654E0B">
        <w:rPr>
          <w:rFonts w:ascii="Book Antiqua" w:hAnsi="Book Antiqua"/>
          <w:i/>
          <w:iCs/>
          <w:u w:val="single"/>
          <w:lang w:val="es-PR"/>
        </w:rPr>
        <w:t xml:space="preserve"> $5,000.00</w:t>
      </w:r>
    </w:p>
    <w:p w14:paraId="25BC5D13" w14:textId="1E579C84"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lang w:val="es-PR"/>
        </w:rPr>
        <w:t xml:space="preserve">51. Asociación Puertorriqueña de Ciegos, Inc. </w:t>
      </w:r>
      <w:r w:rsidR="007B793F" w:rsidRPr="00E84FEC">
        <w:rPr>
          <w:rFonts w:ascii="Book Antiqua" w:hAnsi="Book Antiqua"/>
          <w:i/>
          <w:iCs/>
          <w:u w:val="single"/>
          <w:lang w:val="es-PR"/>
        </w:rPr>
        <w:tab/>
      </w:r>
      <w:r w:rsidRPr="00654E0B">
        <w:rPr>
          <w:rFonts w:ascii="Book Antiqua" w:hAnsi="Book Antiqua"/>
          <w:i/>
          <w:iCs/>
          <w:u w:val="single"/>
        </w:rPr>
        <w:t>$16,</w:t>
      </w:r>
      <w:r w:rsidR="0010027C">
        <w:rPr>
          <w:rFonts w:ascii="Book Antiqua" w:hAnsi="Book Antiqua"/>
          <w:i/>
          <w:iCs/>
          <w:u w:val="single"/>
        </w:rPr>
        <w:t>25</w:t>
      </w:r>
      <w:r w:rsidRPr="00654E0B">
        <w:rPr>
          <w:rFonts w:ascii="Book Antiqua" w:hAnsi="Book Antiqua"/>
          <w:i/>
          <w:iCs/>
          <w:u w:val="single"/>
        </w:rPr>
        <w:t>0.00</w:t>
      </w:r>
    </w:p>
    <w:p w14:paraId="464B68EF" w14:textId="2523D677"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52. </w:t>
      </w:r>
      <w:proofErr w:type="spellStart"/>
      <w:r w:rsidRPr="00654E0B">
        <w:rPr>
          <w:rFonts w:ascii="Book Antiqua" w:hAnsi="Book Antiqua"/>
          <w:i/>
          <w:iCs/>
          <w:u w:val="single"/>
        </w:rPr>
        <w:t>Asociación</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Puertorriqueña</w:t>
      </w:r>
      <w:proofErr w:type="spellEnd"/>
      <w:r w:rsidRPr="00654E0B">
        <w:rPr>
          <w:rFonts w:ascii="Book Antiqua" w:hAnsi="Book Antiqua"/>
          <w:i/>
          <w:iCs/>
          <w:u w:val="single"/>
        </w:rPr>
        <w:t xml:space="preserve"> de Diabetes, Inc.</w:t>
      </w:r>
      <w:r w:rsidR="007B793F" w:rsidRPr="00E84FEC">
        <w:rPr>
          <w:rFonts w:ascii="Book Antiqua" w:hAnsi="Book Antiqua"/>
          <w:i/>
          <w:iCs/>
          <w:u w:val="single"/>
        </w:rPr>
        <w:tab/>
      </w:r>
      <w:r w:rsidRPr="00654E0B">
        <w:rPr>
          <w:rFonts w:ascii="Book Antiqua" w:hAnsi="Book Antiqua"/>
          <w:i/>
          <w:iCs/>
          <w:u w:val="single"/>
        </w:rPr>
        <w:t>$16,250.00</w:t>
      </w:r>
    </w:p>
    <w:p w14:paraId="56057A28" w14:textId="4BCB1D37"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53. </w:t>
      </w:r>
      <w:proofErr w:type="spellStart"/>
      <w:r w:rsidRPr="00654E0B">
        <w:rPr>
          <w:rFonts w:ascii="Book Antiqua" w:hAnsi="Book Antiqua"/>
          <w:i/>
          <w:iCs/>
          <w:u w:val="single"/>
        </w:rPr>
        <w:t>Asociación</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Puertorriqueña</w:t>
      </w:r>
      <w:proofErr w:type="spellEnd"/>
      <w:r w:rsidRPr="00654E0B">
        <w:rPr>
          <w:rFonts w:ascii="Book Antiqua" w:hAnsi="Book Antiqua"/>
          <w:i/>
          <w:iCs/>
          <w:u w:val="single"/>
        </w:rPr>
        <w:t xml:space="preserve"> de Parkinson: </w:t>
      </w:r>
      <w:r w:rsidR="007B793F" w:rsidRPr="00E84FEC">
        <w:rPr>
          <w:rFonts w:ascii="Book Antiqua" w:hAnsi="Book Antiqua"/>
          <w:i/>
          <w:iCs/>
          <w:u w:val="single"/>
        </w:rPr>
        <w:tab/>
      </w:r>
      <w:r w:rsidRPr="00654E0B">
        <w:rPr>
          <w:rFonts w:ascii="Book Antiqua" w:hAnsi="Book Antiqua"/>
          <w:i/>
          <w:iCs/>
          <w:u w:val="single"/>
        </w:rPr>
        <w:t>$20,000.00</w:t>
      </w:r>
    </w:p>
    <w:p w14:paraId="2B2C2880" w14:textId="6AE756F7"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54. Asociación Puertorriqueña de Servicios y Ayuda Paciente SIDA </w:t>
      </w:r>
      <w:r w:rsidR="007B793F" w:rsidRPr="00E84FEC">
        <w:rPr>
          <w:rFonts w:ascii="Book Antiqua" w:hAnsi="Book Antiqua"/>
          <w:i/>
          <w:iCs/>
          <w:u w:val="single"/>
          <w:lang w:val="es-PR"/>
        </w:rPr>
        <w:tab/>
      </w:r>
      <w:r w:rsidRPr="00654E0B">
        <w:rPr>
          <w:rFonts w:ascii="Book Antiqua" w:hAnsi="Book Antiqua"/>
          <w:i/>
          <w:iCs/>
          <w:u w:val="single"/>
          <w:lang w:val="es-PR"/>
        </w:rPr>
        <w:t>$30,000.00</w:t>
      </w:r>
    </w:p>
    <w:p w14:paraId="120AB8CD" w14:textId="77777777" w:rsidR="007B793F" w:rsidRPr="00E84FEC"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55. Asociación Puertorriqueña para la Educación de la Niñez en </w:t>
      </w:r>
    </w:p>
    <w:p w14:paraId="581A736A" w14:textId="4800235D" w:rsidR="00B42AC6" w:rsidRPr="00654E0B" w:rsidRDefault="00B42AC6" w:rsidP="003659B9">
      <w:pPr>
        <w:tabs>
          <w:tab w:val="decimal" w:pos="8280"/>
        </w:tabs>
        <w:rPr>
          <w:rFonts w:ascii="Book Antiqua" w:hAnsi="Book Antiqua"/>
          <w:i/>
          <w:iCs/>
          <w:u w:val="single"/>
          <w:lang w:val="es-PR"/>
        </w:rPr>
      </w:pPr>
      <w:proofErr w:type="spellStart"/>
      <w:r w:rsidRPr="00654E0B">
        <w:rPr>
          <w:rFonts w:ascii="Book Antiqua" w:hAnsi="Book Antiqua"/>
          <w:i/>
          <w:iCs/>
          <w:u w:val="single"/>
        </w:rPr>
        <w:t>Edad</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Temprana</w:t>
      </w:r>
      <w:proofErr w:type="spellEnd"/>
      <w:r w:rsidRPr="00654E0B">
        <w:rPr>
          <w:rFonts w:ascii="Book Antiqua" w:hAnsi="Book Antiqua"/>
          <w:i/>
          <w:iCs/>
          <w:u w:val="single"/>
        </w:rPr>
        <w:t xml:space="preserve"> </w:t>
      </w:r>
      <w:r w:rsidR="007B793F" w:rsidRPr="00E84FEC">
        <w:rPr>
          <w:rFonts w:ascii="Book Antiqua" w:hAnsi="Book Antiqua"/>
          <w:i/>
          <w:iCs/>
          <w:u w:val="single"/>
        </w:rPr>
        <w:tab/>
      </w:r>
      <w:r w:rsidRPr="00654E0B">
        <w:rPr>
          <w:rFonts w:ascii="Book Antiqua" w:hAnsi="Book Antiqua"/>
          <w:i/>
          <w:iCs/>
          <w:u w:val="single"/>
          <w:lang w:val="es-PR"/>
        </w:rPr>
        <w:t>$4,000.00</w:t>
      </w:r>
    </w:p>
    <w:p w14:paraId="09CA9D33" w14:textId="08F8FD31"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56. Asociación Puertorriqueña </w:t>
      </w:r>
      <w:proofErr w:type="gramStart"/>
      <w:r w:rsidRPr="00654E0B">
        <w:rPr>
          <w:rFonts w:ascii="Book Antiqua" w:hAnsi="Book Antiqua"/>
          <w:i/>
          <w:iCs/>
          <w:u w:val="single"/>
          <w:lang w:val="es-PR"/>
        </w:rPr>
        <w:t>Pro Bienestar</w:t>
      </w:r>
      <w:proofErr w:type="gramEnd"/>
      <w:r w:rsidRPr="00654E0B">
        <w:rPr>
          <w:rFonts w:ascii="Book Antiqua" w:hAnsi="Book Antiqua"/>
          <w:i/>
          <w:iCs/>
          <w:u w:val="single"/>
          <w:lang w:val="es-PR"/>
        </w:rPr>
        <w:t xml:space="preserve"> de las Familias</w:t>
      </w:r>
      <w:r w:rsidR="007B793F" w:rsidRPr="00E84FEC">
        <w:rPr>
          <w:rFonts w:ascii="Book Antiqua" w:hAnsi="Book Antiqua"/>
          <w:i/>
          <w:iCs/>
          <w:u w:val="single"/>
          <w:lang w:val="es-PR"/>
        </w:rPr>
        <w:tab/>
      </w:r>
      <w:r w:rsidRPr="00654E0B">
        <w:rPr>
          <w:rFonts w:ascii="Book Antiqua" w:hAnsi="Book Antiqua"/>
          <w:i/>
          <w:iCs/>
          <w:u w:val="single"/>
          <w:lang w:val="es-PR"/>
        </w:rPr>
        <w:t>$20,000.00</w:t>
      </w:r>
    </w:p>
    <w:p w14:paraId="3CFD7263" w14:textId="19979AE4"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57. Asociación Recreativa de Park </w:t>
      </w:r>
      <w:proofErr w:type="spellStart"/>
      <w:r w:rsidRPr="00654E0B">
        <w:rPr>
          <w:rFonts w:ascii="Book Antiqua" w:hAnsi="Book Antiqua"/>
          <w:i/>
          <w:iCs/>
          <w:u w:val="single"/>
          <w:lang w:val="es-PR"/>
        </w:rPr>
        <w:t>Gardens</w:t>
      </w:r>
      <w:proofErr w:type="spellEnd"/>
      <w:r w:rsidRPr="00654E0B">
        <w:rPr>
          <w:rFonts w:ascii="Book Antiqua" w:hAnsi="Book Antiqua"/>
          <w:i/>
          <w:iCs/>
          <w:u w:val="single"/>
          <w:lang w:val="es-PR"/>
        </w:rPr>
        <w:t xml:space="preserve"> </w:t>
      </w:r>
      <w:r w:rsidR="007B793F" w:rsidRPr="00E84FEC">
        <w:rPr>
          <w:rFonts w:ascii="Book Antiqua" w:hAnsi="Book Antiqua"/>
          <w:i/>
          <w:iCs/>
          <w:u w:val="single"/>
          <w:lang w:val="es-PR"/>
        </w:rPr>
        <w:tab/>
      </w:r>
      <w:r w:rsidRPr="00654E0B">
        <w:rPr>
          <w:rFonts w:ascii="Book Antiqua" w:hAnsi="Book Antiqua"/>
          <w:i/>
          <w:iCs/>
          <w:u w:val="single"/>
          <w:lang w:val="es-PR"/>
        </w:rPr>
        <w:t>$5,500.00</w:t>
      </w:r>
    </w:p>
    <w:p w14:paraId="621A1708" w14:textId="3D1CEC07"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lang w:val="es-PR"/>
        </w:rPr>
        <w:t xml:space="preserve">58. Asociación Recreativa y Cultural de Villa Criollos, Inc. </w:t>
      </w:r>
      <w:r w:rsidR="007B793F" w:rsidRPr="00E84FEC">
        <w:rPr>
          <w:rFonts w:ascii="Book Antiqua" w:hAnsi="Book Antiqua"/>
          <w:i/>
          <w:iCs/>
          <w:u w:val="single"/>
          <w:lang w:val="es-PR"/>
        </w:rPr>
        <w:tab/>
      </w:r>
      <w:r w:rsidRPr="00654E0B">
        <w:rPr>
          <w:rFonts w:ascii="Book Antiqua" w:hAnsi="Book Antiqua"/>
          <w:i/>
          <w:iCs/>
          <w:u w:val="single"/>
        </w:rPr>
        <w:t>$10,000.00</w:t>
      </w:r>
    </w:p>
    <w:p w14:paraId="68679A42" w14:textId="77777777" w:rsidR="007B793F" w:rsidRPr="00E84FEC"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59. Asociación Recreativa y Educativa Comunal del Barrio </w:t>
      </w:r>
    </w:p>
    <w:p w14:paraId="1DF26A4C" w14:textId="3066C100"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Mariana de Humacao</w:t>
      </w:r>
      <w:r w:rsidR="007B793F" w:rsidRPr="00E84FEC">
        <w:rPr>
          <w:rFonts w:ascii="Book Antiqua" w:hAnsi="Book Antiqua"/>
          <w:i/>
          <w:iCs/>
          <w:u w:val="single"/>
          <w:lang w:val="es-PR"/>
        </w:rPr>
        <w:tab/>
      </w:r>
      <w:r w:rsidRPr="00654E0B">
        <w:rPr>
          <w:rFonts w:ascii="Book Antiqua" w:hAnsi="Book Antiqua"/>
          <w:i/>
          <w:iCs/>
          <w:u w:val="single"/>
          <w:lang w:val="es-PR"/>
        </w:rPr>
        <w:t xml:space="preserve"> $3,000.00</w:t>
      </w:r>
    </w:p>
    <w:p w14:paraId="77E497A9" w14:textId="7B6A6E78"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60. Asociación Suzuki de Violín de Puerto Rico </w:t>
      </w:r>
      <w:r w:rsidR="007B793F" w:rsidRPr="00E84FEC">
        <w:rPr>
          <w:rFonts w:ascii="Book Antiqua" w:hAnsi="Book Antiqua"/>
          <w:i/>
          <w:iCs/>
          <w:u w:val="single"/>
          <w:lang w:val="es-PR"/>
        </w:rPr>
        <w:tab/>
      </w:r>
      <w:r w:rsidRPr="00654E0B">
        <w:rPr>
          <w:rFonts w:ascii="Book Antiqua" w:hAnsi="Book Antiqua"/>
          <w:i/>
          <w:iCs/>
          <w:u w:val="single"/>
          <w:lang w:val="es-PR"/>
        </w:rPr>
        <w:t>$3,000.00</w:t>
      </w:r>
    </w:p>
    <w:p w14:paraId="179B1520" w14:textId="107F36EA"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61. Asociación Vaqueras Máster de Puerto Rico </w:t>
      </w:r>
      <w:r w:rsidR="007B793F" w:rsidRPr="00E84FEC">
        <w:rPr>
          <w:rFonts w:ascii="Book Antiqua" w:hAnsi="Book Antiqua"/>
          <w:i/>
          <w:iCs/>
          <w:u w:val="single"/>
          <w:lang w:val="es-PR"/>
        </w:rPr>
        <w:tab/>
      </w:r>
      <w:r w:rsidRPr="00654E0B">
        <w:rPr>
          <w:rFonts w:ascii="Book Antiqua" w:hAnsi="Book Antiqua"/>
          <w:i/>
          <w:iCs/>
          <w:u w:val="single"/>
          <w:lang w:val="es-PR"/>
        </w:rPr>
        <w:t>$3,000.00</w:t>
      </w:r>
    </w:p>
    <w:p w14:paraId="3386214D" w14:textId="36AFC757"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62. Ayuda al </w:t>
      </w:r>
      <w:proofErr w:type="spellStart"/>
      <w:r w:rsidRPr="00654E0B">
        <w:rPr>
          <w:rFonts w:ascii="Book Antiqua" w:hAnsi="Book Antiqua"/>
          <w:i/>
          <w:iCs/>
          <w:u w:val="single"/>
        </w:rPr>
        <w:t>Necesitado</w:t>
      </w:r>
      <w:proofErr w:type="spellEnd"/>
      <w:r w:rsidRPr="00654E0B">
        <w:rPr>
          <w:rFonts w:ascii="Book Antiqua" w:hAnsi="Book Antiqua"/>
          <w:i/>
          <w:iCs/>
          <w:u w:val="single"/>
        </w:rPr>
        <w:t xml:space="preserve">, Inc. </w:t>
      </w:r>
      <w:r w:rsidR="007B793F" w:rsidRPr="00E84FEC">
        <w:rPr>
          <w:rFonts w:ascii="Book Antiqua" w:hAnsi="Book Antiqua"/>
          <w:i/>
          <w:iCs/>
          <w:u w:val="single"/>
        </w:rPr>
        <w:tab/>
      </w:r>
      <w:r w:rsidRPr="00654E0B">
        <w:rPr>
          <w:rFonts w:ascii="Book Antiqua" w:hAnsi="Book Antiqua"/>
          <w:i/>
          <w:iCs/>
          <w:u w:val="single"/>
        </w:rPr>
        <w:t>$9,000.00</w:t>
      </w:r>
    </w:p>
    <w:p w14:paraId="3BB8550C" w14:textId="5E6208C0"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63. </w:t>
      </w:r>
      <w:proofErr w:type="spellStart"/>
      <w:r w:rsidRPr="00654E0B">
        <w:rPr>
          <w:rFonts w:ascii="Book Antiqua" w:hAnsi="Book Antiqua"/>
          <w:i/>
          <w:iCs/>
          <w:u w:val="single"/>
        </w:rPr>
        <w:t>Baloncesto</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en</w:t>
      </w:r>
      <w:proofErr w:type="spellEnd"/>
      <w:r w:rsidRPr="00654E0B">
        <w:rPr>
          <w:rFonts w:ascii="Book Antiqua" w:hAnsi="Book Antiqua"/>
          <w:i/>
          <w:iCs/>
          <w:u w:val="single"/>
        </w:rPr>
        <w:t xml:space="preserve"> Constancia, Inc.</w:t>
      </w:r>
      <w:r w:rsidR="007B793F" w:rsidRPr="00E84FEC">
        <w:rPr>
          <w:rFonts w:ascii="Book Antiqua" w:hAnsi="Book Antiqua"/>
          <w:i/>
          <w:iCs/>
          <w:u w:val="single"/>
        </w:rPr>
        <w:tab/>
      </w:r>
      <w:r w:rsidRPr="00654E0B">
        <w:rPr>
          <w:rFonts w:ascii="Book Antiqua" w:hAnsi="Book Antiqua"/>
          <w:i/>
          <w:iCs/>
          <w:u w:val="single"/>
        </w:rPr>
        <w:t>$5,000.00</w:t>
      </w:r>
    </w:p>
    <w:p w14:paraId="29A3918A" w14:textId="62A71F29"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64. Banco de Alimento Puerto Rico, Inc.</w:t>
      </w:r>
      <w:r w:rsidR="007B793F" w:rsidRPr="00E84FEC">
        <w:rPr>
          <w:rFonts w:ascii="Book Antiqua" w:hAnsi="Book Antiqua"/>
          <w:i/>
          <w:iCs/>
          <w:u w:val="single"/>
        </w:rPr>
        <w:tab/>
      </w:r>
      <w:r w:rsidRPr="00654E0B">
        <w:rPr>
          <w:rFonts w:ascii="Book Antiqua" w:hAnsi="Book Antiqua"/>
          <w:i/>
          <w:iCs/>
          <w:u w:val="single"/>
        </w:rPr>
        <w:t>$125,000.00</w:t>
      </w:r>
    </w:p>
    <w:p w14:paraId="03132F5B" w14:textId="48597456"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 xml:space="preserve">65. Banco de Ojos del </w:t>
      </w:r>
      <w:proofErr w:type="spellStart"/>
      <w:r w:rsidRPr="00654E0B">
        <w:rPr>
          <w:rFonts w:ascii="Book Antiqua" w:hAnsi="Book Antiqua"/>
          <w:i/>
          <w:iCs/>
          <w:u w:val="single"/>
          <w:lang w:val="es-PR"/>
        </w:rPr>
        <w:t>Leonismo</w:t>
      </w:r>
      <w:proofErr w:type="spellEnd"/>
      <w:r w:rsidRPr="00654E0B">
        <w:rPr>
          <w:rFonts w:ascii="Book Antiqua" w:hAnsi="Book Antiqua"/>
          <w:i/>
          <w:iCs/>
          <w:u w:val="single"/>
          <w:lang w:val="es-PR"/>
        </w:rPr>
        <w:t xml:space="preserve"> </w:t>
      </w:r>
      <w:proofErr w:type="gramStart"/>
      <w:r w:rsidRPr="00654E0B">
        <w:rPr>
          <w:rFonts w:ascii="Book Antiqua" w:hAnsi="Book Antiqua"/>
          <w:i/>
          <w:iCs/>
          <w:u w:val="single"/>
          <w:lang w:val="es-PR"/>
        </w:rPr>
        <w:t>Puertorriqueño</w:t>
      </w:r>
      <w:proofErr w:type="gramEnd"/>
      <w:r w:rsidRPr="00654E0B">
        <w:rPr>
          <w:rFonts w:ascii="Book Antiqua" w:hAnsi="Book Antiqua"/>
          <w:i/>
          <w:iCs/>
          <w:u w:val="single"/>
          <w:lang w:val="es-PR"/>
        </w:rPr>
        <w:t xml:space="preserve"> </w:t>
      </w:r>
      <w:r w:rsidR="007B793F" w:rsidRPr="00E84FEC">
        <w:rPr>
          <w:rFonts w:ascii="Book Antiqua" w:hAnsi="Book Antiqua"/>
          <w:i/>
          <w:iCs/>
          <w:u w:val="single"/>
          <w:lang w:val="es-PR"/>
        </w:rPr>
        <w:tab/>
      </w:r>
      <w:r w:rsidRPr="00654E0B">
        <w:rPr>
          <w:rFonts w:ascii="Book Antiqua" w:hAnsi="Book Antiqua"/>
          <w:i/>
          <w:iCs/>
          <w:u w:val="single"/>
          <w:lang w:val="es-PR"/>
        </w:rPr>
        <w:t>$26,750.00</w:t>
      </w:r>
    </w:p>
    <w:p w14:paraId="120C6FD5" w14:textId="2A54D46F"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66. Banda </w:t>
      </w:r>
      <w:proofErr w:type="spellStart"/>
      <w:r w:rsidRPr="00654E0B">
        <w:rPr>
          <w:rFonts w:ascii="Book Antiqua" w:hAnsi="Book Antiqua"/>
          <w:i/>
          <w:iCs/>
          <w:u w:val="single"/>
        </w:rPr>
        <w:t>Comunitaria</w:t>
      </w:r>
      <w:proofErr w:type="spellEnd"/>
      <w:r w:rsidRPr="00654E0B">
        <w:rPr>
          <w:rFonts w:ascii="Book Antiqua" w:hAnsi="Book Antiqua"/>
          <w:i/>
          <w:iCs/>
          <w:u w:val="single"/>
        </w:rPr>
        <w:t xml:space="preserve"> de San Sebastián</w:t>
      </w:r>
      <w:r w:rsidR="007B793F" w:rsidRPr="00E84FEC">
        <w:rPr>
          <w:rFonts w:ascii="Book Antiqua" w:hAnsi="Book Antiqua"/>
          <w:i/>
          <w:iCs/>
          <w:u w:val="single"/>
        </w:rPr>
        <w:tab/>
      </w:r>
      <w:r w:rsidRPr="00654E0B">
        <w:rPr>
          <w:rFonts w:ascii="Book Antiqua" w:hAnsi="Book Antiqua"/>
          <w:i/>
          <w:iCs/>
          <w:u w:val="single"/>
        </w:rPr>
        <w:t>$7,000.00</w:t>
      </w:r>
    </w:p>
    <w:p w14:paraId="022AF396" w14:textId="591CB8CE"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67. Banda de </w:t>
      </w:r>
      <w:proofErr w:type="spellStart"/>
      <w:r w:rsidRPr="00654E0B">
        <w:rPr>
          <w:rFonts w:ascii="Book Antiqua" w:hAnsi="Book Antiqua"/>
          <w:i/>
          <w:iCs/>
          <w:u w:val="single"/>
        </w:rPr>
        <w:t>Guayanilla</w:t>
      </w:r>
      <w:proofErr w:type="spellEnd"/>
      <w:r w:rsidRPr="00654E0B">
        <w:rPr>
          <w:rFonts w:ascii="Book Antiqua" w:hAnsi="Book Antiqua"/>
          <w:i/>
          <w:iCs/>
          <w:u w:val="single"/>
        </w:rPr>
        <w:t>, Inc.</w:t>
      </w:r>
      <w:r w:rsidR="007B793F" w:rsidRPr="00E84FEC">
        <w:rPr>
          <w:rFonts w:ascii="Book Antiqua" w:hAnsi="Book Antiqua"/>
          <w:i/>
          <w:iCs/>
          <w:u w:val="single"/>
        </w:rPr>
        <w:tab/>
      </w:r>
      <w:r w:rsidRPr="00654E0B">
        <w:rPr>
          <w:rFonts w:ascii="Book Antiqua" w:hAnsi="Book Antiqua"/>
          <w:i/>
          <w:iCs/>
          <w:u w:val="single"/>
        </w:rPr>
        <w:t>$15,000.00</w:t>
      </w:r>
    </w:p>
    <w:p w14:paraId="44CF6442" w14:textId="4BEB73B9"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 xml:space="preserve">68. Bejuco L.L.C </w:t>
      </w:r>
      <w:r w:rsidR="007B793F" w:rsidRPr="00E84FEC">
        <w:rPr>
          <w:rFonts w:ascii="Book Antiqua" w:hAnsi="Book Antiqua"/>
          <w:i/>
          <w:iCs/>
          <w:u w:val="single"/>
        </w:rPr>
        <w:tab/>
      </w:r>
      <w:r w:rsidRPr="00654E0B">
        <w:rPr>
          <w:rFonts w:ascii="Book Antiqua" w:hAnsi="Book Antiqua"/>
          <w:i/>
          <w:iCs/>
          <w:u w:val="single"/>
        </w:rPr>
        <w:t>$3,000.00</w:t>
      </w:r>
    </w:p>
    <w:p w14:paraId="63461C9B" w14:textId="297D6DD6"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69. Bill's Kitchen, Inc.</w:t>
      </w:r>
      <w:r w:rsidR="007B793F" w:rsidRPr="00E84FEC">
        <w:rPr>
          <w:rFonts w:ascii="Book Antiqua" w:hAnsi="Book Antiqua"/>
          <w:i/>
          <w:iCs/>
          <w:u w:val="single"/>
        </w:rPr>
        <w:tab/>
      </w:r>
      <w:r w:rsidRPr="00654E0B">
        <w:rPr>
          <w:rFonts w:ascii="Book Antiqua" w:hAnsi="Book Antiqua"/>
          <w:i/>
          <w:iCs/>
          <w:u w:val="single"/>
        </w:rPr>
        <w:t>$25,000.00</w:t>
      </w:r>
    </w:p>
    <w:p w14:paraId="13C454FB" w14:textId="3AE99577" w:rsidR="00B42AC6" w:rsidRPr="00E84FEC" w:rsidRDefault="00B42AC6" w:rsidP="003659B9">
      <w:pPr>
        <w:tabs>
          <w:tab w:val="decimal" w:pos="8280"/>
        </w:tabs>
        <w:rPr>
          <w:rFonts w:ascii="Book Antiqua" w:hAnsi="Book Antiqua"/>
          <w:i/>
          <w:iCs/>
          <w:u w:val="single"/>
        </w:rPr>
      </w:pPr>
      <w:r w:rsidRPr="00654E0B">
        <w:rPr>
          <w:rFonts w:ascii="Book Antiqua" w:hAnsi="Book Antiqua"/>
          <w:i/>
          <w:iCs/>
          <w:u w:val="single"/>
        </w:rPr>
        <w:t>70. Boys and Girls Club, Inc.</w:t>
      </w:r>
      <w:r w:rsidR="007B793F" w:rsidRPr="00E84FEC">
        <w:rPr>
          <w:rFonts w:ascii="Book Antiqua" w:hAnsi="Book Antiqua"/>
          <w:i/>
          <w:iCs/>
          <w:u w:val="single"/>
        </w:rPr>
        <w:tab/>
      </w:r>
      <w:r w:rsidRPr="00654E0B">
        <w:rPr>
          <w:rFonts w:ascii="Book Antiqua" w:hAnsi="Book Antiqua"/>
          <w:i/>
          <w:iCs/>
          <w:u w:val="single"/>
        </w:rPr>
        <w:t>$200,000.00</w:t>
      </w:r>
    </w:p>
    <w:p w14:paraId="6DFCDF85" w14:textId="5FB63551"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71</w:t>
      </w:r>
      <w:r w:rsidRPr="00E84FEC">
        <w:rPr>
          <w:rFonts w:ascii="Book Antiqua" w:hAnsi="Book Antiqua"/>
          <w:i/>
          <w:iCs/>
          <w:u w:val="single"/>
        </w:rPr>
        <w:t xml:space="preserve">. </w:t>
      </w:r>
      <w:r w:rsidRPr="00654E0B">
        <w:rPr>
          <w:rFonts w:ascii="Book Antiqua" w:hAnsi="Book Antiqua"/>
          <w:i/>
          <w:iCs/>
          <w:u w:val="single"/>
        </w:rPr>
        <w:t>Branch Consulting Group Corporation</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3,000.00</w:t>
      </w:r>
    </w:p>
    <w:p w14:paraId="1917F651" w14:textId="6C2850FF"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72</w:t>
      </w:r>
      <w:r w:rsidRPr="00E84FEC">
        <w:rPr>
          <w:rFonts w:ascii="Book Antiqua" w:hAnsi="Book Antiqua"/>
          <w:i/>
          <w:iCs/>
          <w:u w:val="single"/>
        </w:rPr>
        <w:t xml:space="preserve">. </w:t>
      </w:r>
      <w:proofErr w:type="spellStart"/>
      <w:r w:rsidRPr="00654E0B">
        <w:rPr>
          <w:rFonts w:ascii="Book Antiqua" w:hAnsi="Book Antiqua"/>
          <w:i/>
          <w:iCs/>
          <w:u w:val="single"/>
        </w:rPr>
        <w:t>Brodway</w:t>
      </w:r>
      <w:proofErr w:type="spellEnd"/>
      <w:r w:rsidRPr="00654E0B">
        <w:rPr>
          <w:rFonts w:ascii="Book Antiqua" w:hAnsi="Book Antiqua"/>
          <w:i/>
          <w:iCs/>
          <w:u w:val="single"/>
        </w:rPr>
        <w:t xml:space="preserve"> Illusions, Inc.</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3,000.00</w:t>
      </w:r>
    </w:p>
    <w:p w14:paraId="475144C9" w14:textId="61B8280B"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73</w:t>
      </w:r>
      <w:r w:rsidRPr="00E84FEC">
        <w:rPr>
          <w:rFonts w:ascii="Book Antiqua" w:hAnsi="Book Antiqua"/>
          <w:i/>
          <w:iCs/>
          <w:u w:val="single"/>
        </w:rPr>
        <w:t xml:space="preserve">. </w:t>
      </w:r>
      <w:proofErr w:type="spellStart"/>
      <w:r w:rsidRPr="00654E0B">
        <w:rPr>
          <w:rFonts w:ascii="Book Antiqua" w:hAnsi="Book Antiqua"/>
          <w:i/>
          <w:iCs/>
          <w:u w:val="single"/>
        </w:rPr>
        <w:t>Bucaneras</w:t>
      </w:r>
      <w:proofErr w:type="spellEnd"/>
      <w:r w:rsidRPr="00654E0B">
        <w:rPr>
          <w:rFonts w:ascii="Book Antiqua" w:hAnsi="Book Antiqua"/>
          <w:i/>
          <w:iCs/>
          <w:u w:val="single"/>
        </w:rPr>
        <w:t xml:space="preserve"> AVC Corp</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10,000.00</w:t>
      </w:r>
    </w:p>
    <w:p w14:paraId="13C8B82D" w14:textId="70E50CED"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rPr>
        <w:t>74</w:t>
      </w:r>
      <w:r w:rsidRPr="00E84FEC">
        <w:rPr>
          <w:rFonts w:ascii="Book Antiqua" w:hAnsi="Book Antiqua"/>
          <w:i/>
          <w:iCs/>
          <w:u w:val="single"/>
        </w:rPr>
        <w:t xml:space="preserve">. </w:t>
      </w:r>
      <w:r w:rsidRPr="00654E0B">
        <w:rPr>
          <w:rFonts w:ascii="Book Antiqua" w:hAnsi="Book Antiqua"/>
          <w:i/>
          <w:iCs/>
          <w:u w:val="single"/>
        </w:rPr>
        <w:t>Camuy Beach Club Inc.</w:t>
      </w:r>
      <w:r w:rsidRPr="00654E0B">
        <w:rPr>
          <w:rFonts w:ascii="Book Antiqua" w:hAnsi="Book Antiqua"/>
          <w:i/>
          <w:iCs/>
          <w:u w:val="single"/>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3,000.00</w:t>
      </w:r>
    </w:p>
    <w:p w14:paraId="164E5212" w14:textId="1E2DE59F"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lang w:val="es-PR"/>
        </w:rPr>
        <w:t>75</w:t>
      </w:r>
      <w:r w:rsidRPr="00E84FEC">
        <w:rPr>
          <w:rFonts w:ascii="Book Antiqua" w:hAnsi="Book Antiqua"/>
          <w:i/>
          <w:iCs/>
          <w:u w:val="single"/>
          <w:lang w:val="es-PR"/>
        </w:rPr>
        <w:t xml:space="preserve">. </w:t>
      </w:r>
      <w:r w:rsidRPr="00654E0B">
        <w:rPr>
          <w:rFonts w:ascii="Book Antiqua" w:hAnsi="Book Antiqua"/>
          <w:i/>
          <w:iCs/>
          <w:u w:val="single"/>
          <w:lang w:val="es-PR"/>
        </w:rPr>
        <w:t xml:space="preserve">Caney de la Fama, la Cultura y Deporte </w:t>
      </w:r>
      <w:proofErr w:type="spellStart"/>
      <w:r w:rsidRPr="00654E0B">
        <w:rPr>
          <w:rFonts w:ascii="Book Antiqua" w:hAnsi="Book Antiqua"/>
          <w:i/>
          <w:iCs/>
          <w:u w:val="single"/>
          <w:lang w:val="es-PR"/>
        </w:rPr>
        <w:t>Salinense</w:t>
      </w:r>
      <w:proofErr w:type="spellEnd"/>
      <w:r w:rsidRPr="00654E0B">
        <w:rPr>
          <w:rFonts w:ascii="Book Antiqua" w:hAnsi="Book Antiqua"/>
          <w:i/>
          <w:iCs/>
          <w:u w:val="single"/>
          <w:lang w:val="es-PR"/>
        </w:rPr>
        <w:t>, Inc.</w:t>
      </w:r>
      <w:r w:rsidRPr="00654E0B">
        <w:rPr>
          <w:rFonts w:ascii="Book Antiqua" w:hAnsi="Book Antiqua"/>
          <w:i/>
          <w:iCs/>
          <w:u w:val="single"/>
          <w:lang w:val="es-PR"/>
        </w:rPr>
        <w:tab/>
        <w:t xml:space="preserve"> </w:t>
      </w:r>
      <w:r w:rsidR="007B793F" w:rsidRPr="00E84FEC">
        <w:rPr>
          <w:rFonts w:ascii="Book Antiqua" w:hAnsi="Book Antiqua"/>
          <w:i/>
          <w:iCs/>
          <w:u w:val="single"/>
        </w:rPr>
        <w:t>$</w:t>
      </w:r>
      <w:r w:rsidRPr="00654E0B">
        <w:rPr>
          <w:rFonts w:ascii="Book Antiqua" w:hAnsi="Book Antiqua"/>
          <w:i/>
          <w:iCs/>
          <w:u w:val="single"/>
        </w:rPr>
        <w:t>5,000.00</w:t>
      </w:r>
    </w:p>
    <w:p w14:paraId="55AF2719" w14:textId="61CED29C"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76</w:t>
      </w:r>
      <w:r w:rsidRPr="00E84FEC">
        <w:rPr>
          <w:rFonts w:ascii="Book Antiqua" w:hAnsi="Book Antiqua"/>
          <w:i/>
          <w:iCs/>
          <w:u w:val="single"/>
        </w:rPr>
        <w:t xml:space="preserve">. </w:t>
      </w:r>
      <w:r w:rsidRPr="00654E0B">
        <w:rPr>
          <w:rFonts w:ascii="Book Antiqua" w:hAnsi="Book Antiqua"/>
          <w:i/>
          <w:iCs/>
          <w:u w:val="single"/>
        </w:rPr>
        <w:t>CANII</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50,000.00</w:t>
      </w:r>
    </w:p>
    <w:p w14:paraId="3B7BCA84" w14:textId="5672A04F"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77</w:t>
      </w:r>
      <w:r w:rsidRPr="00E84FEC">
        <w:rPr>
          <w:rFonts w:ascii="Book Antiqua" w:hAnsi="Book Antiqua"/>
          <w:i/>
          <w:iCs/>
          <w:u w:val="single"/>
        </w:rPr>
        <w:t xml:space="preserve">. </w:t>
      </w:r>
      <w:r w:rsidRPr="00654E0B">
        <w:rPr>
          <w:rFonts w:ascii="Book Antiqua" w:hAnsi="Book Antiqua"/>
          <w:i/>
          <w:iCs/>
          <w:u w:val="single"/>
        </w:rPr>
        <w:t>Caras of the Americas</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10,000.00</w:t>
      </w:r>
    </w:p>
    <w:p w14:paraId="1714FB07" w14:textId="067CD749"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78</w:t>
      </w:r>
      <w:r w:rsidRPr="00E84FEC">
        <w:rPr>
          <w:rFonts w:ascii="Book Antiqua" w:hAnsi="Book Antiqua"/>
          <w:i/>
          <w:iCs/>
          <w:u w:val="single"/>
        </w:rPr>
        <w:t xml:space="preserve">. </w:t>
      </w:r>
      <w:r w:rsidRPr="00654E0B">
        <w:rPr>
          <w:rFonts w:ascii="Book Antiqua" w:hAnsi="Book Antiqua"/>
          <w:i/>
          <w:iCs/>
          <w:u w:val="single"/>
        </w:rPr>
        <w:t>Caribbean K9 &amp; Rescue Diver Team</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14,400.00</w:t>
      </w:r>
    </w:p>
    <w:p w14:paraId="1AEF038D" w14:textId="7C1B509E" w:rsidR="00B42AC6" w:rsidRPr="00654E0B" w:rsidRDefault="00B42AC6" w:rsidP="003659B9">
      <w:pPr>
        <w:tabs>
          <w:tab w:val="decimal" w:pos="8280"/>
        </w:tabs>
        <w:rPr>
          <w:rFonts w:ascii="Book Antiqua" w:hAnsi="Book Antiqua"/>
          <w:i/>
          <w:iCs/>
          <w:u w:val="single"/>
        </w:rPr>
      </w:pPr>
      <w:r w:rsidRPr="00654E0B">
        <w:rPr>
          <w:rFonts w:ascii="Book Antiqua" w:hAnsi="Book Antiqua"/>
          <w:i/>
          <w:iCs/>
          <w:u w:val="single"/>
        </w:rPr>
        <w:t>79</w:t>
      </w:r>
      <w:r w:rsidRPr="00E84FEC">
        <w:rPr>
          <w:rFonts w:ascii="Book Antiqua" w:hAnsi="Book Antiqua"/>
          <w:i/>
          <w:iCs/>
          <w:u w:val="single"/>
        </w:rPr>
        <w:t xml:space="preserve">. </w:t>
      </w:r>
      <w:r w:rsidRPr="00654E0B">
        <w:rPr>
          <w:rFonts w:ascii="Book Antiqua" w:hAnsi="Book Antiqua"/>
          <w:i/>
          <w:iCs/>
          <w:u w:val="single"/>
        </w:rPr>
        <w:t>Caribbean S.E.A. Softball, Inc.</w:t>
      </w:r>
      <w:r w:rsidRPr="00654E0B">
        <w:rPr>
          <w:rFonts w:ascii="Book Antiqua" w:hAnsi="Book Antiqua"/>
          <w:i/>
          <w:iCs/>
          <w:u w:val="single"/>
        </w:rPr>
        <w:tab/>
        <w:t xml:space="preserve"> </w:t>
      </w:r>
      <w:r w:rsidR="007B793F" w:rsidRPr="00E84FEC">
        <w:rPr>
          <w:rFonts w:ascii="Book Antiqua" w:hAnsi="Book Antiqua"/>
          <w:i/>
          <w:iCs/>
          <w:u w:val="single"/>
        </w:rPr>
        <w:t>$</w:t>
      </w:r>
      <w:r w:rsidRPr="00654E0B">
        <w:rPr>
          <w:rFonts w:ascii="Book Antiqua" w:hAnsi="Book Antiqua"/>
          <w:i/>
          <w:iCs/>
          <w:u w:val="single"/>
        </w:rPr>
        <w:t>15,000.00</w:t>
      </w:r>
    </w:p>
    <w:p w14:paraId="5E68010D" w14:textId="7BEEFAB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rPr>
        <w:t>80</w:t>
      </w:r>
      <w:r w:rsidRPr="00E84FEC">
        <w:rPr>
          <w:rFonts w:ascii="Book Antiqua" w:hAnsi="Book Antiqua"/>
          <w:i/>
          <w:iCs/>
          <w:u w:val="single"/>
        </w:rPr>
        <w:t xml:space="preserve">. </w:t>
      </w:r>
      <w:proofErr w:type="spellStart"/>
      <w:r w:rsidRPr="00654E0B">
        <w:rPr>
          <w:rFonts w:ascii="Book Antiqua" w:hAnsi="Book Antiqua"/>
          <w:i/>
          <w:iCs/>
          <w:u w:val="single"/>
        </w:rPr>
        <w:t>Carribean</w:t>
      </w:r>
      <w:proofErr w:type="spellEnd"/>
      <w:r w:rsidRPr="00654E0B">
        <w:rPr>
          <w:rFonts w:ascii="Book Antiqua" w:hAnsi="Book Antiqua"/>
          <w:i/>
          <w:iCs/>
          <w:u w:val="single"/>
        </w:rPr>
        <w:t xml:space="preserve"> </w:t>
      </w:r>
      <w:proofErr w:type="spellStart"/>
      <w:r w:rsidRPr="00654E0B">
        <w:rPr>
          <w:rFonts w:ascii="Book Antiqua" w:hAnsi="Book Antiqua"/>
          <w:i/>
          <w:iCs/>
          <w:u w:val="single"/>
        </w:rPr>
        <w:t>Thorougn</w:t>
      </w:r>
      <w:proofErr w:type="spellEnd"/>
      <w:r w:rsidRPr="00654E0B">
        <w:rPr>
          <w:rFonts w:ascii="Book Antiqua" w:hAnsi="Book Antiqua"/>
          <w:i/>
          <w:iCs/>
          <w:u w:val="single"/>
        </w:rPr>
        <w:t xml:space="preserve"> Bred After Care, Inc.</w:t>
      </w:r>
      <w:r w:rsidRPr="00654E0B">
        <w:rPr>
          <w:rFonts w:ascii="Book Antiqua" w:hAnsi="Book Antiqua"/>
          <w:i/>
          <w:iCs/>
          <w:u w:val="single"/>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15,000.00</w:t>
      </w:r>
    </w:p>
    <w:p w14:paraId="56FD3ED7" w14:textId="478C4D26"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81</w:t>
      </w:r>
      <w:r w:rsidRPr="00E84FEC">
        <w:rPr>
          <w:rFonts w:ascii="Book Antiqua" w:hAnsi="Book Antiqua"/>
          <w:i/>
          <w:iCs/>
          <w:u w:val="single"/>
          <w:lang w:val="es-PR"/>
        </w:rPr>
        <w:t xml:space="preserve">. </w:t>
      </w:r>
      <w:r w:rsidRPr="00654E0B">
        <w:rPr>
          <w:rFonts w:ascii="Book Antiqua" w:hAnsi="Book Antiqua"/>
          <w:i/>
          <w:iCs/>
          <w:u w:val="single"/>
          <w:lang w:val="es-PR"/>
        </w:rPr>
        <w:t>Caritas de PR, Inc.</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75,000.00</w:t>
      </w:r>
    </w:p>
    <w:p w14:paraId="4C60A641" w14:textId="1A158B43"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82</w:t>
      </w:r>
      <w:r w:rsidRPr="00E84FEC">
        <w:rPr>
          <w:rFonts w:ascii="Book Antiqua" w:hAnsi="Book Antiqua"/>
          <w:i/>
          <w:iCs/>
          <w:u w:val="single"/>
          <w:lang w:val="es-PR"/>
        </w:rPr>
        <w:t xml:space="preserve">. </w:t>
      </w:r>
      <w:r w:rsidRPr="00654E0B">
        <w:rPr>
          <w:rFonts w:ascii="Book Antiqua" w:hAnsi="Book Antiqua"/>
          <w:i/>
          <w:iCs/>
          <w:u w:val="single"/>
          <w:lang w:val="es-PR"/>
        </w:rPr>
        <w:t>Cáritas Diócesis de Mayagüez</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10,000.00</w:t>
      </w:r>
    </w:p>
    <w:p w14:paraId="32D6F7E3" w14:textId="6C789367"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83</w:t>
      </w:r>
      <w:r w:rsidRPr="00E84FEC">
        <w:rPr>
          <w:rFonts w:ascii="Book Antiqua" w:hAnsi="Book Antiqua"/>
          <w:i/>
          <w:iCs/>
          <w:u w:val="single"/>
          <w:lang w:val="es-PR"/>
        </w:rPr>
        <w:t xml:space="preserve">. </w:t>
      </w:r>
      <w:r w:rsidRPr="00654E0B">
        <w:rPr>
          <w:rFonts w:ascii="Book Antiqua" w:hAnsi="Book Antiqua"/>
          <w:i/>
          <w:iCs/>
          <w:u w:val="single"/>
          <w:lang w:val="es-PR"/>
        </w:rPr>
        <w:t xml:space="preserve">Carlos </w:t>
      </w:r>
      <w:proofErr w:type="spellStart"/>
      <w:r w:rsidRPr="00654E0B">
        <w:rPr>
          <w:rFonts w:ascii="Book Antiqua" w:hAnsi="Book Antiqua"/>
          <w:i/>
          <w:iCs/>
          <w:u w:val="single"/>
          <w:lang w:val="es-PR"/>
        </w:rPr>
        <w:t>Beltran</w:t>
      </w:r>
      <w:proofErr w:type="spellEnd"/>
      <w:r w:rsidRPr="00654E0B">
        <w:rPr>
          <w:rFonts w:ascii="Book Antiqua" w:hAnsi="Book Antiqua"/>
          <w:i/>
          <w:iCs/>
          <w:u w:val="single"/>
          <w:lang w:val="es-PR"/>
        </w:rPr>
        <w:t xml:space="preserve"> </w:t>
      </w:r>
      <w:proofErr w:type="gramStart"/>
      <w:r w:rsidRPr="00654E0B">
        <w:rPr>
          <w:rFonts w:ascii="Book Antiqua" w:hAnsi="Book Antiqua"/>
          <w:i/>
          <w:iCs/>
          <w:u w:val="single"/>
          <w:lang w:val="es-PR"/>
        </w:rPr>
        <w:t>Baseball</w:t>
      </w:r>
      <w:proofErr w:type="gramEnd"/>
      <w:r w:rsidRPr="00654E0B">
        <w:rPr>
          <w:rFonts w:ascii="Book Antiqua" w:hAnsi="Book Antiqua"/>
          <w:i/>
          <w:iCs/>
          <w:u w:val="single"/>
          <w:lang w:val="es-PR"/>
        </w:rPr>
        <w:t xml:space="preserve"> </w:t>
      </w:r>
      <w:proofErr w:type="spellStart"/>
      <w:r w:rsidRPr="00654E0B">
        <w:rPr>
          <w:rFonts w:ascii="Book Antiqua" w:hAnsi="Book Antiqua"/>
          <w:i/>
          <w:iCs/>
          <w:u w:val="single"/>
          <w:lang w:val="es-PR"/>
        </w:rPr>
        <w:t>Academy</w:t>
      </w:r>
      <w:proofErr w:type="spellEnd"/>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225,000.00</w:t>
      </w:r>
    </w:p>
    <w:p w14:paraId="7BF084FF" w14:textId="68BBC622"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84</w:t>
      </w:r>
      <w:r w:rsidRPr="00E84FEC">
        <w:rPr>
          <w:rFonts w:ascii="Book Antiqua" w:hAnsi="Book Antiqua"/>
          <w:i/>
          <w:iCs/>
          <w:u w:val="single"/>
          <w:lang w:val="es-PR"/>
        </w:rPr>
        <w:t xml:space="preserve">. </w:t>
      </w:r>
      <w:r w:rsidRPr="00654E0B">
        <w:rPr>
          <w:rFonts w:ascii="Book Antiqua" w:hAnsi="Book Antiqua"/>
          <w:i/>
          <w:iCs/>
          <w:u w:val="single"/>
          <w:lang w:val="es-PR"/>
        </w:rPr>
        <w:t xml:space="preserve">Carnaval </w:t>
      </w:r>
      <w:proofErr w:type="spellStart"/>
      <w:r w:rsidRPr="00654E0B">
        <w:rPr>
          <w:rFonts w:ascii="Book Antiqua" w:hAnsi="Book Antiqua"/>
          <w:i/>
          <w:iCs/>
          <w:u w:val="single"/>
          <w:lang w:val="es-PR"/>
        </w:rPr>
        <w:t>Vegalteño</w:t>
      </w:r>
      <w:proofErr w:type="spellEnd"/>
      <w:r w:rsidRPr="00654E0B">
        <w:rPr>
          <w:rFonts w:ascii="Book Antiqua" w:hAnsi="Book Antiqua"/>
          <w:i/>
          <w:iCs/>
          <w:u w:val="single"/>
          <w:lang w:val="es-PR"/>
        </w:rPr>
        <w:t xml:space="preserve">, Inc. </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5,000.00</w:t>
      </w:r>
    </w:p>
    <w:p w14:paraId="552B1A0E" w14:textId="06ACFFF7"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85</w:t>
      </w:r>
      <w:r w:rsidRPr="00E84FEC">
        <w:rPr>
          <w:rFonts w:ascii="Book Antiqua" w:hAnsi="Book Antiqua"/>
          <w:i/>
          <w:iCs/>
          <w:u w:val="single"/>
          <w:lang w:val="es-PR"/>
        </w:rPr>
        <w:t xml:space="preserve">. </w:t>
      </w:r>
      <w:r w:rsidRPr="00654E0B">
        <w:rPr>
          <w:rFonts w:ascii="Book Antiqua" w:hAnsi="Book Antiqua"/>
          <w:i/>
          <w:iCs/>
          <w:u w:val="single"/>
          <w:lang w:val="es-PR"/>
        </w:rPr>
        <w:t>Carrusel en la Sebastiana, Corp.</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30,000.00</w:t>
      </w:r>
    </w:p>
    <w:p w14:paraId="719368D2" w14:textId="35E452A4"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86</w:t>
      </w:r>
      <w:r w:rsidRPr="00E84FEC">
        <w:rPr>
          <w:rFonts w:ascii="Book Antiqua" w:hAnsi="Book Antiqua"/>
          <w:i/>
          <w:iCs/>
          <w:u w:val="single"/>
          <w:lang w:val="es-PR"/>
        </w:rPr>
        <w:t xml:space="preserve">. </w:t>
      </w:r>
      <w:r w:rsidRPr="00654E0B">
        <w:rPr>
          <w:rFonts w:ascii="Book Antiqua" w:hAnsi="Book Antiqua"/>
          <w:i/>
          <w:iCs/>
          <w:u w:val="single"/>
          <w:lang w:val="es-PR"/>
        </w:rPr>
        <w:t>Casa de la Bondad</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30,000.00</w:t>
      </w:r>
    </w:p>
    <w:p w14:paraId="3F29230C" w14:textId="134321FE"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87</w:t>
      </w:r>
      <w:r w:rsidRPr="00E84FEC">
        <w:rPr>
          <w:rFonts w:ascii="Book Antiqua" w:hAnsi="Book Antiqua"/>
          <w:i/>
          <w:iCs/>
          <w:u w:val="single"/>
          <w:lang w:val="es-PR"/>
        </w:rPr>
        <w:t xml:space="preserve">. </w:t>
      </w:r>
      <w:r w:rsidRPr="00654E0B">
        <w:rPr>
          <w:rFonts w:ascii="Book Antiqua" w:hAnsi="Book Antiqua"/>
          <w:i/>
          <w:iCs/>
          <w:u w:val="single"/>
          <w:lang w:val="es-PR"/>
        </w:rPr>
        <w:t>Casa de Niños Manuel Fernández Juncos, Inc.</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170,000.00</w:t>
      </w:r>
    </w:p>
    <w:p w14:paraId="2832466C" w14:textId="117BBA8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88</w:t>
      </w:r>
      <w:r w:rsidRPr="00E84FEC">
        <w:rPr>
          <w:rFonts w:ascii="Book Antiqua" w:hAnsi="Book Antiqua"/>
          <w:i/>
          <w:iCs/>
          <w:u w:val="single"/>
          <w:lang w:val="es-PR"/>
        </w:rPr>
        <w:t xml:space="preserve">. </w:t>
      </w:r>
      <w:r w:rsidRPr="00654E0B">
        <w:rPr>
          <w:rFonts w:ascii="Book Antiqua" w:hAnsi="Book Antiqua"/>
          <w:i/>
          <w:iCs/>
          <w:u w:val="single"/>
          <w:lang w:val="es-PR"/>
        </w:rPr>
        <w:t>Ca</w:t>
      </w:r>
      <w:r w:rsidRPr="00E84FEC">
        <w:rPr>
          <w:rFonts w:ascii="Book Antiqua" w:hAnsi="Book Antiqua"/>
          <w:i/>
          <w:iCs/>
          <w:u w:val="single"/>
          <w:lang w:val="es-PR"/>
        </w:rPr>
        <w:t>s</w:t>
      </w:r>
      <w:r w:rsidRPr="00654E0B">
        <w:rPr>
          <w:rFonts w:ascii="Book Antiqua" w:hAnsi="Book Antiqua"/>
          <w:i/>
          <w:iCs/>
          <w:u w:val="single"/>
          <w:lang w:val="es-PR"/>
        </w:rPr>
        <w:t>a de Transformación y Restauración Familiar, Inc.</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10,000.00</w:t>
      </w:r>
    </w:p>
    <w:p w14:paraId="2BC46684" w14:textId="52AFC228"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89</w:t>
      </w:r>
      <w:r w:rsidRPr="00E84FEC">
        <w:rPr>
          <w:rFonts w:ascii="Book Antiqua" w:hAnsi="Book Antiqua"/>
          <w:i/>
          <w:iCs/>
          <w:u w:val="single"/>
          <w:lang w:val="es-PR"/>
        </w:rPr>
        <w:t xml:space="preserve">. </w:t>
      </w:r>
      <w:r w:rsidRPr="00654E0B">
        <w:rPr>
          <w:rFonts w:ascii="Book Antiqua" w:hAnsi="Book Antiqua"/>
          <w:i/>
          <w:iCs/>
          <w:u w:val="single"/>
          <w:lang w:val="es-PR"/>
        </w:rPr>
        <w:t>Casa del Peregrino Aguadilla, Inc.</w:t>
      </w:r>
      <w:r w:rsidRPr="00654E0B">
        <w:rPr>
          <w:rFonts w:ascii="Book Antiqua" w:hAnsi="Book Antiqua"/>
          <w:i/>
          <w:iCs/>
          <w:u w:val="single"/>
          <w:lang w:val="es-PR"/>
        </w:rPr>
        <w:tab/>
        <w:t xml:space="preserve"> </w:t>
      </w:r>
      <w:r w:rsidR="007B793F" w:rsidRPr="00E84FEC">
        <w:rPr>
          <w:rFonts w:ascii="Book Antiqua" w:hAnsi="Book Antiqua"/>
          <w:i/>
          <w:iCs/>
          <w:u w:val="single"/>
          <w:lang w:val="es-PR"/>
        </w:rPr>
        <w:t>$</w:t>
      </w:r>
      <w:r w:rsidRPr="00654E0B">
        <w:rPr>
          <w:rFonts w:ascii="Book Antiqua" w:hAnsi="Book Antiqua"/>
          <w:i/>
          <w:iCs/>
          <w:u w:val="single"/>
          <w:lang w:val="es-PR"/>
        </w:rPr>
        <w:t>7,000.00</w:t>
      </w:r>
    </w:p>
    <w:p w14:paraId="289DA228" w14:textId="3DEAAC7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90</w:t>
      </w:r>
      <w:r w:rsidRPr="00E84FEC">
        <w:rPr>
          <w:rFonts w:ascii="Book Antiqua" w:hAnsi="Book Antiqua"/>
          <w:i/>
          <w:iCs/>
          <w:u w:val="single"/>
          <w:lang w:val="es-PR"/>
        </w:rPr>
        <w:t xml:space="preserve">. </w:t>
      </w:r>
      <w:r w:rsidRPr="00654E0B">
        <w:rPr>
          <w:rFonts w:ascii="Book Antiqua" w:hAnsi="Book Antiqua"/>
          <w:i/>
          <w:iCs/>
          <w:u w:val="single"/>
          <w:lang w:val="es-PR"/>
        </w:rPr>
        <w:t>Casa Joven del Caribe,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18,000.00</w:t>
      </w:r>
    </w:p>
    <w:p w14:paraId="4262A7F5" w14:textId="6EE77E8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91</w:t>
      </w:r>
      <w:r w:rsidRPr="00E84FEC">
        <w:rPr>
          <w:rFonts w:ascii="Book Antiqua" w:hAnsi="Book Antiqua"/>
          <w:i/>
          <w:iCs/>
          <w:u w:val="single"/>
          <w:lang w:val="es-PR"/>
        </w:rPr>
        <w:t xml:space="preserve">. </w:t>
      </w:r>
      <w:r w:rsidRPr="00654E0B">
        <w:rPr>
          <w:rFonts w:ascii="Book Antiqua" w:hAnsi="Book Antiqua"/>
          <w:i/>
          <w:iCs/>
          <w:u w:val="single"/>
          <w:lang w:val="es-PR"/>
        </w:rPr>
        <w:t>Casa Juan Bosco,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22,400.00</w:t>
      </w:r>
    </w:p>
    <w:p w14:paraId="5DD22A29" w14:textId="41EE5324"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92</w:t>
      </w:r>
      <w:r w:rsidRPr="00E84FEC">
        <w:rPr>
          <w:rFonts w:ascii="Book Antiqua" w:hAnsi="Book Antiqua"/>
          <w:i/>
          <w:iCs/>
          <w:u w:val="single"/>
          <w:lang w:val="es-PR"/>
        </w:rPr>
        <w:t xml:space="preserve">. </w:t>
      </w:r>
      <w:r w:rsidRPr="00654E0B">
        <w:rPr>
          <w:rFonts w:ascii="Book Antiqua" w:hAnsi="Book Antiqua"/>
          <w:i/>
          <w:iCs/>
          <w:u w:val="single"/>
          <w:lang w:val="es-PR"/>
        </w:rPr>
        <w:t xml:space="preserve">Casa Juan Pablo II, </w:t>
      </w:r>
      <w:proofErr w:type="spellStart"/>
      <w:r w:rsidRPr="00654E0B">
        <w:rPr>
          <w:rFonts w:ascii="Book Antiqua" w:hAnsi="Book Antiqua"/>
          <w:i/>
          <w:iCs/>
          <w:u w:val="single"/>
          <w:lang w:val="es-PR"/>
        </w:rPr>
        <w:t>Inc</w:t>
      </w:r>
      <w:proofErr w:type="spellEnd"/>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8,000.00</w:t>
      </w:r>
    </w:p>
    <w:p w14:paraId="62A83DA9" w14:textId="6EF87234"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93</w:t>
      </w:r>
      <w:r w:rsidRPr="00E84FEC">
        <w:rPr>
          <w:rFonts w:ascii="Book Antiqua" w:hAnsi="Book Antiqua"/>
          <w:i/>
          <w:iCs/>
          <w:u w:val="single"/>
          <w:lang w:val="es-PR"/>
        </w:rPr>
        <w:t xml:space="preserve">. </w:t>
      </w:r>
      <w:r w:rsidRPr="00654E0B">
        <w:rPr>
          <w:rFonts w:ascii="Book Antiqua" w:hAnsi="Book Antiqua"/>
          <w:i/>
          <w:iCs/>
          <w:u w:val="single"/>
          <w:lang w:val="es-PR"/>
        </w:rPr>
        <w:t>Casa Juana Colón Apoyo y Orientación a la Mujer</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8,000.00</w:t>
      </w:r>
    </w:p>
    <w:p w14:paraId="6B526345" w14:textId="4C4224D5"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94</w:t>
      </w:r>
      <w:r w:rsidRPr="00E84FEC">
        <w:rPr>
          <w:rFonts w:ascii="Book Antiqua" w:hAnsi="Book Antiqua"/>
          <w:i/>
          <w:iCs/>
          <w:u w:val="single"/>
          <w:lang w:val="es-PR"/>
        </w:rPr>
        <w:t xml:space="preserve">. </w:t>
      </w:r>
      <w:r w:rsidRPr="00654E0B">
        <w:rPr>
          <w:rFonts w:ascii="Book Antiqua" w:hAnsi="Book Antiqua"/>
          <w:i/>
          <w:iCs/>
          <w:u w:val="single"/>
          <w:lang w:val="es-PR"/>
        </w:rPr>
        <w:t>Casa la Providencia</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40,000.00</w:t>
      </w:r>
    </w:p>
    <w:p w14:paraId="52B736F7" w14:textId="208BE79B"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95</w:t>
      </w:r>
      <w:r w:rsidRPr="00E84FEC">
        <w:rPr>
          <w:rFonts w:ascii="Book Antiqua" w:hAnsi="Book Antiqua"/>
          <w:i/>
          <w:iCs/>
          <w:u w:val="single"/>
          <w:lang w:val="es-PR"/>
        </w:rPr>
        <w:t xml:space="preserve">. </w:t>
      </w:r>
      <w:r w:rsidRPr="00654E0B">
        <w:rPr>
          <w:rFonts w:ascii="Book Antiqua" w:hAnsi="Book Antiqua"/>
          <w:i/>
          <w:iCs/>
          <w:u w:val="single"/>
          <w:lang w:val="es-PR"/>
        </w:rPr>
        <w:t>Casa Luz y Vida,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25,000.00</w:t>
      </w:r>
    </w:p>
    <w:p w14:paraId="59C486F5" w14:textId="3240F230"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96</w:t>
      </w:r>
      <w:r w:rsidRPr="00E84FEC">
        <w:rPr>
          <w:rFonts w:ascii="Book Antiqua" w:hAnsi="Book Antiqua"/>
          <w:i/>
          <w:iCs/>
          <w:u w:val="single"/>
          <w:lang w:val="es-PR"/>
        </w:rPr>
        <w:t xml:space="preserve">. </w:t>
      </w:r>
      <w:r w:rsidRPr="00654E0B">
        <w:rPr>
          <w:rFonts w:ascii="Book Antiqua" w:hAnsi="Book Antiqua"/>
          <w:i/>
          <w:iCs/>
          <w:u w:val="single"/>
          <w:lang w:val="es-PR"/>
        </w:rPr>
        <w:t>Casa Pensamiento de Mujer</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50,000.00</w:t>
      </w:r>
    </w:p>
    <w:p w14:paraId="637A4E0D" w14:textId="5D0060A0"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97</w:t>
      </w:r>
      <w:r w:rsidRPr="00E84FEC">
        <w:rPr>
          <w:rFonts w:ascii="Book Antiqua" w:hAnsi="Book Antiqua"/>
          <w:i/>
          <w:iCs/>
          <w:u w:val="single"/>
          <w:lang w:val="es-PR"/>
        </w:rPr>
        <w:t xml:space="preserve">. </w:t>
      </w:r>
      <w:r w:rsidRPr="00654E0B">
        <w:rPr>
          <w:rFonts w:ascii="Book Antiqua" w:hAnsi="Book Antiqua"/>
          <w:i/>
          <w:iCs/>
          <w:u w:val="single"/>
          <w:lang w:val="es-PR"/>
        </w:rPr>
        <w:t xml:space="preserve">Casa </w:t>
      </w:r>
      <w:proofErr w:type="spellStart"/>
      <w:r w:rsidRPr="00654E0B">
        <w:rPr>
          <w:rFonts w:ascii="Book Antiqua" w:hAnsi="Book Antiqua"/>
          <w:i/>
          <w:iCs/>
          <w:u w:val="single"/>
          <w:lang w:val="es-PR"/>
        </w:rPr>
        <w:t>Pepiniana</w:t>
      </w:r>
      <w:proofErr w:type="spellEnd"/>
      <w:r w:rsidRPr="00654E0B">
        <w:rPr>
          <w:rFonts w:ascii="Book Antiqua" w:hAnsi="Book Antiqua"/>
          <w:i/>
          <w:iCs/>
          <w:u w:val="single"/>
          <w:lang w:val="es-PR"/>
        </w:rPr>
        <w:t xml:space="preserve"> de la Cultura</w:t>
      </w:r>
      <w:r w:rsidRPr="00654E0B">
        <w:rPr>
          <w:rFonts w:ascii="Book Antiqua" w:hAnsi="Book Antiqua"/>
          <w:i/>
          <w:iCs/>
          <w:u w:val="single"/>
          <w:lang w:val="es-PR"/>
        </w:rPr>
        <w:tab/>
      </w:r>
      <w:r w:rsidR="00CF159C" w:rsidRPr="00E84FEC">
        <w:rPr>
          <w:rFonts w:ascii="Book Antiqua" w:hAnsi="Book Antiqua"/>
          <w:i/>
          <w:iCs/>
          <w:u w:val="single"/>
          <w:lang w:val="es-PR"/>
        </w:rPr>
        <w:t>$</w:t>
      </w:r>
      <w:r w:rsidRPr="00654E0B">
        <w:rPr>
          <w:rFonts w:ascii="Book Antiqua" w:hAnsi="Book Antiqua"/>
          <w:i/>
          <w:iCs/>
          <w:u w:val="single"/>
          <w:lang w:val="es-PR"/>
        </w:rPr>
        <w:t>3,000.00</w:t>
      </w:r>
    </w:p>
    <w:p w14:paraId="66113BE3" w14:textId="7287B443"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98</w:t>
      </w:r>
      <w:r w:rsidRPr="00E84FEC">
        <w:rPr>
          <w:rFonts w:ascii="Book Antiqua" w:hAnsi="Book Antiqua"/>
          <w:i/>
          <w:iCs/>
          <w:u w:val="single"/>
          <w:lang w:val="es-PR"/>
        </w:rPr>
        <w:t xml:space="preserve">. </w:t>
      </w:r>
      <w:r w:rsidRPr="00654E0B">
        <w:rPr>
          <w:rFonts w:ascii="Book Antiqua" w:hAnsi="Book Antiqua"/>
          <w:i/>
          <w:iCs/>
          <w:u w:val="single"/>
          <w:lang w:val="es-PR"/>
        </w:rPr>
        <w:t>Casa Protegida Julia de Burgos,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195,000.00</w:t>
      </w:r>
    </w:p>
    <w:p w14:paraId="3E335446" w14:textId="5B1B675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99</w:t>
      </w:r>
      <w:r w:rsidRPr="00E84FEC">
        <w:rPr>
          <w:rFonts w:ascii="Book Antiqua" w:hAnsi="Book Antiqua"/>
          <w:i/>
          <w:iCs/>
          <w:u w:val="single"/>
          <w:lang w:val="es-PR"/>
        </w:rPr>
        <w:t xml:space="preserve">. </w:t>
      </w:r>
      <w:r w:rsidRPr="00654E0B">
        <w:rPr>
          <w:rFonts w:ascii="Book Antiqua" w:hAnsi="Book Antiqua"/>
          <w:i/>
          <w:iCs/>
          <w:u w:val="single"/>
          <w:lang w:val="es-PR"/>
        </w:rPr>
        <w:t>Casa Vegana</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3,000.00</w:t>
      </w:r>
    </w:p>
    <w:p w14:paraId="5234CEFB" w14:textId="4558A8A8"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100</w:t>
      </w:r>
      <w:r w:rsidRPr="00E84FEC">
        <w:rPr>
          <w:rFonts w:ascii="Book Antiqua" w:hAnsi="Book Antiqua"/>
          <w:i/>
          <w:iCs/>
          <w:u w:val="single"/>
          <w:lang w:val="es-PR"/>
        </w:rPr>
        <w:t xml:space="preserve">. </w:t>
      </w:r>
      <w:r w:rsidRPr="00654E0B">
        <w:rPr>
          <w:rFonts w:ascii="Book Antiqua" w:hAnsi="Book Antiqua"/>
          <w:i/>
          <w:iCs/>
          <w:u w:val="single"/>
          <w:lang w:val="es-PR"/>
        </w:rPr>
        <w:t>Castillo de Ángeles</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10,000.00</w:t>
      </w:r>
    </w:p>
    <w:p w14:paraId="4EF54CF2" w14:textId="754B2160"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101</w:t>
      </w:r>
      <w:r w:rsidRPr="00E84FEC">
        <w:rPr>
          <w:rFonts w:ascii="Book Antiqua" w:hAnsi="Book Antiqua"/>
          <w:i/>
          <w:iCs/>
          <w:u w:val="single"/>
          <w:lang w:val="es-PR"/>
        </w:rPr>
        <w:t xml:space="preserve">. </w:t>
      </w:r>
      <w:r w:rsidRPr="00654E0B">
        <w:rPr>
          <w:rFonts w:ascii="Book Antiqua" w:hAnsi="Book Antiqua"/>
          <w:i/>
          <w:iCs/>
          <w:u w:val="single"/>
          <w:lang w:val="es-PR"/>
        </w:rPr>
        <w:t>CATPI,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5,000.00</w:t>
      </w:r>
    </w:p>
    <w:p w14:paraId="3395D0FB" w14:textId="5E4C52BD"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102</w:t>
      </w:r>
      <w:r w:rsidRPr="00E84FEC">
        <w:rPr>
          <w:rFonts w:ascii="Book Antiqua" w:hAnsi="Book Antiqua"/>
          <w:i/>
          <w:iCs/>
          <w:u w:val="single"/>
          <w:lang w:val="es-PR"/>
        </w:rPr>
        <w:t xml:space="preserve">. </w:t>
      </w:r>
      <w:r w:rsidRPr="00654E0B">
        <w:rPr>
          <w:rFonts w:ascii="Book Antiqua" w:hAnsi="Book Antiqua"/>
          <w:i/>
          <w:iCs/>
          <w:u w:val="single"/>
          <w:lang w:val="es-PR"/>
        </w:rPr>
        <w:t>Centinelas Runners Club,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8,000.00</w:t>
      </w:r>
    </w:p>
    <w:p w14:paraId="157F0AB2" w14:textId="310F080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103</w:t>
      </w:r>
      <w:r w:rsidRPr="00E84FEC">
        <w:rPr>
          <w:rFonts w:ascii="Book Antiqua" w:hAnsi="Book Antiqua"/>
          <w:i/>
          <w:iCs/>
          <w:u w:val="single"/>
          <w:lang w:val="es-PR"/>
        </w:rPr>
        <w:t xml:space="preserve">. </w:t>
      </w:r>
      <w:r w:rsidRPr="00654E0B">
        <w:rPr>
          <w:rFonts w:ascii="Book Antiqua" w:hAnsi="Book Antiqua"/>
          <w:i/>
          <w:iCs/>
          <w:u w:val="single"/>
          <w:lang w:val="es-PR"/>
        </w:rPr>
        <w:t>Centro Agropecuario</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15,000.00</w:t>
      </w:r>
    </w:p>
    <w:p w14:paraId="45CA1C84" w14:textId="28B3FFE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104</w:t>
      </w:r>
      <w:r w:rsidRPr="00E84FEC">
        <w:rPr>
          <w:rFonts w:ascii="Book Antiqua" w:hAnsi="Book Antiqua"/>
          <w:i/>
          <w:iCs/>
          <w:u w:val="single"/>
          <w:lang w:val="es-PR"/>
        </w:rPr>
        <w:t xml:space="preserve">. </w:t>
      </w:r>
      <w:r w:rsidRPr="00654E0B">
        <w:rPr>
          <w:rFonts w:ascii="Book Antiqua" w:hAnsi="Book Antiqua"/>
          <w:i/>
          <w:iCs/>
          <w:u w:val="single"/>
          <w:lang w:val="es-PR"/>
        </w:rPr>
        <w:t xml:space="preserve">Centro </w:t>
      </w:r>
      <w:proofErr w:type="spellStart"/>
      <w:r w:rsidRPr="00654E0B">
        <w:rPr>
          <w:rFonts w:ascii="Book Antiqua" w:hAnsi="Book Antiqua"/>
          <w:i/>
          <w:iCs/>
          <w:u w:val="single"/>
          <w:lang w:val="es-PR"/>
        </w:rPr>
        <w:t>Coameño</w:t>
      </w:r>
      <w:proofErr w:type="spellEnd"/>
      <w:r w:rsidRPr="00654E0B">
        <w:rPr>
          <w:rFonts w:ascii="Book Antiqua" w:hAnsi="Book Antiqua"/>
          <w:i/>
          <w:iCs/>
          <w:u w:val="single"/>
          <w:lang w:val="es-PR"/>
        </w:rPr>
        <w:t xml:space="preserve"> para la Vejez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72,900.00</w:t>
      </w:r>
    </w:p>
    <w:p w14:paraId="75B4C339" w14:textId="1C6D61CB"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105</w:t>
      </w:r>
      <w:r w:rsidRPr="00E84FEC">
        <w:rPr>
          <w:rFonts w:ascii="Book Antiqua" w:hAnsi="Book Antiqua"/>
          <w:i/>
          <w:iCs/>
          <w:u w:val="single"/>
          <w:lang w:val="es-PR"/>
        </w:rPr>
        <w:t xml:space="preserve">. </w:t>
      </w:r>
      <w:r w:rsidRPr="00654E0B">
        <w:rPr>
          <w:rFonts w:ascii="Book Antiqua" w:hAnsi="Book Antiqua"/>
          <w:i/>
          <w:iCs/>
          <w:u w:val="single"/>
          <w:lang w:val="es-PR"/>
        </w:rPr>
        <w:t>Centro Criollo Ciencia y Tecnología (C3TEC)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10,000.00</w:t>
      </w:r>
    </w:p>
    <w:p w14:paraId="32B268A7" w14:textId="2B4D5B8D"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106</w:t>
      </w:r>
      <w:r w:rsidRPr="00E84FEC">
        <w:rPr>
          <w:rFonts w:ascii="Book Antiqua" w:hAnsi="Book Antiqua"/>
          <w:i/>
          <w:iCs/>
          <w:u w:val="single"/>
          <w:lang w:val="es-PR"/>
        </w:rPr>
        <w:t xml:space="preserve">. </w:t>
      </w:r>
      <w:r w:rsidRPr="00654E0B">
        <w:rPr>
          <w:rFonts w:ascii="Book Antiqua" w:hAnsi="Book Antiqua"/>
          <w:i/>
          <w:iCs/>
          <w:u w:val="single"/>
          <w:lang w:val="es-PR"/>
        </w:rPr>
        <w:t>Centro Cristiano de Actividades Múltiples Shalom</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15,000.00</w:t>
      </w:r>
    </w:p>
    <w:p w14:paraId="0165ADC2" w14:textId="51BDE98B"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107</w:t>
      </w:r>
      <w:r w:rsidRPr="00E84FEC">
        <w:rPr>
          <w:rFonts w:ascii="Book Antiqua" w:hAnsi="Book Antiqua"/>
          <w:i/>
          <w:iCs/>
          <w:u w:val="single"/>
          <w:lang w:val="es-PR"/>
        </w:rPr>
        <w:t xml:space="preserve">. </w:t>
      </w:r>
      <w:r w:rsidRPr="00654E0B">
        <w:rPr>
          <w:rFonts w:ascii="Book Antiqua" w:hAnsi="Book Antiqua"/>
          <w:i/>
          <w:iCs/>
          <w:u w:val="single"/>
          <w:lang w:val="es-PR"/>
        </w:rPr>
        <w:t>Centro Cuidado Amor</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23,000.00</w:t>
      </w:r>
    </w:p>
    <w:p w14:paraId="34C78BD9" w14:textId="7DB5519C"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108</w:t>
      </w:r>
      <w:r w:rsidRPr="00E84FEC">
        <w:rPr>
          <w:rFonts w:ascii="Book Antiqua" w:hAnsi="Book Antiqua"/>
          <w:i/>
          <w:iCs/>
          <w:u w:val="single"/>
          <w:lang w:val="es-PR"/>
        </w:rPr>
        <w:t xml:space="preserve">. </w:t>
      </w:r>
      <w:r w:rsidRPr="00654E0B">
        <w:rPr>
          <w:rFonts w:ascii="Book Antiqua" w:hAnsi="Book Antiqua"/>
          <w:i/>
          <w:iCs/>
          <w:u w:val="single"/>
          <w:lang w:val="es-PR"/>
        </w:rPr>
        <w:t>Centro Cultural Carmen Sola De Pereira De Ponce,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4,000.00</w:t>
      </w:r>
    </w:p>
    <w:p w14:paraId="664CC94A" w14:textId="3008BEE4"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109</w:t>
      </w:r>
      <w:r w:rsidRPr="00E84FEC">
        <w:rPr>
          <w:rFonts w:ascii="Book Antiqua" w:hAnsi="Book Antiqua"/>
          <w:i/>
          <w:iCs/>
          <w:u w:val="single"/>
          <w:lang w:val="es-PR"/>
        </w:rPr>
        <w:t xml:space="preserve">. </w:t>
      </w:r>
      <w:r w:rsidRPr="00654E0B">
        <w:rPr>
          <w:rFonts w:ascii="Book Antiqua" w:hAnsi="Book Antiqua"/>
          <w:i/>
          <w:iCs/>
          <w:u w:val="single"/>
          <w:lang w:val="es-PR"/>
        </w:rPr>
        <w:t xml:space="preserve">Centro Cultural </w:t>
      </w:r>
      <w:proofErr w:type="spellStart"/>
      <w:r w:rsidRPr="00654E0B">
        <w:rPr>
          <w:rFonts w:ascii="Book Antiqua" w:hAnsi="Book Antiqua"/>
          <w:i/>
          <w:iCs/>
          <w:u w:val="single"/>
          <w:lang w:val="es-PR"/>
        </w:rPr>
        <w:t>Cidreño</w:t>
      </w:r>
      <w:proofErr w:type="spellEnd"/>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15,000.00</w:t>
      </w:r>
    </w:p>
    <w:p w14:paraId="2AD30FD6" w14:textId="5A8FF5FC"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110</w:t>
      </w:r>
      <w:r w:rsidRPr="00E84FEC">
        <w:rPr>
          <w:rFonts w:ascii="Book Antiqua" w:hAnsi="Book Antiqua"/>
          <w:i/>
          <w:iCs/>
          <w:u w:val="single"/>
          <w:lang w:val="es-PR"/>
        </w:rPr>
        <w:t xml:space="preserve">. </w:t>
      </w:r>
      <w:r w:rsidRPr="00654E0B">
        <w:rPr>
          <w:rFonts w:ascii="Book Antiqua" w:hAnsi="Book Antiqua"/>
          <w:i/>
          <w:iCs/>
          <w:u w:val="single"/>
          <w:lang w:val="es-PR"/>
        </w:rPr>
        <w:t>Centro Cultural de Arroyo</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3,000.00</w:t>
      </w:r>
    </w:p>
    <w:p w14:paraId="7E134EC5" w14:textId="5FDCB77C"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111</w:t>
      </w:r>
      <w:r w:rsidRPr="00E84FEC">
        <w:rPr>
          <w:rFonts w:ascii="Book Antiqua" w:hAnsi="Book Antiqua"/>
          <w:i/>
          <w:iCs/>
          <w:u w:val="single"/>
          <w:lang w:val="es-PR"/>
        </w:rPr>
        <w:t xml:space="preserve">. </w:t>
      </w:r>
      <w:r w:rsidRPr="00654E0B">
        <w:rPr>
          <w:rFonts w:ascii="Book Antiqua" w:hAnsi="Book Antiqua"/>
          <w:i/>
          <w:iCs/>
          <w:u w:val="single"/>
          <w:lang w:val="es-PR"/>
        </w:rPr>
        <w:t>Centro Cultural de Caguas,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3,000.00</w:t>
      </w:r>
    </w:p>
    <w:p w14:paraId="45C1C717" w14:textId="3886071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112</w:t>
      </w:r>
      <w:r w:rsidRPr="00E84FEC">
        <w:rPr>
          <w:rFonts w:ascii="Book Antiqua" w:hAnsi="Book Antiqua"/>
          <w:i/>
          <w:iCs/>
          <w:u w:val="single"/>
          <w:lang w:val="es-PR"/>
        </w:rPr>
        <w:t xml:space="preserve">. </w:t>
      </w:r>
      <w:r w:rsidRPr="00654E0B">
        <w:rPr>
          <w:rFonts w:ascii="Book Antiqua" w:hAnsi="Book Antiqua"/>
          <w:i/>
          <w:iCs/>
          <w:u w:val="single"/>
          <w:lang w:val="es-PR"/>
        </w:rPr>
        <w:t xml:space="preserve">Centro Cultural de San </w:t>
      </w:r>
      <w:r w:rsidR="0010027C" w:rsidRPr="00654E0B">
        <w:rPr>
          <w:rFonts w:ascii="Book Antiqua" w:hAnsi="Book Antiqua"/>
          <w:i/>
          <w:iCs/>
          <w:u w:val="single"/>
          <w:lang w:val="es-PR"/>
        </w:rPr>
        <w:t>Sebastián</w:t>
      </w:r>
      <w:r w:rsidRPr="00654E0B">
        <w:rPr>
          <w:rFonts w:ascii="Book Antiqua" w:hAnsi="Book Antiqua"/>
          <w:i/>
          <w:iCs/>
          <w:u w:val="single"/>
          <w:lang w:val="es-PR"/>
        </w:rPr>
        <w:t xml:space="preserve"> Luis Rodriguez Cabrero,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4,000.00</w:t>
      </w:r>
    </w:p>
    <w:p w14:paraId="35FF8A02" w14:textId="08CB2234"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113</w:t>
      </w:r>
      <w:r w:rsidRPr="00E84FEC">
        <w:rPr>
          <w:rFonts w:ascii="Book Antiqua" w:hAnsi="Book Antiqua"/>
          <w:i/>
          <w:iCs/>
          <w:u w:val="single"/>
          <w:lang w:val="es-PR"/>
        </w:rPr>
        <w:t xml:space="preserve">. </w:t>
      </w:r>
      <w:r w:rsidRPr="00654E0B">
        <w:rPr>
          <w:rFonts w:ascii="Book Antiqua" w:hAnsi="Book Antiqua"/>
          <w:i/>
          <w:iCs/>
          <w:u w:val="single"/>
          <w:lang w:val="es-PR"/>
        </w:rPr>
        <w:t>Centro Cultural Dr</w:t>
      </w:r>
      <w:r w:rsidR="0010027C">
        <w:rPr>
          <w:rFonts w:ascii="Book Antiqua" w:hAnsi="Book Antiqua"/>
          <w:i/>
          <w:iCs/>
          <w:u w:val="single"/>
          <w:lang w:val="es-PR"/>
        </w:rPr>
        <w:t>.</w:t>
      </w:r>
      <w:r w:rsidRPr="00654E0B">
        <w:rPr>
          <w:rFonts w:ascii="Book Antiqua" w:hAnsi="Book Antiqua"/>
          <w:i/>
          <w:iCs/>
          <w:u w:val="single"/>
          <w:lang w:val="es-PR"/>
        </w:rPr>
        <w:t xml:space="preserve"> Quevedo Báez </w:t>
      </w:r>
      <w:proofErr w:type="spellStart"/>
      <w:r w:rsidRPr="00654E0B">
        <w:rPr>
          <w:rFonts w:ascii="Book Antiqua" w:hAnsi="Book Antiqua"/>
          <w:i/>
          <w:iCs/>
          <w:u w:val="single"/>
          <w:lang w:val="es-PR"/>
        </w:rPr>
        <w:t>Inc</w:t>
      </w:r>
      <w:proofErr w:type="spellEnd"/>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5,000.00</w:t>
      </w:r>
    </w:p>
    <w:p w14:paraId="275E4199" w14:textId="11AF9F77"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114</w:t>
      </w:r>
      <w:r w:rsidRPr="00E84FEC">
        <w:rPr>
          <w:rFonts w:ascii="Book Antiqua" w:hAnsi="Book Antiqua"/>
          <w:i/>
          <w:iCs/>
          <w:u w:val="single"/>
          <w:lang w:val="es-PR"/>
        </w:rPr>
        <w:t xml:space="preserve">. </w:t>
      </w:r>
      <w:r w:rsidRPr="00654E0B">
        <w:rPr>
          <w:rFonts w:ascii="Book Antiqua" w:hAnsi="Book Antiqua"/>
          <w:i/>
          <w:iCs/>
          <w:u w:val="single"/>
          <w:lang w:val="es-PR"/>
        </w:rPr>
        <w:t>Centro Cultural y de Servicios de Cantera,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35,000.00</w:t>
      </w:r>
    </w:p>
    <w:p w14:paraId="6607605F" w14:textId="2893ECC6" w:rsidR="00B42AC6" w:rsidRPr="00654E0B" w:rsidRDefault="00B42AC6" w:rsidP="003659B9">
      <w:pPr>
        <w:tabs>
          <w:tab w:val="decimal" w:pos="8280"/>
        </w:tabs>
        <w:rPr>
          <w:rFonts w:ascii="Book Antiqua" w:hAnsi="Book Antiqua"/>
          <w:i/>
          <w:iCs/>
          <w:u w:val="single"/>
          <w:lang w:val="es-PR"/>
        </w:rPr>
      </w:pPr>
      <w:proofErr w:type="gramStart"/>
      <w:r w:rsidRPr="00654E0B">
        <w:rPr>
          <w:rFonts w:ascii="Book Antiqua" w:hAnsi="Book Antiqua"/>
          <w:i/>
          <w:iCs/>
          <w:u w:val="single"/>
          <w:lang w:val="es-PR"/>
        </w:rPr>
        <w:t>115</w:t>
      </w:r>
      <w:r w:rsidRPr="00E84FEC">
        <w:rPr>
          <w:rFonts w:ascii="Book Antiqua" w:hAnsi="Book Antiqua"/>
          <w:i/>
          <w:iCs/>
          <w:u w:val="single"/>
          <w:lang w:val="es-PR"/>
        </w:rPr>
        <w:t xml:space="preserve"> .</w:t>
      </w:r>
      <w:r w:rsidRPr="00654E0B">
        <w:rPr>
          <w:rFonts w:ascii="Book Antiqua" w:hAnsi="Book Antiqua"/>
          <w:i/>
          <w:iCs/>
          <w:u w:val="single"/>
          <w:lang w:val="es-PR"/>
        </w:rPr>
        <w:t>Centro</w:t>
      </w:r>
      <w:proofErr w:type="gramEnd"/>
      <w:r w:rsidRPr="00654E0B">
        <w:rPr>
          <w:rFonts w:ascii="Book Antiqua" w:hAnsi="Book Antiqua"/>
          <w:i/>
          <w:iCs/>
          <w:u w:val="single"/>
          <w:lang w:val="es-PR"/>
        </w:rPr>
        <w:t xml:space="preserve"> de Adiestramiento para Personas con Impedimento</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2</w:t>
      </w:r>
      <w:r w:rsidR="00447E59">
        <w:rPr>
          <w:rFonts w:ascii="Book Antiqua" w:hAnsi="Book Antiqua"/>
          <w:i/>
          <w:iCs/>
          <w:u w:val="single"/>
          <w:lang w:val="es-PR"/>
        </w:rPr>
        <w:t>4</w:t>
      </w:r>
      <w:r w:rsidRPr="00654E0B">
        <w:rPr>
          <w:rFonts w:ascii="Book Antiqua" w:hAnsi="Book Antiqua"/>
          <w:i/>
          <w:iCs/>
          <w:u w:val="single"/>
          <w:lang w:val="es-PR"/>
        </w:rPr>
        <w:t>,000.00</w:t>
      </w:r>
    </w:p>
    <w:p w14:paraId="44091BE4" w14:textId="2906D851"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116</w:t>
      </w:r>
      <w:r w:rsidRPr="00E84FEC">
        <w:rPr>
          <w:rFonts w:ascii="Book Antiqua" w:hAnsi="Book Antiqua"/>
          <w:i/>
          <w:iCs/>
          <w:u w:val="single"/>
          <w:lang w:val="es-PR"/>
        </w:rPr>
        <w:t xml:space="preserve">. </w:t>
      </w:r>
      <w:r w:rsidRPr="00654E0B">
        <w:rPr>
          <w:rFonts w:ascii="Book Antiqua" w:hAnsi="Book Antiqua"/>
          <w:i/>
          <w:iCs/>
          <w:u w:val="single"/>
          <w:lang w:val="es-PR"/>
        </w:rPr>
        <w:t>Centro de Alimentos Sembrando en Otros,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3,000.00</w:t>
      </w:r>
    </w:p>
    <w:p w14:paraId="2C7FCB94" w14:textId="06A563A9"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117</w:t>
      </w:r>
      <w:r w:rsidRPr="00E84FEC">
        <w:rPr>
          <w:rFonts w:ascii="Book Antiqua" w:hAnsi="Book Antiqua"/>
          <w:i/>
          <w:iCs/>
          <w:u w:val="single"/>
          <w:lang w:val="es-PR"/>
        </w:rPr>
        <w:t xml:space="preserve">. </w:t>
      </w:r>
      <w:r w:rsidRPr="00654E0B">
        <w:rPr>
          <w:rFonts w:ascii="Book Antiqua" w:hAnsi="Book Antiqua"/>
          <w:i/>
          <w:iCs/>
          <w:u w:val="single"/>
          <w:lang w:val="es-PR"/>
        </w:rPr>
        <w:t>Centro de Apoyo Integrado y Kinesiología Energética</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3,000.00</w:t>
      </w:r>
    </w:p>
    <w:p w14:paraId="3DB1A6C3" w14:textId="11ED01C5"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118</w:t>
      </w:r>
      <w:r w:rsidRPr="00E84FEC">
        <w:rPr>
          <w:rFonts w:ascii="Book Antiqua" w:hAnsi="Book Antiqua"/>
          <w:i/>
          <w:iCs/>
          <w:u w:val="single"/>
          <w:lang w:val="es-PR"/>
        </w:rPr>
        <w:t xml:space="preserve">. </w:t>
      </w:r>
      <w:r w:rsidRPr="00654E0B">
        <w:rPr>
          <w:rFonts w:ascii="Book Antiqua" w:hAnsi="Book Antiqua"/>
          <w:i/>
          <w:iCs/>
          <w:u w:val="single"/>
          <w:lang w:val="es-PR"/>
        </w:rPr>
        <w:t>Centro de Ayuda y Terapia al Niño con Impedimento,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420,000.00</w:t>
      </w:r>
    </w:p>
    <w:p w14:paraId="635750F1" w14:textId="4C699EF5"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119</w:t>
      </w:r>
      <w:r w:rsidRPr="00E84FEC">
        <w:rPr>
          <w:rFonts w:ascii="Book Antiqua" w:hAnsi="Book Antiqua"/>
          <w:i/>
          <w:iCs/>
          <w:u w:val="single"/>
          <w:lang w:val="es-PR"/>
        </w:rPr>
        <w:t xml:space="preserve">. </w:t>
      </w:r>
      <w:r w:rsidRPr="00654E0B">
        <w:rPr>
          <w:rFonts w:ascii="Book Antiqua" w:hAnsi="Book Antiqua"/>
          <w:i/>
          <w:iCs/>
          <w:u w:val="single"/>
          <w:lang w:val="es-PR"/>
        </w:rPr>
        <w:t>Centro de Bendición,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25,000.00</w:t>
      </w:r>
    </w:p>
    <w:p w14:paraId="27C9200B" w14:textId="0B040648"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120</w:t>
      </w:r>
      <w:r w:rsidRPr="00E84FEC">
        <w:rPr>
          <w:rFonts w:ascii="Book Antiqua" w:hAnsi="Book Antiqua"/>
          <w:i/>
          <w:iCs/>
          <w:u w:val="single"/>
          <w:lang w:val="es-PR"/>
        </w:rPr>
        <w:t xml:space="preserve">. </w:t>
      </w:r>
      <w:r w:rsidRPr="00654E0B">
        <w:rPr>
          <w:rFonts w:ascii="Book Antiqua" w:hAnsi="Book Antiqua"/>
          <w:i/>
          <w:iCs/>
          <w:u w:val="single"/>
          <w:lang w:val="es-PR"/>
        </w:rPr>
        <w:t>Centro de Comunidad para Envejecientes,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8,000.00</w:t>
      </w:r>
    </w:p>
    <w:p w14:paraId="69DF0E73" w14:textId="3471B380"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121</w:t>
      </w:r>
      <w:r w:rsidRPr="00E84FEC">
        <w:rPr>
          <w:rFonts w:ascii="Book Antiqua" w:hAnsi="Book Antiqua"/>
          <w:i/>
          <w:iCs/>
          <w:u w:val="single"/>
          <w:lang w:val="es-PR"/>
        </w:rPr>
        <w:t xml:space="preserve">. </w:t>
      </w:r>
      <w:r w:rsidRPr="00654E0B">
        <w:rPr>
          <w:rFonts w:ascii="Book Antiqua" w:hAnsi="Book Antiqua"/>
          <w:i/>
          <w:iCs/>
          <w:u w:val="single"/>
          <w:lang w:val="es-PR"/>
        </w:rPr>
        <w:t>Centro de Consejería El Sendero de la Cruz,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75,000.00</w:t>
      </w:r>
    </w:p>
    <w:p w14:paraId="2D3A446B" w14:textId="090009F3"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122</w:t>
      </w:r>
      <w:r w:rsidRPr="00E84FEC">
        <w:rPr>
          <w:rFonts w:ascii="Book Antiqua" w:hAnsi="Book Antiqua"/>
          <w:i/>
          <w:iCs/>
          <w:u w:val="single"/>
          <w:lang w:val="es-PR"/>
        </w:rPr>
        <w:t xml:space="preserve">. </w:t>
      </w:r>
      <w:r w:rsidRPr="00654E0B">
        <w:rPr>
          <w:rFonts w:ascii="Book Antiqua" w:hAnsi="Book Antiqua"/>
          <w:i/>
          <w:iCs/>
          <w:u w:val="single"/>
          <w:lang w:val="es-PR"/>
        </w:rPr>
        <w:t>Centro de Consejería y Ayuda Psicológica VIVE</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25,000.00</w:t>
      </w:r>
    </w:p>
    <w:p w14:paraId="2F5F9344" w14:textId="618A5796" w:rsidR="00B42AC6" w:rsidRPr="00654E0B" w:rsidRDefault="00B42AC6" w:rsidP="003659B9">
      <w:pPr>
        <w:tabs>
          <w:tab w:val="decimal" w:pos="8280"/>
        </w:tabs>
        <w:rPr>
          <w:rFonts w:ascii="Book Antiqua" w:hAnsi="Book Antiqua"/>
          <w:i/>
          <w:iCs/>
          <w:u w:val="single"/>
          <w:lang w:val="es-PR"/>
        </w:rPr>
      </w:pPr>
      <w:r w:rsidRPr="00654E0B">
        <w:rPr>
          <w:rFonts w:ascii="Book Antiqua" w:hAnsi="Book Antiqua"/>
          <w:i/>
          <w:iCs/>
          <w:u w:val="single"/>
          <w:lang w:val="es-PR"/>
        </w:rPr>
        <w:t>123</w:t>
      </w:r>
      <w:r w:rsidRPr="00E84FEC">
        <w:rPr>
          <w:rFonts w:ascii="Book Antiqua" w:hAnsi="Book Antiqua"/>
          <w:i/>
          <w:iCs/>
          <w:u w:val="single"/>
          <w:lang w:val="es-PR"/>
        </w:rPr>
        <w:t xml:space="preserve">. </w:t>
      </w:r>
      <w:r w:rsidRPr="00654E0B">
        <w:rPr>
          <w:rFonts w:ascii="Book Antiqua" w:hAnsi="Book Antiqua"/>
          <w:i/>
          <w:iCs/>
          <w:u w:val="single"/>
          <w:lang w:val="es-PR"/>
        </w:rPr>
        <w:t>Centro de Cuidado Diurno Habacuc, Inc.</w:t>
      </w:r>
      <w:r w:rsidRPr="00654E0B">
        <w:rPr>
          <w:rFonts w:ascii="Book Antiqua" w:hAnsi="Book Antiqua"/>
          <w:i/>
          <w:iCs/>
          <w:u w:val="single"/>
          <w:lang w:val="es-PR"/>
        </w:rPr>
        <w:tab/>
        <w:t xml:space="preserve"> </w:t>
      </w:r>
      <w:r w:rsidR="00CF159C" w:rsidRPr="00E84FEC">
        <w:rPr>
          <w:rFonts w:ascii="Book Antiqua" w:hAnsi="Book Antiqua"/>
          <w:i/>
          <w:iCs/>
          <w:u w:val="single"/>
          <w:lang w:val="es-PR"/>
        </w:rPr>
        <w:t>$</w:t>
      </w:r>
      <w:r w:rsidRPr="00654E0B">
        <w:rPr>
          <w:rFonts w:ascii="Book Antiqua" w:hAnsi="Book Antiqua"/>
          <w:i/>
          <w:iCs/>
          <w:u w:val="single"/>
          <w:lang w:val="es-PR"/>
        </w:rPr>
        <w:t>15,000.00</w:t>
      </w:r>
    </w:p>
    <w:p w14:paraId="00A15BBE" w14:textId="60B04328" w:rsidR="00B42AC6" w:rsidRPr="00E84FEC" w:rsidRDefault="00B42AC6" w:rsidP="003659B9">
      <w:pPr>
        <w:tabs>
          <w:tab w:val="decimal" w:pos="8280"/>
        </w:tabs>
        <w:rPr>
          <w:rFonts w:ascii="Book Antiqua" w:hAnsi="Book Antiqua"/>
          <w:i/>
          <w:iCs/>
          <w:u w:val="single"/>
        </w:rPr>
      </w:pPr>
      <w:r w:rsidRPr="00654E0B">
        <w:rPr>
          <w:rFonts w:ascii="Book Antiqua" w:hAnsi="Book Antiqua"/>
          <w:i/>
          <w:iCs/>
          <w:u w:val="single"/>
          <w:lang w:val="es-PR"/>
        </w:rPr>
        <w:t>124</w:t>
      </w:r>
      <w:r w:rsidRPr="00E84FEC">
        <w:rPr>
          <w:rFonts w:ascii="Book Antiqua" w:hAnsi="Book Antiqua"/>
          <w:i/>
          <w:iCs/>
          <w:u w:val="single"/>
          <w:lang w:val="es-PR"/>
        </w:rPr>
        <w:t xml:space="preserve">. </w:t>
      </w:r>
      <w:r w:rsidRPr="00654E0B">
        <w:rPr>
          <w:rFonts w:ascii="Book Antiqua" w:hAnsi="Book Antiqua"/>
          <w:i/>
          <w:iCs/>
          <w:u w:val="single"/>
          <w:lang w:val="es-PR"/>
        </w:rPr>
        <w:t>Centro de Cuidado Mundo Infantil, Inc.</w:t>
      </w:r>
      <w:r w:rsidRPr="00654E0B">
        <w:rPr>
          <w:rFonts w:ascii="Book Antiqua" w:hAnsi="Book Antiqua"/>
          <w:i/>
          <w:iCs/>
          <w:u w:val="single"/>
          <w:lang w:val="es-PR"/>
        </w:rPr>
        <w:tab/>
        <w:t xml:space="preserve"> </w:t>
      </w:r>
      <w:r w:rsidR="00CF159C" w:rsidRPr="00E84FEC">
        <w:rPr>
          <w:rFonts w:ascii="Book Antiqua" w:hAnsi="Book Antiqua"/>
          <w:i/>
          <w:iCs/>
          <w:u w:val="single"/>
        </w:rPr>
        <w:t>$</w:t>
      </w:r>
      <w:r w:rsidRPr="00654E0B">
        <w:rPr>
          <w:rFonts w:ascii="Book Antiqua" w:hAnsi="Book Antiqua"/>
          <w:i/>
          <w:iCs/>
          <w:u w:val="single"/>
        </w:rPr>
        <w:t>3,000.00</w:t>
      </w:r>
    </w:p>
    <w:p w14:paraId="107739B2" w14:textId="1424B441"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lang w:val="es-PR"/>
        </w:rPr>
        <w:t xml:space="preserve">125. Centro de Desarrollo Educativo y Deportivo, Inc.  </w:t>
      </w:r>
      <w:r w:rsidR="003659B9" w:rsidRPr="00E84FEC">
        <w:rPr>
          <w:rFonts w:ascii="Book Antiqua" w:hAnsi="Book Antiqua"/>
          <w:i/>
          <w:iCs/>
          <w:u w:val="single"/>
          <w:lang w:val="es-PR"/>
        </w:rPr>
        <w:tab/>
      </w:r>
      <w:r w:rsidRPr="00FB51A3">
        <w:rPr>
          <w:rFonts w:ascii="Book Antiqua" w:hAnsi="Book Antiqua"/>
          <w:i/>
          <w:iCs/>
          <w:u w:val="single"/>
        </w:rPr>
        <w:t xml:space="preserve">$15,000.00  </w:t>
      </w:r>
    </w:p>
    <w:p w14:paraId="48ED1A76" w14:textId="650D3B48" w:rsidR="00FB51A3" w:rsidRPr="00FB51A3" w:rsidRDefault="00FB51A3" w:rsidP="003659B9">
      <w:pPr>
        <w:tabs>
          <w:tab w:val="decimal" w:pos="8280"/>
        </w:tabs>
        <w:rPr>
          <w:rFonts w:ascii="Book Antiqua" w:hAnsi="Book Antiqua"/>
          <w:i/>
          <w:iCs/>
          <w:u w:val="single"/>
          <w:lang w:val="es-PR"/>
        </w:rPr>
      </w:pPr>
      <w:r w:rsidRPr="00FB51A3">
        <w:rPr>
          <w:rFonts w:ascii="Book Antiqua" w:hAnsi="Book Antiqua"/>
          <w:i/>
          <w:iCs/>
          <w:u w:val="single"/>
          <w:lang w:val="es-PR"/>
        </w:rPr>
        <w:t xml:space="preserve">126. Centro de Desarrollo y Servicios </w:t>
      </w:r>
      <w:proofErr w:type="gramStart"/>
      <w:r w:rsidRPr="00FB51A3">
        <w:rPr>
          <w:rFonts w:ascii="Book Antiqua" w:hAnsi="Book Antiqua"/>
          <w:i/>
          <w:iCs/>
          <w:u w:val="single"/>
          <w:lang w:val="es-PR"/>
        </w:rPr>
        <w:t xml:space="preserve">Especializados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$10,000.00  </w:t>
      </w:r>
    </w:p>
    <w:p w14:paraId="4B1CEE91" w14:textId="47A82C9F" w:rsidR="00FB51A3" w:rsidRPr="00FB51A3" w:rsidRDefault="00FB51A3" w:rsidP="003659B9">
      <w:pPr>
        <w:tabs>
          <w:tab w:val="decimal" w:pos="8280"/>
        </w:tabs>
        <w:rPr>
          <w:rFonts w:ascii="Book Antiqua" w:hAnsi="Book Antiqua"/>
          <w:i/>
          <w:iCs/>
          <w:u w:val="single"/>
          <w:lang w:val="es-PR"/>
        </w:rPr>
      </w:pPr>
      <w:r w:rsidRPr="00FB51A3">
        <w:rPr>
          <w:rFonts w:ascii="Book Antiqua" w:hAnsi="Book Antiqua"/>
          <w:i/>
          <w:iCs/>
          <w:u w:val="single"/>
          <w:lang w:val="es-PR"/>
        </w:rPr>
        <w:t xml:space="preserve">127. Centro de Diagnostico para Inteligencias </w:t>
      </w:r>
      <w:proofErr w:type="gramStart"/>
      <w:r w:rsidRPr="00FB51A3">
        <w:rPr>
          <w:rFonts w:ascii="Book Antiqua" w:hAnsi="Book Antiqua"/>
          <w:i/>
          <w:iCs/>
          <w:u w:val="single"/>
          <w:lang w:val="es-PR"/>
        </w:rPr>
        <w:t xml:space="preserve">Múltiples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$6,000.00  </w:t>
      </w:r>
    </w:p>
    <w:p w14:paraId="2FF91861" w14:textId="282430B2"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128. Centro de Economía Creativa, Inc. </w:t>
      </w:r>
      <w:r w:rsidR="007B793F" w:rsidRPr="00E84FEC">
        <w:rPr>
          <w:rFonts w:ascii="Book Antiqua" w:hAnsi="Book Antiqua"/>
          <w:i/>
          <w:iCs/>
          <w:u w:val="single"/>
        </w:rPr>
        <w:tab/>
      </w:r>
      <w:r w:rsidRPr="00FB51A3">
        <w:rPr>
          <w:rFonts w:ascii="Book Antiqua" w:hAnsi="Book Antiqua"/>
          <w:i/>
          <w:iCs/>
          <w:u w:val="single"/>
        </w:rPr>
        <w:t xml:space="preserve">$5,000.00  </w:t>
      </w:r>
    </w:p>
    <w:p w14:paraId="022903B4" w14:textId="62702213"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129. Centro de Enseñanza para la Familia, Inc. </w:t>
      </w:r>
      <w:r w:rsidR="007B793F" w:rsidRPr="00E84FEC">
        <w:rPr>
          <w:rFonts w:ascii="Book Antiqua" w:hAnsi="Book Antiqua"/>
          <w:i/>
          <w:iCs/>
          <w:u w:val="single"/>
        </w:rPr>
        <w:tab/>
      </w:r>
      <w:r w:rsidRPr="00FB51A3">
        <w:rPr>
          <w:rFonts w:ascii="Book Antiqua" w:hAnsi="Book Antiqua"/>
          <w:i/>
          <w:iCs/>
          <w:u w:val="single"/>
        </w:rPr>
        <w:t xml:space="preserve">$4,000.00  </w:t>
      </w:r>
    </w:p>
    <w:p w14:paraId="7A7FC849" w14:textId="02D83116"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130. Centro de Envejecientes Garcia Ducos, Inc. </w:t>
      </w:r>
      <w:r w:rsidR="007B793F" w:rsidRPr="00E84FEC">
        <w:rPr>
          <w:rFonts w:ascii="Book Antiqua" w:hAnsi="Book Antiqua"/>
          <w:i/>
          <w:iCs/>
          <w:u w:val="single"/>
        </w:rPr>
        <w:tab/>
      </w:r>
      <w:r w:rsidRPr="00FB51A3">
        <w:rPr>
          <w:rFonts w:ascii="Book Antiqua" w:hAnsi="Book Antiqua"/>
          <w:i/>
          <w:iCs/>
          <w:u w:val="single"/>
        </w:rPr>
        <w:t xml:space="preserve"> $5,000.00  </w:t>
      </w:r>
    </w:p>
    <w:p w14:paraId="133385B2" w14:textId="36077107"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131. Centro de </w:t>
      </w:r>
      <w:proofErr w:type="spellStart"/>
      <w:r w:rsidRPr="00FB51A3">
        <w:rPr>
          <w:rFonts w:ascii="Book Antiqua" w:hAnsi="Book Antiqua"/>
          <w:i/>
          <w:iCs/>
          <w:u w:val="single"/>
        </w:rPr>
        <w:t>Estimulación</w:t>
      </w:r>
      <w:proofErr w:type="spellEnd"/>
      <w:r w:rsidRPr="00FB51A3">
        <w:rPr>
          <w:rFonts w:ascii="Book Antiqua" w:hAnsi="Book Antiqua"/>
          <w:i/>
          <w:iCs/>
          <w:u w:val="single"/>
        </w:rPr>
        <w:t xml:space="preserve"> Integral para chicos </w:t>
      </w:r>
      <w:proofErr w:type="spellStart"/>
      <w:r w:rsidRPr="00FB51A3">
        <w:rPr>
          <w:rFonts w:ascii="Book Antiqua" w:hAnsi="Book Antiqua"/>
          <w:i/>
          <w:iCs/>
          <w:u w:val="single"/>
        </w:rPr>
        <w:t>como</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tu</w:t>
      </w:r>
      <w:proofErr w:type="spellEnd"/>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$30,000.00  </w:t>
      </w:r>
    </w:p>
    <w:p w14:paraId="3A9CBABB" w14:textId="26D0DFF7"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132. Centro de </w:t>
      </w:r>
      <w:proofErr w:type="spellStart"/>
      <w:r w:rsidRPr="00FB51A3">
        <w:rPr>
          <w:rFonts w:ascii="Book Antiqua" w:hAnsi="Book Antiqua"/>
          <w:i/>
          <w:iCs/>
          <w:u w:val="single"/>
        </w:rPr>
        <w:t>Fortalecimiento</w:t>
      </w:r>
      <w:proofErr w:type="spellEnd"/>
      <w:r w:rsidRPr="00FB51A3">
        <w:rPr>
          <w:rFonts w:ascii="Book Antiqua" w:hAnsi="Book Antiqua"/>
          <w:i/>
          <w:iCs/>
          <w:u w:val="single"/>
        </w:rPr>
        <w:t xml:space="preserve"> Familiar ESCAPE </w:t>
      </w:r>
      <w:r w:rsidR="007B793F" w:rsidRPr="00E84FEC">
        <w:rPr>
          <w:rFonts w:ascii="Book Antiqua" w:hAnsi="Book Antiqua"/>
          <w:i/>
          <w:iCs/>
          <w:u w:val="single"/>
        </w:rPr>
        <w:tab/>
      </w:r>
      <w:r w:rsidRPr="00FB51A3">
        <w:rPr>
          <w:rFonts w:ascii="Book Antiqua" w:hAnsi="Book Antiqua"/>
          <w:i/>
          <w:iCs/>
          <w:u w:val="single"/>
        </w:rPr>
        <w:t xml:space="preserve">$50,000.00  </w:t>
      </w:r>
    </w:p>
    <w:p w14:paraId="29B47333" w14:textId="38C1A613" w:rsidR="00FB51A3" w:rsidRPr="00FB51A3" w:rsidRDefault="00FB51A3" w:rsidP="003659B9">
      <w:pPr>
        <w:tabs>
          <w:tab w:val="decimal" w:pos="8280"/>
        </w:tabs>
        <w:rPr>
          <w:rFonts w:ascii="Book Antiqua" w:hAnsi="Book Antiqua"/>
          <w:i/>
          <w:iCs/>
          <w:u w:val="single"/>
        </w:rPr>
      </w:pPr>
      <w:r w:rsidRPr="004514CC">
        <w:rPr>
          <w:rFonts w:ascii="Book Antiqua" w:hAnsi="Book Antiqua"/>
          <w:i/>
          <w:iCs/>
          <w:u w:val="single"/>
          <w:lang w:val="es-ES"/>
        </w:rPr>
        <w:t xml:space="preserve">133. Centro de Investigaciones Folklóricas de Puerto </w:t>
      </w:r>
      <w:proofErr w:type="gramStart"/>
      <w:r w:rsidRPr="004514CC">
        <w:rPr>
          <w:rFonts w:ascii="Book Antiqua" w:hAnsi="Book Antiqua"/>
          <w:i/>
          <w:iCs/>
          <w:u w:val="single"/>
          <w:lang w:val="es-ES"/>
        </w:rPr>
        <w:t>Rico,Inc.</w:t>
      </w:r>
      <w:proofErr w:type="gramEnd"/>
      <w:r w:rsidRPr="004514CC">
        <w:rPr>
          <w:rFonts w:ascii="Book Antiqua" w:hAnsi="Book Antiqua"/>
          <w:i/>
          <w:iCs/>
          <w:u w:val="single"/>
          <w:lang w:val="es-ES"/>
        </w:rPr>
        <w:t xml:space="preserve"> </w:t>
      </w:r>
      <w:r w:rsidR="007B793F" w:rsidRPr="004514CC">
        <w:rPr>
          <w:rFonts w:ascii="Book Antiqua" w:hAnsi="Book Antiqua"/>
          <w:i/>
          <w:iCs/>
          <w:u w:val="single"/>
          <w:lang w:val="es-ES"/>
        </w:rPr>
        <w:tab/>
      </w:r>
      <w:r w:rsidRPr="00FB51A3">
        <w:rPr>
          <w:rFonts w:ascii="Book Antiqua" w:hAnsi="Book Antiqua"/>
          <w:i/>
          <w:iCs/>
          <w:u w:val="single"/>
        </w:rPr>
        <w:t xml:space="preserve">$3,000.00  </w:t>
      </w:r>
    </w:p>
    <w:p w14:paraId="0AB42826" w14:textId="62DA08B6"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134. Centro de la </w:t>
      </w:r>
      <w:proofErr w:type="spellStart"/>
      <w:r w:rsidRPr="00FB51A3">
        <w:rPr>
          <w:rFonts w:ascii="Book Antiqua" w:hAnsi="Book Antiqua"/>
          <w:i/>
          <w:iCs/>
          <w:u w:val="single"/>
        </w:rPr>
        <w:t>Mujer</w:t>
      </w:r>
      <w:proofErr w:type="spellEnd"/>
      <w:r w:rsidRPr="00FB51A3">
        <w:rPr>
          <w:rFonts w:ascii="Book Antiqua" w:hAnsi="Book Antiqua"/>
          <w:i/>
          <w:iCs/>
          <w:u w:val="single"/>
        </w:rPr>
        <w:t xml:space="preserve"> Dominicana – </w:t>
      </w:r>
      <w:r w:rsidR="007B793F" w:rsidRPr="00E84FEC">
        <w:rPr>
          <w:rFonts w:ascii="Book Antiqua" w:hAnsi="Book Antiqua"/>
          <w:i/>
          <w:iCs/>
          <w:u w:val="single"/>
        </w:rPr>
        <w:tab/>
      </w:r>
      <w:r w:rsidRPr="00FB51A3">
        <w:rPr>
          <w:rFonts w:ascii="Book Antiqua" w:hAnsi="Book Antiqua"/>
          <w:i/>
          <w:iCs/>
          <w:u w:val="single"/>
        </w:rPr>
        <w:t xml:space="preserve">$40,000.00  </w:t>
      </w:r>
    </w:p>
    <w:p w14:paraId="3C74EB42" w14:textId="362CBD0E" w:rsidR="00FB51A3" w:rsidRPr="00FB51A3" w:rsidRDefault="00FB51A3" w:rsidP="003659B9">
      <w:pPr>
        <w:tabs>
          <w:tab w:val="decimal" w:pos="8280"/>
        </w:tabs>
        <w:rPr>
          <w:rFonts w:ascii="Book Antiqua" w:hAnsi="Book Antiqua"/>
          <w:i/>
          <w:iCs/>
          <w:u w:val="single"/>
          <w:lang w:val="es-PR"/>
        </w:rPr>
      </w:pPr>
      <w:r w:rsidRPr="004514CC">
        <w:rPr>
          <w:rFonts w:ascii="Book Antiqua" w:hAnsi="Book Antiqua"/>
          <w:i/>
          <w:iCs/>
          <w:u w:val="single"/>
          <w:lang w:val="es-ES"/>
        </w:rPr>
        <w:t xml:space="preserve">135. Centro de Orientación y Acción Social, Inc. </w:t>
      </w:r>
      <w:proofErr w:type="gramStart"/>
      <w:r w:rsidRPr="00FB51A3">
        <w:rPr>
          <w:rFonts w:ascii="Book Antiqua" w:hAnsi="Book Antiqua"/>
          <w:i/>
          <w:iCs/>
          <w:u w:val="single"/>
          <w:lang w:val="es-PR"/>
        </w:rPr>
        <w:t xml:space="preserve">COASI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$189,500.00  </w:t>
      </w:r>
    </w:p>
    <w:p w14:paraId="6C721851" w14:textId="6D5D9002" w:rsidR="00FB51A3" w:rsidRPr="00FB51A3" w:rsidRDefault="00FB51A3" w:rsidP="003659B9">
      <w:pPr>
        <w:tabs>
          <w:tab w:val="decimal" w:pos="8280"/>
        </w:tabs>
        <w:rPr>
          <w:rFonts w:ascii="Book Antiqua" w:hAnsi="Book Antiqua"/>
          <w:i/>
          <w:iCs/>
          <w:u w:val="single"/>
          <w:lang w:val="es-PR"/>
        </w:rPr>
      </w:pPr>
      <w:r w:rsidRPr="00FB51A3">
        <w:rPr>
          <w:rFonts w:ascii="Book Antiqua" w:hAnsi="Book Antiqua"/>
          <w:i/>
          <w:iCs/>
          <w:u w:val="single"/>
          <w:lang w:val="es-PR"/>
        </w:rPr>
        <w:t xml:space="preserve">136. Centro de Servicios a la </w:t>
      </w:r>
      <w:proofErr w:type="gramStart"/>
      <w:r w:rsidRPr="00FB51A3">
        <w:rPr>
          <w:rFonts w:ascii="Book Antiqua" w:hAnsi="Book Antiqua"/>
          <w:i/>
          <w:iCs/>
          <w:u w:val="single"/>
          <w:lang w:val="es-PR"/>
        </w:rPr>
        <w:t xml:space="preserve">Juventud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701BD75B" w14:textId="396A9955"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137. Centro de Servicios Comunitarios Vida Plena, Inc. </w:t>
      </w:r>
      <w:r w:rsidR="007B793F" w:rsidRPr="00E84FEC">
        <w:rPr>
          <w:rFonts w:ascii="Book Antiqua" w:hAnsi="Book Antiqua"/>
          <w:i/>
          <w:iCs/>
          <w:u w:val="single"/>
        </w:rPr>
        <w:tab/>
      </w:r>
      <w:r w:rsidRPr="00FB51A3">
        <w:rPr>
          <w:rFonts w:ascii="Book Antiqua" w:hAnsi="Book Antiqua"/>
          <w:i/>
          <w:iCs/>
          <w:u w:val="single"/>
        </w:rPr>
        <w:t xml:space="preserve"> $11,000.00  </w:t>
      </w:r>
    </w:p>
    <w:p w14:paraId="7721A8AE" w14:textId="2EC67EDC"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138. Centro de Servicios Ferran, Inc. </w:t>
      </w:r>
      <w:r w:rsidR="007B793F" w:rsidRPr="00E84FEC">
        <w:rPr>
          <w:rFonts w:ascii="Book Antiqua" w:hAnsi="Book Antiqua"/>
          <w:i/>
          <w:iCs/>
          <w:u w:val="single"/>
        </w:rPr>
        <w:tab/>
      </w:r>
      <w:r w:rsidRPr="00FB51A3">
        <w:rPr>
          <w:rFonts w:ascii="Book Antiqua" w:hAnsi="Book Antiqua"/>
          <w:i/>
          <w:iCs/>
          <w:u w:val="single"/>
        </w:rPr>
        <w:t xml:space="preserve">$3,000.00  </w:t>
      </w:r>
    </w:p>
    <w:p w14:paraId="61510755" w14:textId="0F661D7F"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139. Centro </w:t>
      </w:r>
      <w:proofErr w:type="spellStart"/>
      <w:r w:rsidRPr="00FB51A3">
        <w:rPr>
          <w:rFonts w:ascii="Book Antiqua" w:hAnsi="Book Antiqua"/>
          <w:i/>
          <w:iCs/>
          <w:u w:val="single"/>
        </w:rPr>
        <w:t>Deambulantes</w:t>
      </w:r>
      <w:proofErr w:type="spellEnd"/>
      <w:r w:rsidRPr="00FB51A3">
        <w:rPr>
          <w:rFonts w:ascii="Book Antiqua" w:hAnsi="Book Antiqua"/>
          <w:i/>
          <w:iCs/>
          <w:u w:val="single"/>
        </w:rPr>
        <w:t xml:space="preserve"> Cristo Pobre </w:t>
      </w:r>
      <w:r w:rsidR="007B793F" w:rsidRPr="00E84FEC">
        <w:rPr>
          <w:rFonts w:ascii="Book Antiqua" w:hAnsi="Book Antiqua"/>
          <w:i/>
          <w:iCs/>
          <w:u w:val="single"/>
        </w:rPr>
        <w:tab/>
      </w:r>
      <w:r w:rsidRPr="00FB51A3">
        <w:rPr>
          <w:rFonts w:ascii="Book Antiqua" w:hAnsi="Book Antiqua"/>
          <w:i/>
          <w:iCs/>
          <w:u w:val="single"/>
        </w:rPr>
        <w:t xml:space="preserve">$3,000.00  </w:t>
      </w:r>
    </w:p>
    <w:p w14:paraId="7C9325E9" w14:textId="5B865133"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140. Centro del </w:t>
      </w:r>
      <w:proofErr w:type="spellStart"/>
      <w:r w:rsidRPr="00FB51A3">
        <w:rPr>
          <w:rFonts w:ascii="Book Antiqua" w:hAnsi="Book Antiqua"/>
          <w:i/>
          <w:iCs/>
          <w:u w:val="single"/>
        </w:rPr>
        <w:t>Leonismo</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Puertorriqueño</w:t>
      </w:r>
      <w:proofErr w:type="spellEnd"/>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 $10,000.00  </w:t>
      </w:r>
    </w:p>
    <w:p w14:paraId="34225A46" w14:textId="4AE5F6FB"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141. Centro </w:t>
      </w:r>
      <w:proofErr w:type="spellStart"/>
      <w:r w:rsidRPr="00FB51A3">
        <w:rPr>
          <w:rFonts w:ascii="Book Antiqua" w:hAnsi="Book Antiqua"/>
          <w:i/>
          <w:iCs/>
          <w:u w:val="single"/>
        </w:rPr>
        <w:t>Desar</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Psico-Organizacional</w:t>
      </w:r>
      <w:proofErr w:type="spellEnd"/>
      <w:r w:rsidRPr="00FB51A3">
        <w:rPr>
          <w:rFonts w:ascii="Book Antiqua" w:hAnsi="Book Antiqua"/>
          <w:i/>
          <w:iCs/>
          <w:u w:val="single"/>
        </w:rPr>
        <w:t xml:space="preserve"> y </w:t>
      </w:r>
      <w:proofErr w:type="spellStart"/>
      <w:r w:rsidRPr="00FB51A3">
        <w:rPr>
          <w:rFonts w:ascii="Book Antiqua" w:hAnsi="Book Antiqua"/>
          <w:i/>
          <w:iCs/>
          <w:u w:val="single"/>
        </w:rPr>
        <w:t>Psicoeducativo</w:t>
      </w:r>
      <w:proofErr w:type="spellEnd"/>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 $9,000.00  </w:t>
      </w:r>
    </w:p>
    <w:p w14:paraId="24EE085F" w14:textId="7340D2C6"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142. Centro </w:t>
      </w:r>
      <w:proofErr w:type="spellStart"/>
      <w:r w:rsidRPr="00FB51A3">
        <w:rPr>
          <w:rFonts w:ascii="Book Antiqua" w:hAnsi="Book Antiqua"/>
          <w:i/>
          <w:iCs/>
          <w:u w:val="single"/>
        </w:rPr>
        <w:t>Educativo</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Sicosocial</w:t>
      </w:r>
      <w:proofErr w:type="spellEnd"/>
      <w:r w:rsidRPr="00FB51A3">
        <w:rPr>
          <w:rFonts w:ascii="Book Antiqua" w:hAnsi="Book Antiqua"/>
          <w:i/>
          <w:iCs/>
          <w:u w:val="single"/>
        </w:rPr>
        <w:t xml:space="preserve"> de Ayuda </w:t>
      </w:r>
      <w:r w:rsidR="007B793F" w:rsidRPr="00E84FEC">
        <w:rPr>
          <w:rFonts w:ascii="Book Antiqua" w:hAnsi="Book Antiqua"/>
          <w:i/>
          <w:iCs/>
          <w:u w:val="single"/>
        </w:rPr>
        <w:tab/>
      </w:r>
      <w:r w:rsidRPr="00FB51A3">
        <w:rPr>
          <w:rFonts w:ascii="Book Antiqua" w:hAnsi="Book Antiqua"/>
          <w:i/>
          <w:iCs/>
          <w:u w:val="single"/>
        </w:rPr>
        <w:t xml:space="preserve"> $8,000.00  </w:t>
      </w:r>
    </w:p>
    <w:p w14:paraId="5AC3EF4A" w14:textId="18E2DCBC" w:rsidR="00FB51A3" w:rsidRPr="00FB51A3" w:rsidRDefault="00FB51A3" w:rsidP="003659B9">
      <w:pPr>
        <w:tabs>
          <w:tab w:val="decimal" w:pos="8280"/>
        </w:tabs>
        <w:rPr>
          <w:rFonts w:ascii="Book Antiqua" w:hAnsi="Book Antiqua"/>
          <w:i/>
          <w:iCs/>
          <w:u w:val="single"/>
          <w:lang w:val="it-IT"/>
        </w:rPr>
      </w:pPr>
      <w:r w:rsidRPr="00FB51A3">
        <w:rPr>
          <w:rFonts w:ascii="Book Antiqua" w:hAnsi="Book Antiqua"/>
          <w:i/>
          <w:iCs/>
          <w:u w:val="single"/>
          <w:lang w:val="it-IT"/>
        </w:rPr>
        <w:t xml:space="preserve">143. Centro Esperanza  </w:t>
      </w:r>
      <w:r w:rsidR="007B793F" w:rsidRPr="00E84FEC">
        <w:rPr>
          <w:rFonts w:ascii="Book Antiqua" w:hAnsi="Book Antiqua"/>
          <w:i/>
          <w:iCs/>
          <w:u w:val="single"/>
          <w:lang w:val="it-IT"/>
        </w:rPr>
        <w:tab/>
      </w:r>
      <w:r w:rsidRPr="00FB51A3">
        <w:rPr>
          <w:rFonts w:ascii="Book Antiqua" w:hAnsi="Book Antiqua"/>
          <w:i/>
          <w:iCs/>
          <w:u w:val="single"/>
          <w:lang w:val="it-IT"/>
        </w:rPr>
        <w:t xml:space="preserve">$60,000.00  </w:t>
      </w:r>
    </w:p>
    <w:p w14:paraId="29BFCE5D" w14:textId="523AD3DD"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lang w:val="it-IT"/>
        </w:rPr>
        <w:t xml:space="preserve">144. Centro Geriátrico Caritativo La Milagrosa, Inc.  </w:t>
      </w:r>
      <w:r w:rsidR="007B793F" w:rsidRPr="00E84FEC">
        <w:rPr>
          <w:rFonts w:ascii="Book Antiqua" w:hAnsi="Book Antiqua"/>
          <w:i/>
          <w:iCs/>
          <w:u w:val="single"/>
          <w:lang w:val="it-IT"/>
        </w:rPr>
        <w:tab/>
      </w:r>
      <w:r w:rsidRPr="00FB51A3">
        <w:rPr>
          <w:rFonts w:ascii="Book Antiqua" w:hAnsi="Book Antiqua"/>
          <w:i/>
          <w:iCs/>
          <w:u w:val="single"/>
        </w:rPr>
        <w:t xml:space="preserve">$15,000.00  </w:t>
      </w:r>
    </w:p>
    <w:p w14:paraId="3E5C8F84" w14:textId="3ADE6587"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145. Centro </w:t>
      </w:r>
      <w:proofErr w:type="spellStart"/>
      <w:r w:rsidRPr="00FB51A3">
        <w:rPr>
          <w:rFonts w:ascii="Book Antiqua" w:hAnsi="Book Antiqua"/>
          <w:i/>
          <w:iCs/>
          <w:u w:val="single"/>
        </w:rPr>
        <w:t>Geriátrico</w:t>
      </w:r>
      <w:proofErr w:type="spellEnd"/>
      <w:r w:rsidRPr="00FB51A3">
        <w:rPr>
          <w:rFonts w:ascii="Book Antiqua" w:hAnsi="Book Antiqua"/>
          <w:i/>
          <w:iCs/>
          <w:u w:val="single"/>
        </w:rPr>
        <w:t xml:space="preserve"> El </w:t>
      </w:r>
      <w:proofErr w:type="spellStart"/>
      <w:r w:rsidRPr="00FB51A3">
        <w:rPr>
          <w:rFonts w:ascii="Book Antiqua" w:hAnsi="Book Antiqua"/>
          <w:i/>
          <w:iCs/>
          <w:u w:val="single"/>
        </w:rPr>
        <w:t>Remanso</w:t>
      </w:r>
      <w:proofErr w:type="spellEnd"/>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$45,000.00  </w:t>
      </w:r>
    </w:p>
    <w:p w14:paraId="7FFA8A99" w14:textId="21EC3133"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146. Centro </w:t>
      </w:r>
      <w:proofErr w:type="spellStart"/>
      <w:r w:rsidRPr="00FB51A3">
        <w:rPr>
          <w:rFonts w:ascii="Book Antiqua" w:hAnsi="Book Antiqua"/>
          <w:i/>
          <w:iCs/>
          <w:u w:val="single"/>
        </w:rPr>
        <w:t>Geriátrico</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Higuey</w:t>
      </w:r>
      <w:proofErr w:type="spellEnd"/>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$4,500.00  </w:t>
      </w:r>
    </w:p>
    <w:p w14:paraId="49A41302" w14:textId="0BC0EAC5"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147. Centro Geriátrico San Rafael Inc. </w:t>
      </w:r>
      <w:r w:rsidR="007B793F" w:rsidRPr="00E84FEC">
        <w:rPr>
          <w:rFonts w:ascii="Book Antiqua" w:hAnsi="Book Antiqua"/>
          <w:i/>
          <w:iCs/>
          <w:u w:val="single"/>
        </w:rPr>
        <w:tab/>
      </w:r>
      <w:r w:rsidRPr="00FB51A3">
        <w:rPr>
          <w:rFonts w:ascii="Book Antiqua" w:hAnsi="Book Antiqua"/>
          <w:i/>
          <w:iCs/>
          <w:u w:val="single"/>
        </w:rPr>
        <w:t xml:space="preserve">$35,900.00  </w:t>
      </w:r>
    </w:p>
    <w:p w14:paraId="3679FE48" w14:textId="02FB2E9C"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148. Centro INÉS/Centro Comunitario Rvda. Inés J. Figueroa, Inc.  </w:t>
      </w:r>
      <w:r w:rsidR="007B793F" w:rsidRPr="00E84FEC">
        <w:rPr>
          <w:rFonts w:ascii="Book Antiqua" w:hAnsi="Book Antiqua"/>
          <w:i/>
          <w:iCs/>
          <w:u w:val="single"/>
        </w:rPr>
        <w:tab/>
      </w:r>
      <w:r w:rsidRPr="00FB51A3">
        <w:rPr>
          <w:rFonts w:ascii="Book Antiqua" w:hAnsi="Book Antiqua"/>
          <w:i/>
          <w:iCs/>
          <w:u w:val="single"/>
        </w:rPr>
        <w:t xml:space="preserve">$8,000.00  </w:t>
      </w:r>
    </w:p>
    <w:p w14:paraId="011CDFBC" w14:textId="7937BC22"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149. Centro Madre Dominga Casa de Belén Inc.  </w:t>
      </w:r>
      <w:r w:rsidR="007B793F" w:rsidRPr="00E84FEC">
        <w:rPr>
          <w:rFonts w:ascii="Book Antiqua" w:hAnsi="Book Antiqua"/>
          <w:i/>
          <w:iCs/>
          <w:u w:val="single"/>
        </w:rPr>
        <w:tab/>
      </w:r>
      <w:r w:rsidRPr="00FB51A3">
        <w:rPr>
          <w:rFonts w:ascii="Book Antiqua" w:hAnsi="Book Antiqua"/>
          <w:i/>
          <w:iCs/>
          <w:u w:val="single"/>
        </w:rPr>
        <w:t xml:space="preserve">$20,000.00  </w:t>
      </w:r>
    </w:p>
    <w:p w14:paraId="4BBFDF07" w14:textId="6A395DA9" w:rsidR="00FB51A3" w:rsidRPr="00FB51A3" w:rsidRDefault="00FB51A3" w:rsidP="003659B9">
      <w:pPr>
        <w:tabs>
          <w:tab w:val="decimal" w:pos="8280"/>
        </w:tabs>
        <w:rPr>
          <w:rFonts w:ascii="Book Antiqua" w:hAnsi="Book Antiqua"/>
          <w:i/>
          <w:iCs/>
          <w:u w:val="single"/>
          <w:lang w:val="it-IT"/>
        </w:rPr>
      </w:pPr>
      <w:r w:rsidRPr="00FB51A3">
        <w:rPr>
          <w:rFonts w:ascii="Book Antiqua" w:hAnsi="Book Antiqua"/>
          <w:i/>
          <w:iCs/>
          <w:u w:val="single"/>
          <w:lang w:val="it-IT"/>
        </w:rPr>
        <w:t xml:space="preserve">150. Centro Margarita  </w:t>
      </w:r>
      <w:r w:rsidR="007B793F" w:rsidRPr="00E84FEC">
        <w:rPr>
          <w:rFonts w:ascii="Book Antiqua" w:hAnsi="Book Antiqua"/>
          <w:i/>
          <w:iCs/>
          <w:u w:val="single"/>
          <w:lang w:val="it-IT"/>
        </w:rPr>
        <w:tab/>
      </w:r>
      <w:r w:rsidRPr="00FB51A3">
        <w:rPr>
          <w:rFonts w:ascii="Book Antiqua" w:hAnsi="Book Antiqua"/>
          <w:i/>
          <w:iCs/>
          <w:u w:val="single"/>
          <w:lang w:val="it-IT"/>
        </w:rPr>
        <w:t xml:space="preserve">$20,000.00  </w:t>
      </w:r>
    </w:p>
    <w:p w14:paraId="1ADBDE12" w14:textId="35CB1029" w:rsidR="00FB51A3" w:rsidRPr="00FB51A3" w:rsidRDefault="00FB51A3" w:rsidP="003659B9">
      <w:pPr>
        <w:tabs>
          <w:tab w:val="decimal" w:pos="8280"/>
        </w:tabs>
        <w:rPr>
          <w:rFonts w:ascii="Book Antiqua" w:hAnsi="Book Antiqua"/>
          <w:i/>
          <w:iCs/>
          <w:u w:val="single"/>
          <w:lang w:val="it-IT"/>
        </w:rPr>
      </w:pPr>
      <w:r w:rsidRPr="00FB51A3">
        <w:rPr>
          <w:rFonts w:ascii="Book Antiqua" w:hAnsi="Book Antiqua"/>
          <w:i/>
          <w:iCs/>
          <w:u w:val="single"/>
          <w:lang w:val="it-IT"/>
        </w:rPr>
        <w:t xml:space="preserve">151. Centro Maria Mazzarello Alespi Inc  </w:t>
      </w:r>
      <w:r w:rsidR="007B793F" w:rsidRPr="00E84FEC">
        <w:rPr>
          <w:rFonts w:ascii="Book Antiqua" w:hAnsi="Book Antiqua"/>
          <w:i/>
          <w:iCs/>
          <w:u w:val="single"/>
          <w:lang w:val="it-IT"/>
        </w:rPr>
        <w:tab/>
      </w:r>
      <w:r w:rsidRPr="00FB51A3">
        <w:rPr>
          <w:rFonts w:ascii="Book Antiqua" w:hAnsi="Book Antiqua"/>
          <w:i/>
          <w:iCs/>
          <w:u w:val="single"/>
          <w:lang w:val="it-IT"/>
        </w:rPr>
        <w:t xml:space="preserve">$17,000.00  </w:t>
      </w:r>
    </w:p>
    <w:p w14:paraId="7FE32543" w14:textId="4A37C0B9" w:rsidR="00FB51A3" w:rsidRPr="00FB51A3" w:rsidRDefault="00FB51A3" w:rsidP="003659B9">
      <w:pPr>
        <w:tabs>
          <w:tab w:val="decimal" w:pos="8280"/>
        </w:tabs>
        <w:rPr>
          <w:rFonts w:ascii="Book Antiqua" w:hAnsi="Book Antiqua"/>
          <w:i/>
          <w:iCs/>
          <w:u w:val="single"/>
          <w:lang w:val="es-PR"/>
        </w:rPr>
      </w:pPr>
      <w:r w:rsidRPr="00FB51A3">
        <w:rPr>
          <w:rFonts w:ascii="Book Antiqua" w:hAnsi="Book Antiqua"/>
          <w:i/>
          <w:iCs/>
          <w:u w:val="single"/>
          <w:lang w:val="es-PR"/>
        </w:rPr>
        <w:t xml:space="preserve">152. Centro Microempresas y Tecnologías Agrícolas </w:t>
      </w:r>
      <w:proofErr w:type="gramStart"/>
      <w:r w:rsidRPr="00FB51A3">
        <w:rPr>
          <w:rFonts w:ascii="Book Antiqua" w:hAnsi="Book Antiqua"/>
          <w:i/>
          <w:iCs/>
          <w:u w:val="single"/>
          <w:lang w:val="es-PR"/>
        </w:rPr>
        <w:t xml:space="preserve">Sustentables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48197B8B" w14:textId="57E94C27"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153. Centro </w:t>
      </w:r>
      <w:proofErr w:type="spellStart"/>
      <w:r w:rsidRPr="00FB51A3">
        <w:rPr>
          <w:rFonts w:ascii="Book Antiqua" w:hAnsi="Book Antiqua"/>
          <w:i/>
          <w:iCs/>
          <w:u w:val="single"/>
        </w:rPr>
        <w:t>Millajen</w:t>
      </w:r>
      <w:proofErr w:type="spellEnd"/>
      <w:r w:rsidRPr="00FB51A3">
        <w:rPr>
          <w:rFonts w:ascii="Book Antiqua" w:hAnsi="Book Antiqua"/>
          <w:i/>
          <w:iCs/>
          <w:u w:val="single"/>
        </w:rPr>
        <w:t xml:space="preserve">, Inc.  </w:t>
      </w:r>
      <w:r w:rsidR="007B793F" w:rsidRPr="00E84FEC">
        <w:rPr>
          <w:rFonts w:ascii="Book Antiqua" w:hAnsi="Book Antiqua"/>
          <w:i/>
          <w:iCs/>
          <w:u w:val="single"/>
        </w:rPr>
        <w:tab/>
      </w:r>
      <w:r w:rsidRPr="00FB51A3">
        <w:rPr>
          <w:rFonts w:ascii="Book Antiqua" w:hAnsi="Book Antiqua"/>
          <w:i/>
          <w:iCs/>
          <w:u w:val="single"/>
        </w:rPr>
        <w:t xml:space="preserve">$16,000.00  </w:t>
      </w:r>
    </w:p>
    <w:p w14:paraId="14A5553F" w14:textId="2EFC8F5B"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154. Centro Nuevos Horizontes, Inc. </w:t>
      </w:r>
      <w:r w:rsidR="007B793F" w:rsidRPr="00E84FEC">
        <w:rPr>
          <w:rFonts w:ascii="Book Antiqua" w:hAnsi="Book Antiqua"/>
          <w:i/>
          <w:iCs/>
          <w:u w:val="single"/>
        </w:rPr>
        <w:tab/>
      </w:r>
      <w:r w:rsidRPr="00FB51A3">
        <w:rPr>
          <w:rFonts w:ascii="Book Antiqua" w:hAnsi="Book Antiqua"/>
          <w:i/>
          <w:iCs/>
          <w:u w:val="single"/>
        </w:rPr>
        <w:t xml:space="preserve">$30,000.00  </w:t>
      </w:r>
    </w:p>
    <w:p w14:paraId="25C40BE2" w14:textId="6BED898B" w:rsidR="00FB51A3" w:rsidRPr="00FB51A3" w:rsidRDefault="00FB51A3" w:rsidP="003659B9">
      <w:pPr>
        <w:tabs>
          <w:tab w:val="decimal" w:pos="8280"/>
        </w:tabs>
        <w:rPr>
          <w:rFonts w:ascii="Book Antiqua" w:hAnsi="Book Antiqua"/>
          <w:i/>
          <w:iCs/>
          <w:u w:val="single"/>
          <w:lang w:val="es-PR"/>
        </w:rPr>
      </w:pPr>
      <w:r w:rsidRPr="00FB51A3">
        <w:rPr>
          <w:rFonts w:ascii="Book Antiqua" w:hAnsi="Book Antiqua"/>
          <w:i/>
          <w:iCs/>
          <w:u w:val="single"/>
          <w:lang w:val="es-PR"/>
        </w:rPr>
        <w:t xml:space="preserve">155. Centro para niños El Nuevo Hogar </w:t>
      </w:r>
      <w:r w:rsidR="007B793F" w:rsidRPr="00E84FEC">
        <w:rPr>
          <w:rFonts w:ascii="Book Antiqua" w:hAnsi="Book Antiqua"/>
          <w:i/>
          <w:iCs/>
          <w:u w:val="single"/>
          <w:lang w:val="es-PR"/>
        </w:rPr>
        <w:tab/>
      </w:r>
      <w:r w:rsidRPr="00FB51A3">
        <w:rPr>
          <w:rFonts w:ascii="Book Antiqua" w:hAnsi="Book Antiqua"/>
          <w:i/>
          <w:iCs/>
          <w:u w:val="single"/>
          <w:lang w:val="es-PR"/>
        </w:rPr>
        <w:t xml:space="preserve">$30,000.00  </w:t>
      </w:r>
    </w:p>
    <w:p w14:paraId="6D08A734" w14:textId="12C29BB9" w:rsidR="00FB51A3" w:rsidRPr="00FB51A3" w:rsidRDefault="00FB51A3" w:rsidP="003659B9">
      <w:pPr>
        <w:tabs>
          <w:tab w:val="decimal" w:pos="8280"/>
        </w:tabs>
        <w:rPr>
          <w:rFonts w:ascii="Book Antiqua" w:hAnsi="Book Antiqua"/>
          <w:i/>
          <w:iCs/>
          <w:u w:val="single"/>
        </w:rPr>
      </w:pPr>
      <w:r w:rsidRPr="00FB51A3">
        <w:rPr>
          <w:rFonts w:ascii="Book Antiqua" w:hAnsi="Book Antiqua"/>
          <w:i/>
          <w:iCs/>
          <w:u w:val="single"/>
        </w:rPr>
        <w:t xml:space="preserve">156. Centro para Puerto </w:t>
      </w:r>
      <w:proofErr w:type="gramStart"/>
      <w:r w:rsidRPr="00FB51A3">
        <w:rPr>
          <w:rFonts w:ascii="Book Antiqua" w:hAnsi="Book Antiqua"/>
          <w:i/>
          <w:iCs/>
          <w:u w:val="single"/>
        </w:rPr>
        <w:t xml:space="preserve">Rico  </w:t>
      </w:r>
      <w:r w:rsidR="007B793F" w:rsidRPr="00E84FEC">
        <w:rPr>
          <w:rFonts w:ascii="Book Antiqua" w:hAnsi="Book Antiqua"/>
          <w:i/>
          <w:iCs/>
          <w:u w:val="single"/>
        </w:rPr>
        <w:tab/>
      </w:r>
      <w:proofErr w:type="gramEnd"/>
      <w:r w:rsidRPr="00FB51A3">
        <w:rPr>
          <w:rFonts w:ascii="Book Antiqua" w:hAnsi="Book Antiqua"/>
          <w:i/>
          <w:iCs/>
          <w:u w:val="single"/>
        </w:rPr>
        <w:t xml:space="preserve">$200,000.00  </w:t>
      </w:r>
    </w:p>
    <w:p w14:paraId="00036863" w14:textId="4EDCD65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157. Centro para Renovación Económica, Crecimiento y Excelencia </w:t>
      </w:r>
      <w:r w:rsidR="007B793F" w:rsidRPr="00E84FEC">
        <w:rPr>
          <w:rFonts w:ascii="Book Antiqua" w:hAnsi="Book Antiqua"/>
          <w:i/>
          <w:iCs/>
          <w:u w:val="single"/>
        </w:rPr>
        <w:tab/>
      </w:r>
      <w:r w:rsidRPr="00FB51A3">
        <w:rPr>
          <w:rFonts w:ascii="Book Antiqua" w:hAnsi="Book Antiqua"/>
          <w:i/>
          <w:iCs/>
          <w:u w:val="single"/>
        </w:rPr>
        <w:t xml:space="preserve">$20,000.00  </w:t>
      </w:r>
    </w:p>
    <w:p w14:paraId="1DC8400F" w14:textId="09184C3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158. Centro Pro Vida Independiente, Inc.  </w:t>
      </w:r>
      <w:r w:rsidR="007B793F" w:rsidRPr="00E84FEC">
        <w:rPr>
          <w:rFonts w:ascii="Book Antiqua" w:hAnsi="Book Antiqua"/>
          <w:i/>
          <w:iCs/>
          <w:u w:val="single"/>
        </w:rPr>
        <w:tab/>
      </w:r>
      <w:r w:rsidRPr="00FB51A3">
        <w:rPr>
          <w:rFonts w:ascii="Book Antiqua" w:hAnsi="Book Antiqua"/>
          <w:i/>
          <w:iCs/>
          <w:u w:val="single"/>
        </w:rPr>
        <w:t xml:space="preserve">$13,000.00  </w:t>
      </w:r>
    </w:p>
    <w:p w14:paraId="264E4BBB" w14:textId="04305D5B" w:rsidR="00FB51A3" w:rsidRPr="004514CC" w:rsidRDefault="00FB51A3" w:rsidP="007B793F">
      <w:pPr>
        <w:tabs>
          <w:tab w:val="decimal" w:pos="8280"/>
        </w:tabs>
        <w:rPr>
          <w:rFonts w:ascii="Book Antiqua" w:hAnsi="Book Antiqua"/>
          <w:i/>
          <w:iCs/>
          <w:u w:val="single"/>
          <w:lang w:val="es-ES"/>
        </w:rPr>
      </w:pPr>
      <w:r w:rsidRPr="004514CC">
        <w:rPr>
          <w:rFonts w:ascii="Book Antiqua" w:hAnsi="Book Antiqua"/>
          <w:i/>
          <w:iCs/>
          <w:u w:val="single"/>
          <w:lang w:val="es-ES"/>
        </w:rPr>
        <w:t xml:space="preserve">159. Centro Providencia de Loíza  </w:t>
      </w:r>
      <w:r w:rsidR="007B793F" w:rsidRPr="004514CC">
        <w:rPr>
          <w:rFonts w:ascii="Book Antiqua" w:hAnsi="Book Antiqua"/>
          <w:i/>
          <w:iCs/>
          <w:u w:val="single"/>
          <w:lang w:val="es-ES"/>
        </w:rPr>
        <w:tab/>
      </w:r>
      <w:r w:rsidRPr="004514CC">
        <w:rPr>
          <w:rFonts w:ascii="Book Antiqua" w:hAnsi="Book Antiqua"/>
          <w:i/>
          <w:iCs/>
          <w:u w:val="single"/>
          <w:lang w:val="es-ES"/>
        </w:rPr>
        <w:t xml:space="preserve">$8,000.00  </w:t>
      </w:r>
    </w:p>
    <w:p w14:paraId="24BC02CA" w14:textId="3F1870EF" w:rsidR="00FB51A3" w:rsidRPr="00FB51A3" w:rsidRDefault="00FB51A3" w:rsidP="007B793F">
      <w:pPr>
        <w:tabs>
          <w:tab w:val="decimal" w:pos="8280"/>
        </w:tabs>
        <w:rPr>
          <w:rFonts w:ascii="Book Antiqua" w:hAnsi="Book Antiqua"/>
          <w:i/>
          <w:iCs/>
          <w:u w:val="single"/>
        </w:rPr>
      </w:pPr>
      <w:r w:rsidRPr="004514CC">
        <w:rPr>
          <w:rFonts w:ascii="Book Antiqua" w:hAnsi="Book Antiqua"/>
          <w:i/>
          <w:iCs/>
          <w:u w:val="single"/>
          <w:lang w:val="es-ES"/>
        </w:rPr>
        <w:t xml:space="preserve">160. Centro Ramon Frade para Personas de Edad, Inc. </w:t>
      </w:r>
      <w:r w:rsidR="007B793F" w:rsidRPr="004514CC">
        <w:rPr>
          <w:rFonts w:ascii="Book Antiqua" w:hAnsi="Book Antiqua"/>
          <w:i/>
          <w:iCs/>
          <w:u w:val="single"/>
          <w:lang w:val="es-ES"/>
        </w:rPr>
        <w:tab/>
      </w:r>
      <w:r w:rsidRPr="00FB51A3">
        <w:rPr>
          <w:rFonts w:ascii="Book Antiqua" w:hAnsi="Book Antiqua"/>
          <w:i/>
          <w:iCs/>
          <w:u w:val="single"/>
        </w:rPr>
        <w:t xml:space="preserve">$25,000.00  </w:t>
      </w:r>
    </w:p>
    <w:p w14:paraId="5BC3C3E7" w14:textId="27B144B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161. Centro San Francisco, Inc.  </w:t>
      </w:r>
      <w:r w:rsidR="007B793F" w:rsidRPr="00E84FEC">
        <w:rPr>
          <w:rFonts w:ascii="Book Antiqua" w:hAnsi="Book Antiqua"/>
          <w:i/>
          <w:iCs/>
          <w:u w:val="single"/>
        </w:rPr>
        <w:tab/>
      </w:r>
      <w:r w:rsidRPr="00FB51A3">
        <w:rPr>
          <w:rFonts w:ascii="Book Antiqua" w:hAnsi="Book Antiqua"/>
          <w:i/>
          <w:iCs/>
          <w:u w:val="single"/>
        </w:rPr>
        <w:t xml:space="preserve">$10,000.00  </w:t>
      </w:r>
    </w:p>
    <w:p w14:paraId="003F662D" w14:textId="56A5C35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162. Centro Santa Luisa, Inc.  </w:t>
      </w:r>
      <w:r w:rsidR="007B793F" w:rsidRPr="00E84FEC">
        <w:rPr>
          <w:rFonts w:ascii="Book Antiqua" w:hAnsi="Book Antiqua"/>
          <w:i/>
          <w:iCs/>
          <w:u w:val="single"/>
        </w:rPr>
        <w:tab/>
      </w:r>
      <w:r w:rsidRPr="00FB51A3">
        <w:rPr>
          <w:rFonts w:ascii="Book Antiqua" w:hAnsi="Book Antiqua"/>
          <w:i/>
          <w:iCs/>
          <w:u w:val="single"/>
        </w:rPr>
        <w:t xml:space="preserve">$15,000.00  </w:t>
      </w:r>
    </w:p>
    <w:p w14:paraId="1B3F81B3" w14:textId="7AA1B98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163. Centro Teológico El Caballero de la Cruz, Inc.  </w:t>
      </w:r>
      <w:r w:rsidR="007B793F" w:rsidRPr="00E84FEC">
        <w:rPr>
          <w:rFonts w:ascii="Book Antiqua" w:hAnsi="Book Antiqua"/>
          <w:i/>
          <w:iCs/>
          <w:u w:val="single"/>
          <w:lang w:val="es-PR"/>
        </w:rPr>
        <w:tab/>
      </w:r>
      <w:r w:rsidRPr="00FB51A3">
        <w:rPr>
          <w:rFonts w:ascii="Book Antiqua" w:hAnsi="Book Antiqua"/>
          <w:i/>
          <w:iCs/>
          <w:u w:val="single"/>
        </w:rPr>
        <w:t xml:space="preserve">$10,000.00  </w:t>
      </w:r>
    </w:p>
    <w:p w14:paraId="6E5F7017" w14:textId="29566DB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164. Centro Unido de Detallistas Inc. </w:t>
      </w:r>
      <w:r w:rsidR="007B793F" w:rsidRPr="00E84FEC">
        <w:rPr>
          <w:rFonts w:ascii="Book Antiqua" w:hAnsi="Book Antiqua"/>
          <w:i/>
          <w:iCs/>
          <w:u w:val="single"/>
        </w:rPr>
        <w:tab/>
      </w:r>
      <w:r w:rsidRPr="00FB51A3">
        <w:rPr>
          <w:rFonts w:ascii="Book Antiqua" w:hAnsi="Book Antiqua"/>
          <w:i/>
          <w:iCs/>
          <w:u w:val="single"/>
        </w:rPr>
        <w:t xml:space="preserve"> $10,000.00  </w:t>
      </w:r>
    </w:p>
    <w:p w14:paraId="5E5C1631" w14:textId="73BCF0CE" w:rsidR="00FB51A3" w:rsidRPr="004514CC" w:rsidRDefault="00FB51A3" w:rsidP="007B793F">
      <w:pPr>
        <w:tabs>
          <w:tab w:val="decimal" w:pos="8280"/>
        </w:tabs>
        <w:rPr>
          <w:rFonts w:ascii="Book Antiqua" w:hAnsi="Book Antiqua"/>
          <w:i/>
          <w:iCs/>
          <w:u w:val="single"/>
          <w:lang w:val="es-ES"/>
        </w:rPr>
      </w:pPr>
      <w:r w:rsidRPr="004514CC">
        <w:rPr>
          <w:rFonts w:ascii="Book Antiqua" w:hAnsi="Book Antiqua"/>
          <w:i/>
          <w:iCs/>
          <w:u w:val="single"/>
          <w:lang w:val="es-ES"/>
        </w:rPr>
        <w:t xml:space="preserve">165. Centros Sor Isolina Ferre  </w:t>
      </w:r>
      <w:r w:rsidR="007B793F" w:rsidRPr="004514CC">
        <w:rPr>
          <w:rFonts w:ascii="Book Antiqua" w:hAnsi="Book Antiqua"/>
          <w:i/>
          <w:iCs/>
          <w:u w:val="single"/>
          <w:lang w:val="es-ES"/>
        </w:rPr>
        <w:tab/>
      </w:r>
      <w:r w:rsidRPr="004514CC">
        <w:rPr>
          <w:rFonts w:ascii="Book Antiqua" w:hAnsi="Book Antiqua"/>
          <w:i/>
          <w:iCs/>
          <w:u w:val="single"/>
          <w:lang w:val="es-ES"/>
        </w:rPr>
        <w:t xml:space="preserve">$130,000.00  </w:t>
      </w:r>
    </w:p>
    <w:p w14:paraId="0DCC4F1D" w14:textId="5C312049" w:rsidR="00FB51A3" w:rsidRPr="004514CC" w:rsidRDefault="00FB51A3" w:rsidP="007B793F">
      <w:pPr>
        <w:tabs>
          <w:tab w:val="decimal" w:pos="8280"/>
        </w:tabs>
        <w:rPr>
          <w:rFonts w:ascii="Book Antiqua" w:hAnsi="Book Antiqua"/>
          <w:i/>
          <w:iCs/>
          <w:u w:val="single"/>
          <w:lang w:val="es-ES"/>
        </w:rPr>
      </w:pPr>
      <w:r w:rsidRPr="004514CC">
        <w:rPr>
          <w:rFonts w:ascii="Book Antiqua" w:hAnsi="Book Antiqua"/>
          <w:i/>
          <w:iCs/>
          <w:u w:val="single"/>
          <w:lang w:val="es-ES"/>
        </w:rPr>
        <w:t>166. Childrens</w:t>
      </w:r>
      <w:r w:rsidR="00884D9A" w:rsidRPr="004514CC">
        <w:rPr>
          <w:rFonts w:ascii="Book Antiqua" w:hAnsi="Book Antiqua"/>
          <w:i/>
          <w:iCs/>
          <w:u w:val="single"/>
          <w:lang w:val="es-ES"/>
        </w:rPr>
        <w:t xml:space="preserve"> </w:t>
      </w:r>
      <w:proofErr w:type="gramStart"/>
      <w:r w:rsidRPr="004514CC">
        <w:rPr>
          <w:rFonts w:ascii="Book Antiqua" w:hAnsi="Book Antiqua"/>
          <w:i/>
          <w:iCs/>
          <w:u w:val="single"/>
          <w:lang w:val="es-ES"/>
        </w:rPr>
        <w:t xml:space="preserve">Zone  </w:t>
      </w:r>
      <w:r w:rsidR="007B793F" w:rsidRPr="004514CC">
        <w:rPr>
          <w:rFonts w:ascii="Book Antiqua" w:hAnsi="Book Antiqua"/>
          <w:i/>
          <w:iCs/>
          <w:u w:val="single"/>
          <w:lang w:val="es-ES"/>
        </w:rPr>
        <w:tab/>
      </w:r>
      <w:proofErr w:type="gramEnd"/>
      <w:r w:rsidRPr="004514CC">
        <w:rPr>
          <w:rFonts w:ascii="Book Antiqua" w:hAnsi="Book Antiqua"/>
          <w:i/>
          <w:iCs/>
          <w:u w:val="single"/>
          <w:lang w:val="es-ES"/>
        </w:rPr>
        <w:t xml:space="preserve">$3,000.00  </w:t>
      </w:r>
    </w:p>
    <w:p w14:paraId="7203C1EE" w14:textId="4DF62C4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167. Ciencia Puerto Rico </w:t>
      </w:r>
      <w:r w:rsidR="007B793F" w:rsidRPr="00E84FEC">
        <w:rPr>
          <w:rFonts w:ascii="Book Antiqua" w:hAnsi="Book Antiqua"/>
          <w:i/>
          <w:iCs/>
          <w:u w:val="single"/>
        </w:rPr>
        <w:tab/>
      </w:r>
      <w:r w:rsidRPr="00FB51A3">
        <w:rPr>
          <w:rFonts w:ascii="Book Antiqua" w:hAnsi="Book Antiqua"/>
          <w:i/>
          <w:iCs/>
          <w:u w:val="single"/>
        </w:rPr>
        <w:t xml:space="preserve">$4,000.00  </w:t>
      </w:r>
    </w:p>
    <w:p w14:paraId="1533C2B9" w14:textId="780E4F7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168. Circulo Histórico Cultural de Camuy, Inc. </w:t>
      </w:r>
      <w:r w:rsidR="007B793F" w:rsidRPr="00E84FEC">
        <w:rPr>
          <w:rFonts w:ascii="Book Antiqua" w:hAnsi="Book Antiqua"/>
          <w:i/>
          <w:iCs/>
          <w:u w:val="single"/>
        </w:rPr>
        <w:tab/>
      </w:r>
      <w:r w:rsidRPr="00FB51A3">
        <w:rPr>
          <w:rFonts w:ascii="Book Antiqua" w:hAnsi="Book Antiqua"/>
          <w:i/>
          <w:iCs/>
          <w:u w:val="single"/>
        </w:rPr>
        <w:t xml:space="preserve"> $3,000.00  </w:t>
      </w:r>
    </w:p>
    <w:p w14:paraId="7DC1DF09" w14:textId="59526EF6"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169. </w:t>
      </w:r>
      <w:proofErr w:type="spellStart"/>
      <w:r w:rsidRPr="00FB51A3">
        <w:rPr>
          <w:rFonts w:ascii="Book Antiqua" w:hAnsi="Book Antiqua"/>
          <w:i/>
          <w:iCs/>
          <w:u w:val="single"/>
          <w:lang w:val="es-PR"/>
        </w:rPr>
        <w:t>C</w:t>
      </w:r>
      <w:r w:rsidR="00DA11C9" w:rsidRPr="00E84FEC">
        <w:rPr>
          <w:rFonts w:ascii="Book Antiqua" w:hAnsi="Book Antiqua"/>
          <w:i/>
          <w:iCs/>
          <w:u w:val="single"/>
          <w:lang w:val="es-PR"/>
        </w:rPr>
        <w:t>i</w:t>
      </w:r>
      <w:r w:rsidRPr="00FB51A3">
        <w:rPr>
          <w:rFonts w:ascii="Book Antiqua" w:hAnsi="Book Antiqua"/>
          <w:i/>
          <w:iCs/>
          <w:u w:val="single"/>
          <w:lang w:val="es-PR"/>
        </w:rPr>
        <w:t>ties</w:t>
      </w:r>
      <w:proofErr w:type="spellEnd"/>
      <w:r w:rsidRPr="00FB51A3">
        <w:rPr>
          <w:rFonts w:ascii="Book Antiqua" w:hAnsi="Book Antiqua"/>
          <w:i/>
          <w:iCs/>
          <w:u w:val="single"/>
          <w:lang w:val="es-PR"/>
        </w:rPr>
        <w:t xml:space="preserve"> </w:t>
      </w:r>
      <w:proofErr w:type="spellStart"/>
      <w:r w:rsidRPr="00FB51A3">
        <w:rPr>
          <w:rFonts w:ascii="Book Antiqua" w:hAnsi="Book Antiqua"/>
          <w:i/>
          <w:iCs/>
          <w:u w:val="single"/>
          <w:lang w:val="es-PR"/>
        </w:rPr>
        <w:t>of</w:t>
      </w:r>
      <w:proofErr w:type="spellEnd"/>
      <w:r w:rsidRPr="00FB51A3">
        <w:rPr>
          <w:rFonts w:ascii="Book Antiqua" w:hAnsi="Book Antiqua"/>
          <w:i/>
          <w:iCs/>
          <w:u w:val="single"/>
          <w:lang w:val="es-PR"/>
        </w:rPr>
        <w:t xml:space="preserve"> Love PR </w:t>
      </w:r>
      <w:r w:rsidR="007B793F" w:rsidRPr="00E84FEC">
        <w:rPr>
          <w:rFonts w:ascii="Book Antiqua" w:hAnsi="Book Antiqua"/>
          <w:i/>
          <w:iCs/>
          <w:u w:val="single"/>
          <w:lang w:val="es-PR"/>
        </w:rPr>
        <w:tab/>
      </w:r>
      <w:r w:rsidRPr="00FB51A3">
        <w:rPr>
          <w:rFonts w:ascii="Book Antiqua" w:hAnsi="Book Antiqua"/>
          <w:i/>
          <w:iCs/>
          <w:u w:val="single"/>
          <w:lang w:val="es-PR"/>
        </w:rPr>
        <w:t xml:space="preserve"> $3,500.00  </w:t>
      </w:r>
    </w:p>
    <w:p w14:paraId="11966671" w14:textId="4A77C1E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170. Ciudadanos </w:t>
      </w:r>
      <w:proofErr w:type="gramStart"/>
      <w:r w:rsidRPr="00FB51A3">
        <w:rPr>
          <w:rFonts w:ascii="Book Antiqua" w:hAnsi="Book Antiqua"/>
          <w:i/>
          <w:iCs/>
          <w:u w:val="single"/>
          <w:lang w:val="es-PR"/>
        </w:rPr>
        <w:t>Pro Albergue</w:t>
      </w:r>
      <w:proofErr w:type="gramEnd"/>
      <w:r w:rsidRPr="00FB51A3">
        <w:rPr>
          <w:rFonts w:ascii="Book Antiqua" w:hAnsi="Book Antiqua"/>
          <w:i/>
          <w:iCs/>
          <w:u w:val="single"/>
          <w:lang w:val="es-PR"/>
        </w:rPr>
        <w:t xml:space="preserve"> de Animales de </w:t>
      </w:r>
      <w:proofErr w:type="gramStart"/>
      <w:r w:rsidRPr="00FB51A3">
        <w:rPr>
          <w:rFonts w:ascii="Book Antiqua" w:hAnsi="Book Antiqua"/>
          <w:i/>
          <w:iCs/>
          <w:u w:val="single"/>
          <w:lang w:val="es-PR"/>
        </w:rPr>
        <w:t xml:space="preserve">Aguadilla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$4,500.00  </w:t>
      </w:r>
    </w:p>
    <w:p w14:paraId="51E4AE6E" w14:textId="6F55F83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171. Club Cívico de Damas de Puerto Rico </w:t>
      </w:r>
      <w:r w:rsidR="007B793F" w:rsidRPr="00E84FEC">
        <w:rPr>
          <w:rFonts w:ascii="Book Antiqua" w:hAnsi="Book Antiqua"/>
          <w:i/>
          <w:iCs/>
          <w:u w:val="single"/>
        </w:rPr>
        <w:tab/>
      </w:r>
      <w:r w:rsidRPr="00FB51A3">
        <w:rPr>
          <w:rFonts w:ascii="Book Antiqua" w:hAnsi="Book Antiqua"/>
          <w:i/>
          <w:iCs/>
          <w:u w:val="single"/>
        </w:rPr>
        <w:t xml:space="preserve"> $3,000.00  </w:t>
      </w:r>
    </w:p>
    <w:p w14:paraId="4D048056" w14:textId="5020D64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172. Club de Oro de Caguas, PR Inc. </w:t>
      </w:r>
      <w:r w:rsidR="007B793F" w:rsidRPr="00E84FEC">
        <w:rPr>
          <w:rFonts w:ascii="Book Antiqua" w:hAnsi="Book Antiqua"/>
          <w:i/>
          <w:iCs/>
          <w:u w:val="single"/>
        </w:rPr>
        <w:tab/>
      </w:r>
      <w:r w:rsidRPr="00FB51A3">
        <w:rPr>
          <w:rFonts w:ascii="Book Antiqua" w:hAnsi="Book Antiqua"/>
          <w:i/>
          <w:iCs/>
          <w:u w:val="single"/>
        </w:rPr>
        <w:t xml:space="preserve"> $5,000.00  </w:t>
      </w:r>
    </w:p>
    <w:p w14:paraId="40BC3CEE" w14:textId="71441BA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173. Club de Voleibol Gigantes de Carolina, Inc. </w:t>
      </w:r>
      <w:r w:rsidR="007B793F" w:rsidRPr="00E84FEC">
        <w:rPr>
          <w:rFonts w:ascii="Book Antiqua" w:hAnsi="Book Antiqua"/>
          <w:i/>
          <w:iCs/>
          <w:u w:val="single"/>
        </w:rPr>
        <w:tab/>
      </w:r>
      <w:r w:rsidRPr="00FB51A3">
        <w:rPr>
          <w:rFonts w:ascii="Book Antiqua" w:hAnsi="Book Antiqua"/>
          <w:i/>
          <w:iCs/>
          <w:u w:val="single"/>
        </w:rPr>
        <w:t xml:space="preserve">$10,000.00  </w:t>
      </w:r>
    </w:p>
    <w:p w14:paraId="107A6090" w14:textId="1C727D5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174. Club Deportivo de Fútbol Guayamés, Inc. </w:t>
      </w:r>
      <w:r w:rsidR="007B793F" w:rsidRPr="00E84FEC">
        <w:rPr>
          <w:rFonts w:ascii="Book Antiqua" w:hAnsi="Book Antiqua"/>
          <w:i/>
          <w:iCs/>
          <w:u w:val="single"/>
        </w:rPr>
        <w:tab/>
      </w:r>
      <w:r w:rsidRPr="00FB51A3">
        <w:rPr>
          <w:rFonts w:ascii="Book Antiqua" w:hAnsi="Book Antiqua"/>
          <w:i/>
          <w:iCs/>
          <w:u w:val="single"/>
        </w:rPr>
        <w:t xml:space="preserve">$5,000.00  </w:t>
      </w:r>
    </w:p>
    <w:p w14:paraId="41D72F95" w14:textId="6F3EE3C4"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175. Club Escuela de Baloncesto Costeros de VA Corp.  </w:t>
      </w:r>
      <w:r w:rsidR="007B793F" w:rsidRPr="00E84FEC">
        <w:rPr>
          <w:rFonts w:ascii="Book Antiqua" w:hAnsi="Book Antiqua"/>
          <w:i/>
          <w:iCs/>
          <w:u w:val="single"/>
          <w:lang w:val="es-PR"/>
        </w:rPr>
        <w:tab/>
      </w:r>
      <w:r w:rsidRPr="00FB51A3">
        <w:rPr>
          <w:rFonts w:ascii="Book Antiqua" w:hAnsi="Book Antiqua"/>
          <w:i/>
          <w:iCs/>
          <w:u w:val="single"/>
        </w:rPr>
        <w:t xml:space="preserve">$13,000.00  </w:t>
      </w:r>
    </w:p>
    <w:p w14:paraId="7749349A" w14:textId="5AB4D7C1"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176. Club Semillitas de </w:t>
      </w:r>
      <w:proofErr w:type="gramStart"/>
      <w:r w:rsidRPr="00FB51A3">
        <w:rPr>
          <w:rFonts w:ascii="Book Antiqua" w:hAnsi="Book Antiqua"/>
          <w:i/>
          <w:iCs/>
          <w:u w:val="single"/>
          <w:lang w:val="es-PR"/>
        </w:rPr>
        <w:t xml:space="preserve">Amor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$10,000.00  </w:t>
      </w:r>
    </w:p>
    <w:p w14:paraId="4E73F11B" w14:textId="66C5E33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177. Coalición de Apoyo Continuo Personas Sin </w:t>
      </w:r>
      <w:proofErr w:type="gramStart"/>
      <w:r w:rsidRPr="00FB51A3">
        <w:rPr>
          <w:rFonts w:ascii="Book Antiqua" w:hAnsi="Book Antiqua"/>
          <w:i/>
          <w:iCs/>
          <w:u w:val="single"/>
          <w:lang w:val="es-PR"/>
        </w:rPr>
        <w:t xml:space="preserve">Hogar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$20,000.00  </w:t>
      </w:r>
    </w:p>
    <w:p w14:paraId="50F567B5" w14:textId="50A9FE6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178. Coalición de San Juan </w:t>
      </w:r>
      <w:r w:rsidR="007B793F" w:rsidRPr="00E84FEC">
        <w:rPr>
          <w:rFonts w:ascii="Book Antiqua" w:hAnsi="Book Antiqua"/>
          <w:i/>
          <w:iCs/>
          <w:u w:val="single"/>
        </w:rPr>
        <w:tab/>
      </w:r>
      <w:r w:rsidRPr="00FB51A3">
        <w:rPr>
          <w:rFonts w:ascii="Book Antiqua" w:hAnsi="Book Antiqua"/>
          <w:i/>
          <w:iCs/>
          <w:u w:val="single"/>
        </w:rPr>
        <w:t xml:space="preserve"> $20,000.00  </w:t>
      </w:r>
    </w:p>
    <w:p w14:paraId="71986EDB" w14:textId="2492B92D"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179. </w:t>
      </w:r>
      <w:proofErr w:type="spellStart"/>
      <w:proofErr w:type="gramStart"/>
      <w:r w:rsidRPr="00FB51A3">
        <w:rPr>
          <w:rFonts w:ascii="Book Antiqua" w:hAnsi="Book Antiqua"/>
          <w:i/>
          <w:iCs/>
          <w:u w:val="single"/>
          <w:lang w:val="es-PR"/>
        </w:rPr>
        <w:t>Codevisa</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7FE1BB2B" w14:textId="2BD6A67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180. </w:t>
      </w:r>
      <w:proofErr w:type="spellStart"/>
      <w:proofErr w:type="gramStart"/>
      <w:r w:rsidRPr="00FB51A3">
        <w:rPr>
          <w:rFonts w:ascii="Book Antiqua" w:hAnsi="Book Antiqua"/>
          <w:i/>
          <w:iCs/>
          <w:u w:val="single"/>
          <w:lang w:val="es-PR"/>
        </w:rPr>
        <w:t>ColaborativoPR</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$4,000.00  </w:t>
      </w:r>
    </w:p>
    <w:p w14:paraId="11D66B51" w14:textId="64BC5EF8"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181. Colegio de Aprendizaje y Desarrollo Educativo </w:t>
      </w:r>
      <w:proofErr w:type="gramStart"/>
      <w:r w:rsidRPr="00FB51A3">
        <w:rPr>
          <w:rFonts w:ascii="Book Antiqua" w:hAnsi="Book Antiqua"/>
          <w:i/>
          <w:iCs/>
          <w:u w:val="single"/>
          <w:lang w:val="es-PR"/>
        </w:rPr>
        <w:t xml:space="preserve">Integrado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$170,000.00  </w:t>
      </w:r>
    </w:p>
    <w:p w14:paraId="69DFBE4B" w14:textId="29943E17"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182. Colegio de Químicos de Puerto </w:t>
      </w:r>
      <w:proofErr w:type="gramStart"/>
      <w:r w:rsidRPr="00FB51A3">
        <w:rPr>
          <w:rFonts w:ascii="Book Antiqua" w:hAnsi="Book Antiqua"/>
          <w:i/>
          <w:iCs/>
          <w:u w:val="single"/>
          <w:lang w:val="es-PR"/>
        </w:rPr>
        <w:t xml:space="preserve">Rico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4794221B" w14:textId="371EC4B5"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183. Colegio Educación Especial </w:t>
      </w:r>
      <w:proofErr w:type="gramStart"/>
      <w:r w:rsidRPr="00FB51A3">
        <w:rPr>
          <w:rFonts w:ascii="Book Antiqua" w:hAnsi="Book Antiqua"/>
          <w:i/>
          <w:iCs/>
          <w:u w:val="single"/>
          <w:lang w:val="es-PR"/>
        </w:rPr>
        <w:t xml:space="preserve">Rehabilitación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$20,000.00  </w:t>
      </w:r>
    </w:p>
    <w:p w14:paraId="18ED3E00" w14:textId="326D311E"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184. Colegio Hogar Ángeles </w:t>
      </w:r>
      <w:proofErr w:type="gramStart"/>
      <w:r w:rsidRPr="00FB51A3">
        <w:rPr>
          <w:rFonts w:ascii="Book Antiqua" w:hAnsi="Book Antiqua"/>
          <w:i/>
          <w:iCs/>
          <w:u w:val="single"/>
          <w:lang w:val="es-PR"/>
        </w:rPr>
        <w:t xml:space="preserve">Custodios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$10,000.00  </w:t>
      </w:r>
    </w:p>
    <w:p w14:paraId="607057D2" w14:textId="22020BD0"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185. Comité Comunal de Corcovada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$12,000.00  </w:t>
      </w:r>
    </w:p>
    <w:p w14:paraId="50E5FA9D" w14:textId="438C0214"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186. Comité Paralímpico de Puerto </w:t>
      </w:r>
      <w:proofErr w:type="gramStart"/>
      <w:r w:rsidRPr="00FB51A3">
        <w:rPr>
          <w:rFonts w:ascii="Book Antiqua" w:hAnsi="Book Antiqua"/>
          <w:i/>
          <w:iCs/>
          <w:u w:val="single"/>
          <w:lang w:val="es-PR"/>
        </w:rPr>
        <w:t xml:space="preserve">Rico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$40,000.00  </w:t>
      </w:r>
    </w:p>
    <w:p w14:paraId="21CC4562" w14:textId="6D38991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187. Comité Pro Ayuda Baloncesto, Inc.  </w:t>
      </w:r>
      <w:r w:rsidR="007B793F" w:rsidRPr="00E84FEC">
        <w:rPr>
          <w:rFonts w:ascii="Book Antiqua" w:hAnsi="Book Antiqua"/>
          <w:i/>
          <w:iCs/>
          <w:u w:val="single"/>
        </w:rPr>
        <w:tab/>
      </w:r>
      <w:r w:rsidRPr="00FB51A3">
        <w:rPr>
          <w:rFonts w:ascii="Book Antiqua" w:hAnsi="Book Antiqua"/>
          <w:i/>
          <w:iCs/>
          <w:u w:val="single"/>
        </w:rPr>
        <w:t xml:space="preserve">$6,000.00  </w:t>
      </w:r>
    </w:p>
    <w:p w14:paraId="348E8D1B" w14:textId="2F563A2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188. Comité </w:t>
      </w:r>
      <w:proofErr w:type="gramStart"/>
      <w:r w:rsidRPr="00FB51A3">
        <w:rPr>
          <w:rFonts w:ascii="Book Antiqua" w:hAnsi="Book Antiqua"/>
          <w:i/>
          <w:iCs/>
          <w:u w:val="single"/>
          <w:lang w:val="es-PR"/>
        </w:rPr>
        <w:t>Pro Caminata</w:t>
      </w:r>
      <w:proofErr w:type="gramEnd"/>
      <w:r w:rsidRPr="00FB51A3">
        <w:rPr>
          <w:rFonts w:ascii="Book Antiqua" w:hAnsi="Book Antiqua"/>
          <w:i/>
          <w:iCs/>
          <w:u w:val="single"/>
          <w:lang w:val="es-PR"/>
        </w:rPr>
        <w:t xml:space="preserve"> Reyes Magos de Moca, Inc.  </w:t>
      </w:r>
      <w:r w:rsidR="007B793F" w:rsidRPr="00E84FEC">
        <w:rPr>
          <w:rFonts w:ascii="Book Antiqua" w:hAnsi="Book Antiqua"/>
          <w:i/>
          <w:iCs/>
          <w:u w:val="single"/>
          <w:lang w:val="es-PR"/>
        </w:rPr>
        <w:tab/>
      </w:r>
      <w:r w:rsidRPr="00FB51A3">
        <w:rPr>
          <w:rFonts w:ascii="Book Antiqua" w:hAnsi="Book Antiqua"/>
          <w:i/>
          <w:iCs/>
          <w:u w:val="single"/>
        </w:rPr>
        <w:t xml:space="preserve">$6,000.00  </w:t>
      </w:r>
    </w:p>
    <w:p w14:paraId="5BC809BE" w14:textId="1A01137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it-IT"/>
        </w:rPr>
        <w:t xml:space="preserve">189. Comité Pro Nuestra Cultura, Inc.  </w:t>
      </w:r>
      <w:r w:rsidR="007B793F" w:rsidRPr="00E84FEC">
        <w:rPr>
          <w:rFonts w:ascii="Book Antiqua" w:hAnsi="Book Antiqua"/>
          <w:i/>
          <w:iCs/>
          <w:u w:val="single"/>
          <w:lang w:val="it-IT"/>
        </w:rPr>
        <w:tab/>
      </w:r>
      <w:r w:rsidRPr="00FB51A3">
        <w:rPr>
          <w:rFonts w:ascii="Book Antiqua" w:hAnsi="Book Antiqua"/>
          <w:i/>
          <w:iCs/>
          <w:u w:val="single"/>
        </w:rPr>
        <w:t xml:space="preserve">$3,000.00  </w:t>
      </w:r>
    </w:p>
    <w:p w14:paraId="242A9C0F" w14:textId="3655031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190. Comité Pro-Desarrollo de Villa Cañona Inc.  </w:t>
      </w:r>
      <w:r w:rsidR="007B793F" w:rsidRPr="00E84FEC">
        <w:rPr>
          <w:rFonts w:ascii="Book Antiqua" w:hAnsi="Book Antiqua"/>
          <w:i/>
          <w:iCs/>
          <w:u w:val="single"/>
          <w:lang w:val="es-PR"/>
        </w:rPr>
        <w:tab/>
      </w:r>
      <w:r w:rsidRPr="00FB51A3">
        <w:rPr>
          <w:rFonts w:ascii="Book Antiqua" w:hAnsi="Book Antiqua"/>
          <w:i/>
          <w:iCs/>
          <w:u w:val="single"/>
        </w:rPr>
        <w:t xml:space="preserve">$5,000.00  </w:t>
      </w:r>
    </w:p>
    <w:p w14:paraId="11B1C3B8" w14:textId="7664660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191. Compañía de Baile Ballet Señorial, Inc.  </w:t>
      </w:r>
      <w:r w:rsidR="007B793F" w:rsidRPr="00E84FEC">
        <w:rPr>
          <w:rFonts w:ascii="Book Antiqua" w:hAnsi="Book Antiqua"/>
          <w:i/>
          <w:iCs/>
          <w:u w:val="single"/>
          <w:lang w:val="es-PR"/>
        </w:rPr>
        <w:tab/>
      </w:r>
      <w:r w:rsidRPr="00FB51A3">
        <w:rPr>
          <w:rFonts w:ascii="Book Antiqua" w:hAnsi="Book Antiqua"/>
          <w:i/>
          <w:iCs/>
          <w:u w:val="single"/>
        </w:rPr>
        <w:t xml:space="preserve">$3,000.00  </w:t>
      </w:r>
    </w:p>
    <w:p w14:paraId="6BAE1C45" w14:textId="04AB81ED"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192. Compromiso Social e Integral Para Las </w:t>
      </w:r>
      <w:proofErr w:type="gramStart"/>
      <w:r w:rsidRPr="00FB51A3">
        <w:rPr>
          <w:rFonts w:ascii="Book Antiqua" w:hAnsi="Book Antiqua"/>
          <w:i/>
          <w:iCs/>
          <w:u w:val="single"/>
          <w:lang w:val="es-PR"/>
        </w:rPr>
        <w:t xml:space="preserve">Mujeres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117F6646" w14:textId="42A410FA"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193. Comunidad del Bo Quebradas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5F8351C9" w14:textId="2B2C2349"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194. Consejo </w:t>
      </w:r>
      <w:proofErr w:type="spellStart"/>
      <w:r w:rsidRPr="00FB51A3">
        <w:rPr>
          <w:rFonts w:ascii="Book Antiqua" w:hAnsi="Book Antiqua"/>
          <w:i/>
          <w:iCs/>
          <w:u w:val="single"/>
          <w:lang w:val="es-PR"/>
        </w:rPr>
        <w:t>Juanadino</w:t>
      </w:r>
      <w:proofErr w:type="spellEnd"/>
      <w:r w:rsidRPr="00FB51A3">
        <w:rPr>
          <w:rFonts w:ascii="Book Antiqua" w:hAnsi="Book Antiqua"/>
          <w:i/>
          <w:iCs/>
          <w:u w:val="single"/>
          <w:lang w:val="es-PR"/>
        </w:rPr>
        <w:t xml:space="preserve"> </w:t>
      </w:r>
      <w:proofErr w:type="gramStart"/>
      <w:r w:rsidRPr="00FB51A3">
        <w:rPr>
          <w:rFonts w:ascii="Book Antiqua" w:hAnsi="Book Antiqua"/>
          <w:i/>
          <w:iCs/>
          <w:u w:val="single"/>
          <w:lang w:val="es-PR"/>
        </w:rPr>
        <w:t>Pro Festejo</w:t>
      </w:r>
      <w:proofErr w:type="gramEnd"/>
      <w:r w:rsidRPr="00FB51A3">
        <w:rPr>
          <w:rFonts w:ascii="Book Antiqua" w:hAnsi="Book Antiqua"/>
          <w:i/>
          <w:iCs/>
          <w:u w:val="single"/>
          <w:lang w:val="es-PR"/>
        </w:rPr>
        <w:t xml:space="preserve"> de Reyes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$29,900.00  </w:t>
      </w:r>
    </w:p>
    <w:p w14:paraId="4BE57B5D" w14:textId="5752608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195. Consejo Recreo Deportivo y Educativo Inc.  </w:t>
      </w:r>
      <w:r w:rsidR="007B793F" w:rsidRPr="00E84FEC">
        <w:rPr>
          <w:rFonts w:ascii="Book Antiqua" w:hAnsi="Book Antiqua"/>
          <w:i/>
          <w:iCs/>
          <w:u w:val="single"/>
          <w:lang w:val="es-PR"/>
        </w:rPr>
        <w:tab/>
      </w:r>
      <w:r w:rsidRPr="00FB51A3">
        <w:rPr>
          <w:rFonts w:ascii="Book Antiqua" w:hAnsi="Book Antiqua"/>
          <w:i/>
          <w:iCs/>
          <w:u w:val="single"/>
        </w:rPr>
        <w:t xml:space="preserve">$3,000.00  </w:t>
      </w:r>
    </w:p>
    <w:p w14:paraId="3DBA757A" w14:textId="0E4E70BE"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196. Consejo Renal de Puerto </w:t>
      </w:r>
      <w:proofErr w:type="gramStart"/>
      <w:r w:rsidRPr="00FB51A3">
        <w:rPr>
          <w:rFonts w:ascii="Book Antiqua" w:hAnsi="Book Antiqua"/>
          <w:i/>
          <w:iCs/>
          <w:u w:val="single"/>
          <w:lang w:val="es-PR"/>
        </w:rPr>
        <w:t xml:space="preserve">Rico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$55,000.00  </w:t>
      </w:r>
    </w:p>
    <w:p w14:paraId="3539A93B" w14:textId="4A1C699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197. Conservatorio de Música de Puerto Rico </w:t>
      </w:r>
      <w:r w:rsidR="007B793F" w:rsidRPr="00E84FEC">
        <w:rPr>
          <w:rFonts w:ascii="Book Antiqua" w:hAnsi="Book Antiqua"/>
          <w:i/>
          <w:iCs/>
          <w:u w:val="single"/>
        </w:rPr>
        <w:tab/>
      </w:r>
      <w:r w:rsidRPr="00FB51A3">
        <w:rPr>
          <w:rFonts w:ascii="Book Antiqua" w:hAnsi="Book Antiqua"/>
          <w:i/>
          <w:iCs/>
          <w:u w:val="single"/>
        </w:rPr>
        <w:t xml:space="preserve">$45,000.00  </w:t>
      </w:r>
    </w:p>
    <w:p w14:paraId="001E0318" w14:textId="3F0B735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198. Consultores Psicológicos Asociados, Inc.  </w:t>
      </w:r>
      <w:r w:rsidR="007B793F" w:rsidRPr="00E84FEC">
        <w:rPr>
          <w:rFonts w:ascii="Book Antiqua" w:hAnsi="Book Antiqua"/>
          <w:i/>
          <w:iCs/>
          <w:u w:val="single"/>
        </w:rPr>
        <w:tab/>
      </w:r>
      <w:r w:rsidRPr="00FB51A3">
        <w:rPr>
          <w:rFonts w:ascii="Book Antiqua" w:hAnsi="Book Antiqua"/>
          <w:i/>
          <w:iCs/>
          <w:u w:val="single"/>
        </w:rPr>
        <w:t xml:space="preserve">$3,000.00  </w:t>
      </w:r>
    </w:p>
    <w:p w14:paraId="1A696E36" w14:textId="35548DE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199. Consumer Credit Counseling Services of Puerto Rico, Inc.  </w:t>
      </w:r>
      <w:r w:rsidR="007B793F" w:rsidRPr="00E84FEC">
        <w:rPr>
          <w:rFonts w:ascii="Book Antiqua" w:hAnsi="Book Antiqua"/>
          <w:i/>
          <w:iCs/>
          <w:u w:val="single"/>
        </w:rPr>
        <w:tab/>
      </w:r>
      <w:r w:rsidRPr="00FB51A3">
        <w:rPr>
          <w:rFonts w:ascii="Book Antiqua" w:hAnsi="Book Antiqua"/>
          <w:i/>
          <w:iCs/>
          <w:u w:val="single"/>
        </w:rPr>
        <w:t xml:space="preserve">$14,250.00  </w:t>
      </w:r>
    </w:p>
    <w:p w14:paraId="59B5D3D3" w14:textId="07D47A5D"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200. Cooperativa de Servicios Integrados a la Niñez (</w:t>
      </w:r>
      <w:proofErr w:type="gramStart"/>
      <w:r w:rsidRPr="00FB51A3">
        <w:rPr>
          <w:rFonts w:ascii="Book Antiqua" w:hAnsi="Book Antiqua"/>
          <w:i/>
          <w:iCs/>
          <w:u w:val="single"/>
          <w:lang w:val="es-PR"/>
        </w:rPr>
        <w:t xml:space="preserve">COSIANI)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$9,000.00  </w:t>
      </w:r>
    </w:p>
    <w:p w14:paraId="2F8C356E" w14:textId="7D66F20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201. </w:t>
      </w:r>
      <w:proofErr w:type="spellStart"/>
      <w:r w:rsidRPr="00FB51A3">
        <w:rPr>
          <w:rFonts w:ascii="Book Antiqua" w:hAnsi="Book Antiqua"/>
          <w:i/>
          <w:iCs/>
          <w:u w:val="single"/>
        </w:rPr>
        <w:t>Coordinadora</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Morivivi</w:t>
      </w:r>
      <w:proofErr w:type="spellEnd"/>
      <w:r w:rsidRPr="00FB51A3">
        <w:rPr>
          <w:rFonts w:ascii="Book Antiqua" w:hAnsi="Book Antiqua"/>
          <w:i/>
          <w:iCs/>
          <w:u w:val="single"/>
        </w:rPr>
        <w:t xml:space="preserve"> </w:t>
      </w:r>
      <w:proofErr w:type="gramStart"/>
      <w:r w:rsidRPr="00FB51A3">
        <w:rPr>
          <w:rFonts w:ascii="Book Antiqua" w:hAnsi="Book Antiqua"/>
          <w:i/>
          <w:iCs/>
          <w:u w:val="single"/>
        </w:rPr>
        <w:t xml:space="preserve">Inc  </w:t>
      </w:r>
      <w:r w:rsidR="007B793F" w:rsidRPr="00E84FEC">
        <w:rPr>
          <w:rFonts w:ascii="Book Antiqua" w:hAnsi="Book Antiqua"/>
          <w:i/>
          <w:iCs/>
          <w:u w:val="single"/>
        </w:rPr>
        <w:tab/>
      </w:r>
      <w:proofErr w:type="gramEnd"/>
      <w:r w:rsidRPr="00FB51A3">
        <w:rPr>
          <w:rFonts w:ascii="Book Antiqua" w:hAnsi="Book Antiqua"/>
          <w:i/>
          <w:iCs/>
          <w:u w:val="single"/>
        </w:rPr>
        <w:t xml:space="preserve">$3,000.00  </w:t>
      </w:r>
    </w:p>
    <w:p w14:paraId="30EA789B" w14:textId="14E6CC4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202. Copan Community Center, Inc. </w:t>
      </w:r>
      <w:r w:rsidR="007B793F" w:rsidRPr="00E84FEC">
        <w:rPr>
          <w:rFonts w:ascii="Book Antiqua" w:hAnsi="Book Antiqua"/>
          <w:i/>
          <w:iCs/>
          <w:u w:val="single"/>
        </w:rPr>
        <w:tab/>
      </w:r>
      <w:r w:rsidRPr="00FB51A3">
        <w:rPr>
          <w:rFonts w:ascii="Book Antiqua" w:hAnsi="Book Antiqua"/>
          <w:i/>
          <w:iCs/>
          <w:u w:val="single"/>
        </w:rPr>
        <w:t xml:space="preserve">$10,000.00  </w:t>
      </w:r>
    </w:p>
    <w:p w14:paraId="2E219C44" w14:textId="7536C52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203. Corazón Azul, Inc. </w:t>
      </w:r>
      <w:r w:rsidR="007B793F" w:rsidRPr="00E84FEC">
        <w:rPr>
          <w:rFonts w:ascii="Book Antiqua" w:hAnsi="Book Antiqua"/>
          <w:i/>
          <w:iCs/>
          <w:u w:val="single"/>
        </w:rPr>
        <w:tab/>
      </w:r>
      <w:r w:rsidRPr="00FB51A3">
        <w:rPr>
          <w:rFonts w:ascii="Book Antiqua" w:hAnsi="Book Antiqua"/>
          <w:i/>
          <w:iCs/>
          <w:u w:val="single"/>
        </w:rPr>
        <w:t xml:space="preserve"> $15,000.00  </w:t>
      </w:r>
    </w:p>
    <w:p w14:paraId="5A749AE4" w14:textId="51359C4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204. Coro de </w:t>
      </w:r>
      <w:r w:rsidRPr="00E84FEC">
        <w:rPr>
          <w:rFonts w:ascii="Book Antiqua" w:hAnsi="Book Antiqua"/>
          <w:i/>
          <w:iCs/>
          <w:u w:val="single"/>
          <w:lang w:val="es-PR"/>
        </w:rPr>
        <w:t>Niños</w:t>
      </w:r>
      <w:r w:rsidRPr="00FB51A3">
        <w:rPr>
          <w:rFonts w:ascii="Book Antiqua" w:hAnsi="Book Antiqua"/>
          <w:i/>
          <w:iCs/>
          <w:u w:val="single"/>
          <w:lang w:val="es-PR"/>
        </w:rPr>
        <w:t xml:space="preserve"> de San Juan, Inc.  </w:t>
      </w:r>
      <w:r w:rsidR="007B793F" w:rsidRPr="00E84FEC">
        <w:rPr>
          <w:rFonts w:ascii="Book Antiqua" w:hAnsi="Book Antiqua"/>
          <w:i/>
          <w:iCs/>
          <w:u w:val="single"/>
          <w:lang w:val="es-PR"/>
        </w:rPr>
        <w:tab/>
      </w:r>
      <w:r w:rsidRPr="00FB51A3">
        <w:rPr>
          <w:rFonts w:ascii="Book Antiqua" w:hAnsi="Book Antiqua"/>
          <w:i/>
          <w:iCs/>
          <w:u w:val="single"/>
        </w:rPr>
        <w:t xml:space="preserve">$55,000.00  </w:t>
      </w:r>
    </w:p>
    <w:p w14:paraId="466713E4" w14:textId="10B9B54D" w:rsidR="00FB51A3" w:rsidRPr="00E84FEC"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205. Corporación </w:t>
      </w:r>
      <w:proofErr w:type="spellStart"/>
      <w:r w:rsidRPr="00FB51A3">
        <w:rPr>
          <w:rFonts w:ascii="Book Antiqua" w:hAnsi="Book Antiqua"/>
          <w:i/>
          <w:iCs/>
          <w:u w:val="single"/>
          <w:lang w:val="es-PR"/>
        </w:rPr>
        <w:t>Agora</w:t>
      </w:r>
      <w:proofErr w:type="spellEnd"/>
      <w:r w:rsidRPr="00FB51A3">
        <w:rPr>
          <w:rFonts w:ascii="Book Antiqua" w:hAnsi="Book Antiqua"/>
          <w:i/>
          <w:iCs/>
          <w:u w:val="single"/>
          <w:lang w:val="es-PR"/>
        </w:rPr>
        <w:t xml:space="preserve"> </w:t>
      </w:r>
      <w:proofErr w:type="gramStart"/>
      <w:r w:rsidRPr="00FB51A3">
        <w:rPr>
          <w:rFonts w:ascii="Book Antiqua" w:hAnsi="Book Antiqua"/>
          <w:i/>
          <w:iCs/>
          <w:u w:val="single"/>
          <w:lang w:val="es-PR"/>
        </w:rPr>
        <w:t xml:space="preserve">Teatro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$13,000.00  </w:t>
      </w:r>
    </w:p>
    <w:p w14:paraId="0144BDF7" w14:textId="3F6D0C76"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206. Corporación Desarrollo Económico, Vivienda y </w:t>
      </w:r>
      <w:proofErr w:type="gramStart"/>
      <w:r w:rsidRPr="00FB51A3">
        <w:rPr>
          <w:rFonts w:ascii="Book Antiqua" w:hAnsi="Book Antiqua"/>
          <w:i/>
          <w:iCs/>
          <w:u w:val="single"/>
          <w:lang w:val="es-PR"/>
        </w:rPr>
        <w:t xml:space="preserve">Salud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$5,000.00  </w:t>
      </w:r>
    </w:p>
    <w:p w14:paraId="45386D65" w14:textId="5583DB44"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207. Corporación GD&amp; E </w:t>
      </w:r>
      <w:proofErr w:type="spellStart"/>
      <w:r w:rsidRPr="00FB51A3">
        <w:rPr>
          <w:rFonts w:ascii="Book Antiqua" w:hAnsi="Book Antiqua"/>
          <w:i/>
          <w:iCs/>
          <w:u w:val="single"/>
          <w:lang w:val="es-PR"/>
        </w:rPr>
        <w:t>Orfeon</w:t>
      </w:r>
      <w:proofErr w:type="spellEnd"/>
      <w:r w:rsidRPr="00FB51A3">
        <w:rPr>
          <w:rFonts w:ascii="Book Antiqua" w:hAnsi="Book Antiqua"/>
          <w:i/>
          <w:iCs/>
          <w:u w:val="single"/>
          <w:lang w:val="es-PR"/>
        </w:rPr>
        <w:t xml:space="preserve"> San Juan </w:t>
      </w:r>
      <w:proofErr w:type="gramStart"/>
      <w:r w:rsidRPr="00FB51A3">
        <w:rPr>
          <w:rFonts w:ascii="Book Antiqua" w:hAnsi="Book Antiqua"/>
          <w:i/>
          <w:iCs/>
          <w:u w:val="single"/>
          <w:lang w:val="es-PR"/>
        </w:rPr>
        <w:t xml:space="preserve">Bautista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$7,750.00  </w:t>
      </w:r>
    </w:p>
    <w:p w14:paraId="20C98C2B" w14:textId="3E7F95B9"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208. Corporación Hogar Santa Maria </w:t>
      </w:r>
      <w:proofErr w:type="gramStart"/>
      <w:r w:rsidRPr="00FB51A3">
        <w:rPr>
          <w:rFonts w:ascii="Book Antiqua" w:hAnsi="Book Antiqua"/>
          <w:i/>
          <w:iCs/>
          <w:u w:val="single"/>
          <w:lang w:val="es-PR"/>
        </w:rPr>
        <w:t xml:space="preserve">Eufrasia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$9,000.00  </w:t>
      </w:r>
    </w:p>
    <w:p w14:paraId="6F130FB5" w14:textId="3F9FA1C4"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209. Corporación Juvenil para el Desarrollo de </w:t>
      </w:r>
      <w:proofErr w:type="gramStart"/>
      <w:r w:rsidRPr="00FB51A3">
        <w:rPr>
          <w:rFonts w:ascii="Book Antiqua" w:hAnsi="Book Antiqua"/>
          <w:i/>
          <w:iCs/>
          <w:u w:val="single"/>
          <w:lang w:val="es-PR"/>
        </w:rPr>
        <w:t xml:space="preserve">Comunidades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$5,000.00  </w:t>
      </w:r>
    </w:p>
    <w:p w14:paraId="494E7489" w14:textId="6A0DA196"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210. Corporación La Fondita de </w:t>
      </w:r>
      <w:proofErr w:type="gramStart"/>
      <w:r w:rsidRPr="00FB51A3">
        <w:rPr>
          <w:rFonts w:ascii="Book Antiqua" w:hAnsi="Book Antiqua"/>
          <w:i/>
          <w:iCs/>
          <w:u w:val="single"/>
          <w:lang w:val="es-PR"/>
        </w:rPr>
        <w:t xml:space="preserve">Jesús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$300,000.00  </w:t>
      </w:r>
    </w:p>
    <w:p w14:paraId="61D98741" w14:textId="27FCD8F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211. Corporación </w:t>
      </w:r>
      <w:proofErr w:type="spellStart"/>
      <w:proofErr w:type="gramStart"/>
      <w:r w:rsidRPr="00FB51A3">
        <w:rPr>
          <w:rFonts w:ascii="Book Antiqua" w:hAnsi="Book Antiqua"/>
          <w:i/>
          <w:iCs/>
          <w:u w:val="single"/>
        </w:rPr>
        <w:t>Mabodamaca</w:t>
      </w:r>
      <w:proofErr w:type="spellEnd"/>
      <w:r w:rsidRPr="00FB51A3">
        <w:rPr>
          <w:rFonts w:ascii="Book Antiqua" w:hAnsi="Book Antiqua"/>
          <w:i/>
          <w:iCs/>
          <w:u w:val="single"/>
        </w:rPr>
        <w:t xml:space="preserve">  </w:t>
      </w:r>
      <w:r w:rsidR="007B793F" w:rsidRPr="00E84FEC">
        <w:rPr>
          <w:rFonts w:ascii="Book Antiqua" w:hAnsi="Book Antiqua"/>
          <w:i/>
          <w:iCs/>
          <w:u w:val="single"/>
        </w:rPr>
        <w:tab/>
      </w:r>
      <w:proofErr w:type="gramEnd"/>
      <w:r w:rsidRPr="00FB51A3">
        <w:rPr>
          <w:rFonts w:ascii="Book Antiqua" w:hAnsi="Book Antiqua"/>
          <w:i/>
          <w:iCs/>
          <w:u w:val="single"/>
        </w:rPr>
        <w:t xml:space="preserve">$5,000.00  </w:t>
      </w:r>
    </w:p>
    <w:p w14:paraId="7126C07F" w14:textId="2959DA7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212. Corporación Milagros del Amor </w:t>
      </w:r>
      <w:r w:rsidR="007B793F" w:rsidRPr="00E84FEC">
        <w:rPr>
          <w:rFonts w:ascii="Book Antiqua" w:hAnsi="Book Antiqua"/>
          <w:i/>
          <w:iCs/>
          <w:u w:val="single"/>
        </w:rPr>
        <w:tab/>
      </w:r>
      <w:r w:rsidRPr="00FB51A3">
        <w:rPr>
          <w:rFonts w:ascii="Book Antiqua" w:hAnsi="Book Antiqua"/>
          <w:i/>
          <w:iCs/>
          <w:u w:val="single"/>
        </w:rPr>
        <w:t xml:space="preserve">$10,000.00  </w:t>
      </w:r>
    </w:p>
    <w:p w14:paraId="76B3B9F3" w14:textId="771EAEF0"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213. Corporación para el Desarrollo del Centro Ponceño </w:t>
      </w:r>
      <w:proofErr w:type="gramStart"/>
      <w:r w:rsidRPr="00FB51A3">
        <w:rPr>
          <w:rFonts w:ascii="Book Antiqua" w:hAnsi="Book Antiqua"/>
          <w:i/>
          <w:iCs/>
          <w:u w:val="single"/>
          <w:lang w:val="es-PR"/>
        </w:rPr>
        <w:t xml:space="preserve">Autismo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$30,000.00  </w:t>
      </w:r>
    </w:p>
    <w:p w14:paraId="67F19C2E" w14:textId="6F2A37BA"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214. Corporación Servicios a Poblaciones </w:t>
      </w:r>
      <w:proofErr w:type="gramStart"/>
      <w:r w:rsidRPr="00FB51A3">
        <w:rPr>
          <w:rFonts w:ascii="Book Antiqua" w:hAnsi="Book Antiqua"/>
          <w:i/>
          <w:iCs/>
          <w:u w:val="single"/>
          <w:lang w:val="es-PR"/>
        </w:rPr>
        <w:t xml:space="preserve">Especiales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$6,000.00  </w:t>
      </w:r>
    </w:p>
    <w:p w14:paraId="3B01891F" w14:textId="41A8D53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215. </w:t>
      </w:r>
      <w:proofErr w:type="spellStart"/>
      <w:r w:rsidRPr="00FB51A3">
        <w:rPr>
          <w:rFonts w:ascii="Book Antiqua" w:hAnsi="Book Antiqua"/>
          <w:i/>
          <w:iCs/>
          <w:u w:val="single"/>
        </w:rPr>
        <w:t>Cossma</w:t>
      </w:r>
      <w:proofErr w:type="spellEnd"/>
      <w:r w:rsidRPr="00FB51A3">
        <w:rPr>
          <w:rFonts w:ascii="Book Antiqua" w:hAnsi="Book Antiqua"/>
          <w:i/>
          <w:iCs/>
          <w:u w:val="single"/>
        </w:rPr>
        <w:t xml:space="preserve">, Inc.  </w:t>
      </w:r>
      <w:r w:rsidR="007B793F" w:rsidRPr="00E84FEC">
        <w:rPr>
          <w:rFonts w:ascii="Book Antiqua" w:hAnsi="Book Antiqua"/>
          <w:i/>
          <w:iCs/>
          <w:u w:val="single"/>
        </w:rPr>
        <w:tab/>
      </w:r>
      <w:r w:rsidRPr="00FB51A3">
        <w:rPr>
          <w:rFonts w:ascii="Book Antiqua" w:hAnsi="Book Antiqua"/>
          <w:i/>
          <w:iCs/>
          <w:u w:val="single"/>
        </w:rPr>
        <w:t xml:space="preserve">$18,900.00  </w:t>
      </w:r>
    </w:p>
    <w:p w14:paraId="44F64021" w14:textId="0508F94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216. CREE, Inc.  </w:t>
      </w:r>
      <w:r w:rsidR="007B793F" w:rsidRPr="00E84FEC">
        <w:rPr>
          <w:rFonts w:ascii="Book Antiqua" w:hAnsi="Book Antiqua"/>
          <w:i/>
          <w:iCs/>
          <w:u w:val="single"/>
        </w:rPr>
        <w:tab/>
      </w:r>
      <w:r w:rsidRPr="00FB51A3">
        <w:rPr>
          <w:rFonts w:ascii="Book Antiqua" w:hAnsi="Book Antiqua"/>
          <w:i/>
          <w:iCs/>
          <w:u w:val="single"/>
        </w:rPr>
        <w:t xml:space="preserve">$10,000.00  </w:t>
      </w:r>
    </w:p>
    <w:p w14:paraId="360711F9" w14:textId="444EC44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it-IT"/>
        </w:rPr>
        <w:t xml:space="preserve">217. Cristo Se Interesa Por Ti Inc.  </w:t>
      </w:r>
      <w:r w:rsidR="007B793F" w:rsidRPr="00E84FEC">
        <w:rPr>
          <w:rFonts w:ascii="Book Antiqua" w:hAnsi="Book Antiqua"/>
          <w:i/>
          <w:iCs/>
          <w:u w:val="single"/>
          <w:lang w:val="it-IT"/>
        </w:rPr>
        <w:tab/>
      </w:r>
      <w:r w:rsidRPr="00FB51A3">
        <w:rPr>
          <w:rFonts w:ascii="Book Antiqua" w:hAnsi="Book Antiqua"/>
          <w:i/>
          <w:iCs/>
          <w:u w:val="single"/>
        </w:rPr>
        <w:t xml:space="preserve">$5,000.00  </w:t>
      </w:r>
    </w:p>
    <w:p w14:paraId="48494B15" w14:textId="38FD669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218. Cross The Goal Foundation Inc</w:t>
      </w:r>
      <w:r w:rsidR="00DA11C9" w:rsidRPr="00E84FEC">
        <w:rPr>
          <w:rFonts w:ascii="Book Antiqua" w:hAnsi="Book Antiqua"/>
          <w:i/>
          <w:iCs/>
          <w:u w:val="single"/>
        </w:rPr>
        <w:t>.</w:t>
      </w:r>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$10,000.00  </w:t>
      </w:r>
    </w:p>
    <w:p w14:paraId="3ED2455D" w14:textId="6C55FD0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219. Cruce a Nado, Inc.  </w:t>
      </w:r>
      <w:r w:rsidR="007B793F" w:rsidRPr="00E84FEC">
        <w:rPr>
          <w:rFonts w:ascii="Book Antiqua" w:hAnsi="Book Antiqua"/>
          <w:i/>
          <w:iCs/>
          <w:u w:val="single"/>
        </w:rPr>
        <w:tab/>
      </w:r>
      <w:r w:rsidRPr="00FB51A3">
        <w:rPr>
          <w:rFonts w:ascii="Book Antiqua" w:hAnsi="Book Antiqua"/>
          <w:i/>
          <w:iCs/>
          <w:u w:val="single"/>
        </w:rPr>
        <w:t xml:space="preserve">$3,000.00  </w:t>
      </w:r>
    </w:p>
    <w:p w14:paraId="23BBC75F" w14:textId="39D9FD7E"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220. Cruz Roja Americana Capitulo de Puerto </w:t>
      </w:r>
      <w:proofErr w:type="gramStart"/>
      <w:r w:rsidRPr="00FB51A3">
        <w:rPr>
          <w:rFonts w:ascii="Book Antiqua" w:hAnsi="Book Antiqua"/>
          <w:i/>
          <w:iCs/>
          <w:u w:val="single"/>
          <w:lang w:val="es-PR"/>
        </w:rPr>
        <w:t xml:space="preserve">Rico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$40,000.00  </w:t>
      </w:r>
    </w:p>
    <w:p w14:paraId="75DC3F08" w14:textId="7ADEAAE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221. Cuarzo Blanco, Inc.  </w:t>
      </w:r>
      <w:r w:rsidR="007B793F" w:rsidRPr="00E84FEC">
        <w:rPr>
          <w:rFonts w:ascii="Book Antiqua" w:hAnsi="Book Antiqua"/>
          <w:i/>
          <w:iCs/>
          <w:u w:val="single"/>
        </w:rPr>
        <w:tab/>
      </w:r>
      <w:r w:rsidRPr="00FB51A3">
        <w:rPr>
          <w:rFonts w:ascii="Book Antiqua" w:hAnsi="Book Antiqua"/>
          <w:i/>
          <w:iCs/>
          <w:u w:val="single"/>
        </w:rPr>
        <w:t xml:space="preserve">$3,000.00  </w:t>
      </w:r>
    </w:p>
    <w:p w14:paraId="1D6B069A" w14:textId="4B4F61D8"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222. Cuidadoras de la Montaña Maria S. Ortiz </w:t>
      </w:r>
      <w:proofErr w:type="spellStart"/>
      <w:r w:rsidRPr="00FB51A3">
        <w:rPr>
          <w:rFonts w:ascii="Book Antiqua" w:hAnsi="Book Antiqua"/>
          <w:i/>
          <w:iCs/>
          <w:u w:val="single"/>
        </w:rPr>
        <w:t>Ortiz</w:t>
      </w:r>
      <w:proofErr w:type="spellEnd"/>
      <w:r w:rsidRPr="00FB51A3">
        <w:rPr>
          <w:rFonts w:ascii="Book Antiqua" w:hAnsi="Book Antiqua"/>
          <w:i/>
          <w:iCs/>
          <w:u w:val="single"/>
        </w:rPr>
        <w:t xml:space="preserve"> Inc. </w:t>
      </w:r>
      <w:r w:rsidR="007B793F" w:rsidRPr="00E84FEC">
        <w:rPr>
          <w:rFonts w:ascii="Book Antiqua" w:hAnsi="Book Antiqua"/>
          <w:i/>
          <w:iCs/>
          <w:u w:val="single"/>
        </w:rPr>
        <w:tab/>
      </w:r>
      <w:r w:rsidRPr="00FB51A3">
        <w:rPr>
          <w:rFonts w:ascii="Book Antiqua" w:hAnsi="Book Antiqua"/>
          <w:i/>
          <w:iCs/>
          <w:u w:val="single"/>
        </w:rPr>
        <w:t xml:space="preserve"> $10,000.00  </w:t>
      </w:r>
    </w:p>
    <w:p w14:paraId="2DE8FC9E" w14:textId="27C75CA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223. Dando </w:t>
      </w:r>
      <w:proofErr w:type="spellStart"/>
      <w:r w:rsidRPr="00FB51A3">
        <w:rPr>
          <w:rFonts w:ascii="Book Antiqua" w:hAnsi="Book Antiqua"/>
          <w:i/>
          <w:iCs/>
          <w:u w:val="single"/>
        </w:rPr>
        <w:t>por</w:t>
      </w:r>
      <w:proofErr w:type="spellEnd"/>
      <w:r w:rsidRPr="00FB51A3">
        <w:rPr>
          <w:rFonts w:ascii="Book Antiqua" w:hAnsi="Book Antiqua"/>
          <w:i/>
          <w:iCs/>
          <w:u w:val="single"/>
        </w:rPr>
        <w:t xml:space="preserve"> Gracia lo que </w:t>
      </w:r>
      <w:proofErr w:type="spellStart"/>
      <w:r w:rsidRPr="00FB51A3">
        <w:rPr>
          <w:rFonts w:ascii="Book Antiqua" w:hAnsi="Book Antiqua"/>
          <w:i/>
          <w:iCs/>
          <w:u w:val="single"/>
        </w:rPr>
        <w:t>por</w:t>
      </w:r>
      <w:proofErr w:type="spellEnd"/>
      <w:r w:rsidRPr="00FB51A3">
        <w:rPr>
          <w:rFonts w:ascii="Book Antiqua" w:hAnsi="Book Antiqua"/>
          <w:i/>
          <w:iCs/>
          <w:u w:val="single"/>
        </w:rPr>
        <w:t xml:space="preserve"> Gracias </w:t>
      </w:r>
      <w:proofErr w:type="spellStart"/>
      <w:r w:rsidRPr="00FB51A3">
        <w:rPr>
          <w:rFonts w:ascii="Book Antiqua" w:hAnsi="Book Antiqua"/>
          <w:i/>
          <w:iCs/>
          <w:u w:val="single"/>
        </w:rPr>
        <w:t>recibimos</w:t>
      </w:r>
      <w:proofErr w:type="spellEnd"/>
      <w:r w:rsidR="007B793F" w:rsidRPr="00E84FEC">
        <w:rPr>
          <w:rFonts w:ascii="Book Antiqua" w:hAnsi="Book Antiqua"/>
          <w:i/>
          <w:iCs/>
          <w:u w:val="single"/>
        </w:rPr>
        <w:tab/>
      </w:r>
      <w:r w:rsidRPr="00FB51A3">
        <w:rPr>
          <w:rFonts w:ascii="Book Antiqua" w:hAnsi="Book Antiqua"/>
          <w:i/>
          <w:iCs/>
          <w:u w:val="single"/>
        </w:rPr>
        <w:t xml:space="preserve">$5,000.00  </w:t>
      </w:r>
    </w:p>
    <w:p w14:paraId="5E2FF57D" w14:textId="263A3AE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224. </w:t>
      </w:r>
      <w:proofErr w:type="spellStart"/>
      <w:r w:rsidRPr="00FB51A3">
        <w:rPr>
          <w:rFonts w:ascii="Book Antiqua" w:hAnsi="Book Antiqua"/>
          <w:i/>
          <w:iCs/>
          <w:u w:val="single"/>
        </w:rPr>
        <w:t>Danzactiva</w:t>
      </w:r>
      <w:proofErr w:type="spellEnd"/>
      <w:r w:rsidRPr="00FB51A3">
        <w:rPr>
          <w:rFonts w:ascii="Book Antiqua" w:hAnsi="Book Antiqua"/>
          <w:i/>
          <w:iCs/>
          <w:u w:val="single"/>
        </w:rPr>
        <w:t xml:space="preserve">, Inc.  </w:t>
      </w:r>
      <w:r w:rsidR="007B793F" w:rsidRPr="00E84FEC">
        <w:rPr>
          <w:rFonts w:ascii="Book Antiqua" w:hAnsi="Book Antiqua"/>
          <w:i/>
          <w:iCs/>
          <w:u w:val="single"/>
        </w:rPr>
        <w:tab/>
      </w:r>
      <w:r w:rsidRPr="00FB51A3">
        <w:rPr>
          <w:rFonts w:ascii="Book Antiqua" w:hAnsi="Book Antiqua"/>
          <w:i/>
          <w:iCs/>
          <w:u w:val="single"/>
        </w:rPr>
        <w:t xml:space="preserve">$3,000.00  </w:t>
      </w:r>
    </w:p>
    <w:p w14:paraId="70E9B02C" w14:textId="487164A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225. </w:t>
      </w:r>
      <w:proofErr w:type="spellStart"/>
      <w:r w:rsidRPr="00FB51A3">
        <w:rPr>
          <w:rFonts w:ascii="Book Antiqua" w:hAnsi="Book Antiqua"/>
          <w:i/>
          <w:iCs/>
          <w:u w:val="single"/>
        </w:rPr>
        <w:t>Decimania</w:t>
      </w:r>
      <w:proofErr w:type="spellEnd"/>
      <w:r w:rsidRPr="00FB51A3">
        <w:rPr>
          <w:rFonts w:ascii="Book Antiqua" w:hAnsi="Book Antiqua"/>
          <w:i/>
          <w:iCs/>
          <w:u w:val="single"/>
        </w:rPr>
        <w:t xml:space="preserve"> Inc. </w:t>
      </w:r>
      <w:r w:rsidR="007B793F" w:rsidRPr="00E84FEC">
        <w:rPr>
          <w:rFonts w:ascii="Book Antiqua" w:hAnsi="Book Antiqua"/>
          <w:i/>
          <w:iCs/>
          <w:u w:val="single"/>
        </w:rPr>
        <w:tab/>
      </w:r>
      <w:r w:rsidRPr="00FB51A3">
        <w:rPr>
          <w:rFonts w:ascii="Book Antiqua" w:hAnsi="Book Antiqua"/>
          <w:i/>
          <w:iCs/>
          <w:u w:val="single"/>
        </w:rPr>
        <w:t xml:space="preserve">$5,000.00  </w:t>
      </w:r>
    </w:p>
    <w:p w14:paraId="50187A2D" w14:textId="412EAA7D"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226. Delias Respite for Caregivers </w:t>
      </w:r>
      <w:r w:rsidR="007B793F" w:rsidRPr="00E84FEC">
        <w:rPr>
          <w:rFonts w:ascii="Book Antiqua" w:hAnsi="Book Antiqua"/>
          <w:i/>
          <w:iCs/>
          <w:u w:val="single"/>
        </w:rPr>
        <w:tab/>
      </w:r>
      <w:r w:rsidRPr="00FB51A3">
        <w:rPr>
          <w:rFonts w:ascii="Book Antiqua" w:hAnsi="Book Antiqua"/>
          <w:i/>
          <w:iCs/>
          <w:u w:val="single"/>
        </w:rPr>
        <w:t xml:space="preserve"> $3,000.00  </w:t>
      </w:r>
    </w:p>
    <w:p w14:paraId="5613E34B" w14:textId="1E00D658"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227. Deporte Mulos de Juncos Team, Inc. </w:t>
      </w:r>
      <w:r w:rsidR="007B793F" w:rsidRPr="00E84FEC">
        <w:rPr>
          <w:rFonts w:ascii="Book Antiqua" w:hAnsi="Book Antiqua"/>
          <w:i/>
          <w:iCs/>
          <w:u w:val="single"/>
        </w:rPr>
        <w:tab/>
      </w:r>
      <w:r w:rsidRPr="00FB51A3">
        <w:rPr>
          <w:rFonts w:ascii="Book Antiqua" w:hAnsi="Book Antiqua"/>
          <w:i/>
          <w:iCs/>
          <w:u w:val="single"/>
        </w:rPr>
        <w:t xml:space="preserve">$5,000.00  </w:t>
      </w:r>
    </w:p>
    <w:p w14:paraId="54039102" w14:textId="212BBCA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228. DER, Inc.  </w:t>
      </w:r>
      <w:r w:rsidR="007B793F" w:rsidRPr="00E84FEC">
        <w:rPr>
          <w:rFonts w:ascii="Book Antiqua" w:hAnsi="Book Antiqua"/>
          <w:i/>
          <w:iCs/>
          <w:u w:val="single"/>
        </w:rPr>
        <w:tab/>
      </w:r>
      <w:r w:rsidRPr="00FB51A3">
        <w:rPr>
          <w:rFonts w:ascii="Book Antiqua" w:hAnsi="Book Antiqua"/>
          <w:i/>
          <w:iCs/>
          <w:u w:val="single"/>
        </w:rPr>
        <w:t xml:space="preserve">$3,000.00  </w:t>
      </w:r>
    </w:p>
    <w:p w14:paraId="27DECE9F" w14:textId="232D9FB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229. Distrito Autónomo Antonio Luchetti, Inc. </w:t>
      </w:r>
      <w:r w:rsidR="007B793F" w:rsidRPr="00E84FEC">
        <w:rPr>
          <w:rFonts w:ascii="Book Antiqua" w:hAnsi="Book Antiqua"/>
          <w:i/>
          <w:iCs/>
          <w:u w:val="single"/>
        </w:rPr>
        <w:tab/>
      </w:r>
      <w:r w:rsidRPr="00FB51A3">
        <w:rPr>
          <w:rFonts w:ascii="Book Antiqua" w:hAnsi="Book Antiqua"/>
          <w:i/>
          <w:iCs/>
          <w:u w:val="single"/>
        </w:rPr>
        <w:t xml:space="preserve">$3,000.00  </w:t>
      </w:r>
    </w:p>
    <w:p w14:paraId="29A97BE3" w14:textId="28542C6F"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230. Distrito Caribe de Conservación de Suelos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660269F0" w14:textId="40395DB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231. Distrito Rotario </w:t>
      </w:r>
      <w:proofErr w:type="gramStart"/>
      <w:r w:rsidRPr="00FB51A3">
        <w:rPr>
          <w:rFonts w:ascii="Book Antiqua" w:hAnsi="Book Antiqua"/>
          <w:i/>
          <w:iCs/>
          <w:u w:val="single"/>
        </w:rPr>
        <w:t>7000,Inc.</w:t>
      </w:r>
      <w:proofErr w:type="gramEnd"/>
      <w:r w:rsidRPr="00FB51A3">
        <w:rPr>
          <w:rFonts w:ascii="Book Antiqua" w:hAnsi="Book Antiqua"/>
          <w:i/>
          <w:iCs/>
          <w:u w:val="single"/>
        </w:rPr>
        <w:t xml:space="preserve"> </w:t>
      </w:r>
      <w:r w:rsidR="007B793F" w:rsidRPr="00E84FEC">
        <w:rPr>
          <w:rFonts w:ascii="Book Antiqua" w:hAnsi="Book Antiqua"/>
          <w:i/>
          <w:iCs/>
          <w:u w:val="single"/>
        </w:rPr>
        <w:tab/>
      </w:r>
      <w:r w:rsidRPr="00FB51A3">
        <w:rPr>
          <w:rFonts w:ascii="Book Antiqua" w:hAnsi="Book Antiqua"/>
          <w:i/>
          <w:iCs/>
          <w:u w:val="single"/>
        </w:rPr>
        <w:t xml:space="preserve"> $3,000.00  </w:t>
      </w:r>
    </w:p>
    <w:p w14:paraId="05A6F80E" w14:textId="73CD0294"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232. Eco Recursos Comunitario Inc.  </w:t>
      </w:r>
      <w:r w:rsidR="007B793F" w:rsidRPr="00E84FEC">
        <w:rPr>
          <w:rFonts w:ascii="Book Antiqua" w:hAnsi="Book Antiqua"/>
          <w:i/>
          <w:iCs/>
          <w:u w:val="single"/>
        </w:rPr>
        <w:tab/>
      </w:r>
      <w:r w:rsidRPr="00FB51A3">
        <w:rPr>
          <w:rFonts w:ascii="Book Antiqua" w:hAnsi="Book Antiqua"/>
          <w:i/>
          <w:iCs/>
          <w:u w:val="single"/>
        </w:rPr>
        <w:t xml:space="preserve">$3,000.00  </w:t>
      </w:r>
    </w:p>
    <w:p w14:paraId="7186D8B8" w14:textId="1AE8E47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233. </w:t>
      </w:r>
      <w:proofErr w:type="spellStart"/>
      <w:r w:rsidRPr="00FB51A3">
        <w:rPr>
          <w:rFonts w:ascii="Book Antiqua" w:hAnsi="Book Antiqua"/>
          <w:i/>
          <w:iCs/>
          <w:u w:val="single"/>
        </w:rPr>
        <w:t>Ecoexploratorio</w:t>
      </w:r>
      <w:proofErr w:type="spellEnd"/>
      <w:r w:rsidRPr="00FB51A3">
        <w:rPr>
          <w:rFonts w:ascii="Book Antiqua" w:hAnsi="Book Antiqua"/>
          <w:i/>
          <w:iCs/>
          <w:u w:val="single"/>
        </w:rPr>
        <w:t xml:space="preserve"> Inc.  </w:t>
      </w:r>
      <w:r w:rsidR="007B793F" w:rsidRPr="00E84FEC">
        <w:rPr>
          <w:rFonts w:ascii="Book Antiqua" w:hAnsi="Book Antiqua"/>
          <w:i/>
          <w:iCs/>
          <w:u w:val="single"/>
        </w:rPr>
        <w:tab/>
      </w:r>
      <w:r w:rsidRPr="00FB51A3">
        <w:rPr>
          <w:rFonts w:ascii="Book Antiqua" w:hAnsi="Book Antiqua"/>
          <w:i/>
          <w:iCs/>
          <w:u w:val="single"/>
        </w:rPr>
        <w:t xml:space="preserve">$80,000.00  </w:t>
      </w:r>
    </w:p>
    <w:p w14:paraId="5D350E6B" w14:textId="7390CCD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234. ECOS de Vida Inc.  </w:t>
      </w:r>
      <w:r w:rsidR="007B793F" w:rsidRPr="00E84FEC">
        <w:rPr>
          <w:rFonts w:ascii="Book Antiqua" w:hAnsi="Book Antiqua"/>
          <w:i/>
          <w:iCs/>
          <w:u w:val="single"/>
        </w:rPr>
        <w:tab/>
      </w:r>
      <w:r w:rsidRPr="00FB51A3">
        <w:rPr>
          <w:rFonts w:ascii="Book Antiqua" w:hAnsi="Book Antiqua"/>
          <w:i/>
          <w:iCs/>
          <w:u w:val="single"/>
        </w:rPr>
        <w:t xml:space="preserve">$10,000.00  </w:t>
      </w:r>
    </w:p>
    <w:p w14:paraId="5776F736" w14:textId="150F55B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235. EFATA Ministerio Sordos &amp; Señas Inc.  </w:t>
      </w:r>
      <w:r w:rsidR="007B793F" w:rsidRPr="00E84FEC">
        <w:rPr>
          <w:rFonts w:ascii="Book Antiqua" w:hAnsi="Book Antiqua"/>
          <w:i/>
          <w:iCs/>
          <w:u w:val="single"/>
          <w:lang w:val="es-PR"/>
        </w:rPr>
        <w:tab/>
      </w:r>
      <w:r w:rsidRPr="00FB51A3">
        <w:rPr>
          <w:rFonts w:ascii="Book Antiqua" w:hAnsi="Book Antiqua"/>
          <w:i/>
          <w:iCs/>
          <w:u w:val="single"/>
        </w:rPr>
        <w:t xml:space="preserve">$10,000.00  </w:t>
      </w:r>
    </w:p>
    <w:p w14:paraId="09F6B261" w14:textId="514CAD9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236. Egida de la Policía, Inc. </w:t>
      </w:r>
      <w:r w:rsidR="007B793F" w:rsidRPr="00E84FEC">
        <w:rPr>
          <w:rFonts w:ascii="Book Antiqua" w:hAnsi="Book Antiqua"/>
          <w:i/>
          <w:iCs/>
          <w:u w:val="single"/>
        </w:rPr>
        <w:tab/>
      </w:r>
      <w:r w:rsidRPr="00FB51A3">
        <w:rPr>
          <w:rFonts w:ascii="Book Antiqua" w:hAnsi="Book Antiqua"/>
          <w:i/>
          <w:iCs/>
          <w:u w:val="single"/>
        </w:rPr>
        <w:t xml:space="preserve">$60,000.00  </w:t>
      </w:r>
    </w:p>
    <w:p w14:paraId="5825EBF5" w14:textId="448191D8"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237. El Acueducto Rural Pedro Calixto,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$2</w:t>
      </w:r>
      <w:r w:rsidR="00E10572">
        <w:rPr>
          <w:rFonts w:ascii="Book Antiqua" w:hAnsi="Book Antiqua"/>
          <w:i/>
          <w:iCs/>
          <w:u w:val="single"/>
          <w:lang w:val="es-PR"/>
        </w:rPr>
        <w:t>9</w:t>
      </w:r>
      <w:r w:rsidRPr="00FB51A3">
        <w:rPr>
          <w:rFonts w:ascii="Book Antiqua" w:hAnsi="Book Antiqua"/>
          <w:i/>
          <w:iCs/>
          <w:u w:val="single"/>
          <w:lang w:val="es-PR"/>
        </w:rPr>
        <w:t xml:space="preserve">,000.00  </w:t>
      </w:r>
    </w:p>
    <w:p w14:paraId="41DA031A" w14:textId="6801AC1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238. El Amor Espera, Inc. </w:t>
      </w:r>
      <w:r w:rsidR="007B793F" w:rsidRPr="00E84FEC">
        <w:rPr>
          <w:rFonts w:ascii="Book Antiqua" w:hAnsi="Book Antiqua"/>
          <w:i/>
          <w:iCs/>
          <w:u w:val="single"/>
        </w:rPr>
        <w:tab/>
      </w:r>
      <w:r w:rsidRPr="00FB51A3">
        <w:rPr>
          <w:rFonts w:ascii="Book Antiqua" w:hAnsi="Book Antiqua"/>
          <w:i/>
          <w:iCs/>
          <w:u w:val="single"/>
        </w:rPr>
        <w:t xml:space="preserve">$15,000.00  </w:t>
      </w:r>
    </w:p>
    <w:p w14:paraId="63B5C1E7" w14:textId="23343CB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239. El Instituto de Orientación y Terapia Familiar de Caguas, Inc. </w:t>
      </w:r>
      <w:r w:rsidR="007B793F" w:rsidRPr="00E84FEC">
        <w:rPr>
          <w:rFonts w:ascii="Book Antiqua" w:hAnsi="Book Antiqua"/>
          <w:i/>
          <w:iCs/>
          <w:u w:val="single"/>
        </w:rPr>
        <w:tab/>
      </w:r>
      <w:r w:rsidRPr="00FB51A3">
        <w:rPr>
          <w:rFonts w:ascii="Book Antiqua" w:hAnsi="Book Antiqua"/>
          <w:i/>
          <w:iCs/>
          <w:u w:val="single"/>
        </w:rPr>
        <w:t xml:space="preserve"> $15,000.00  </w:t>
      </w:r>
    </w:p>
    <w:p w14:paraId="4EDCA35E" w14:textId="2609CEBC"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240. El Museo Invisible que Cuenta la Historia de </w:t>
      </w:r>
      <w:proofErr w:type="gramStart"/>
      <w:r w:rsidRPr="00FB51A3">
        <w:rPr>
          <w:rFonts w:ascii="Book Antiqua" w:hAnsi="Book Antiqua"/>
          <w:i/>
          <w:iCs/>
          <w:u w:val="single"/>
          <w:lang w:val="es-PR"/>
        </w:rPr>
        <w:t xml:space="preserve">Pocos  </w:t>
      </w:r>
      <w:r w:rsidR="007B793F" w:rsidRPr="00E84FEC">
        <w:rPr>
          <w:rFonts w:ascii="Book Antiqua" w:hAnsi="Book Antiqua"/>
          <w:i/>
          <w:iCs/>
          <w:u w:val="single"/>
          <w:lang w:val="es-PR"/>
        </w:rPr>
        <w:tab/>
      </w:r>
      <w:proofErr w:type="gramEnd"/>
      <w:r w:rsidRPr="00FB51A3">
        <w:rPr>
          <w:rFonts w:ascii="Book Antiqua" w:hAnsi="Book Antiqua"/>
          <w:i/>
          <w:iCs/>
          <w:u w:val="single"/>
          <w:lang w:val="es-PR"/>
        </w:rPr>
        <w:t xml:space="preserve">$15,000.00  </w:t>
      </w:r>
    </w:p>
    <w:p w14:paraId="01742EEF" w14:textId="5C585FE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241. El Punto en la Montaña, Inc. </w:t>
      </w:r>
      <w:r w:rsidR="007B793F" w:rsidRPr="00E84FEC">
        <w:rPr>
          <w:rFonts w:ascii="Book Antiqua" w:hAnsi="Book Antiqua"/>
          <w:i/>
          <w:iCs/>
          <w:u w:val="single"/>
        </w:rPr>
        <w:tab/>
      </w:r>
      <w:r w:rsidRPr="00FB51A3">
        <w:rPr>
          <w:rFonts w:ascii="Book Antiqua" w:hAnsi="Book Antiqua"/>
          <w:i/>
          <w:iCs/>
          <w:u w:val="single"/>
        </w:rPr>
        <w:t xml:space="preserve">$3,000.00  </w:t>
      </w:r>
    </w:p>
    <w:p w14:paraId="61393BDF" w14:textId="4563104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242. Enactus Puerto Rico, Inc.  </w:t>
      </w:r>
      <w:r w:rsidR="006864A6" w:rsidRPr="00E84FEC">
        <w:rPr>
          <w:rFonts w:ascii="Book Antiqua" w:hAnsi="Book Antiqua"/>
          <w:i/>
          <w:iCs/>
          <w:u w:val="single"/>
        </w:rPr>
        <w:tab/>
      </w:r>
      <w:r w:rsidRPr="00FB51A3">
        <w:rPr>
          <w:rFonts w:ascii="Book Antiqua" w:hAnsi="Book Antiqua"/>
          <w:i/>
          <w:iCs/>
          <w:u w:val="single"/>
        </w:rPr>
        <w:t xml:space="preserve">$5,000.00  </w:t>
      </w:r>
    </w:p>
    <w:p w14:paraId="6BBACAED" w14:textId="04756AD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243. </w:t>
      </w:r>
      <w:proofErr w:type="spellStart"/>
      <w:r w:rsidRPr="00FB51A3">
        <w:rPr>
          <w:rFonts w:ascii="Book Antiqua" w:hAnsi="Book Antiqua"/>
          <w:i/>
          <w:iCs/>
          <w:u w:val="single"/>
        </w:rPr>
        <w:t>EnterPRize</w:t>
      </w:r>
      <w:proofErr w:type="spellEnd"/>
      <w:r w:rsidRPr="00FB51A3">
        <w:rPr>
          <w:rFonts w:ascii="Book Antiqua" w:hAnsi="Book Antiqua"/>
          <w:i/>
          <w:iCs/>
          <w:u w:val="single"/>
        </w:rPr>
        <w:t xml:space="preserve"> Events Inc </w:t>
      </w:r>
      <w:proofErr w:type="spellStart"/>
      <w:r w:rsidRPr="00FB51A3">
        <w:rPr>
          <w:rFonts w:ascii="Book Antiqua" w:hAnsi="Book Antiqua"/>
          <w:i/>
          <w:iCs/>
          <w:u w:val="single"/>
        </w:rPr>
        <w:t>afiliada</w:t>
      </w:r>
      <w:proofErr w:type="spellEnd"/>
      <w:r w:rsidRPr="00FB51A3">
        <w:rPr>
          <w:rFonts w:ascii="Book Antiqua" w:hAnsi="Book Antiqua"/>
          <w:i/>
          <w:iCs/>
          <w:u w:val="single"/>
        </w:rPr>
        <w:t xml:space="preserve"> de Grupo </w:t>
      </w:r>
      <w:proofErr w:type="spellStart"/>
      <w:r w:rsidRPr="00FB51A3">
        <w:rPr>
          <w:rFonts w:ascii="Book Antiqua" w:hAnsi="Book Antiqua"/>
          <w:i/>
          <w:iCs/>
          <w:u w:val="single"/>
        </w:rPr>
        <w:t>Guayacán</w:t>
      </w:r>
      <w:proofErr w:type="spellEnd"/>
      <w:r w:rsidRPr="00FB51A3">
        <w:rPr>
          <w:rFonts w:ascii="Book Antiqua" w:hAnsi="Book Antiqua"/>
          <w:i/>
          <w:iCs/>
          <w:u w:val="single"/>
        </w:rPr>
        <w:t xml:space="preserve"> Inc </w:t>
      </w:r>
      <w:r w:rsidR="006864A6" w:rsidRPr="00E84FEC">
        <w:rPr>
          <w:rFonts w:ascii="Book Antiqua" w:hAnsi="Book Antiqua"/>
          <w:i/>
          <w:iCs/>
          <w:u w:val="single"/>
        </w:rPr>
        <w:tab/>
      </w:r>
      <w:r w:rsidRPr="00FB51A3">
        <w:rPr>
          <w:rFonts w:ascii="Book Antiqua" w:hAnsi="Book Antiqua"/>
          <w:i/>
          <w:iCs/>
          <w:u w:val="single"/>
        </w:rPr>
        <w:t xml:space="preserve"> $7,000.00  </w:t>
      </w:r>
    </w:p>
    <w:p w14:paraId="7807E77F" w14:textId="278F655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244. </w:t>
      </w:r>
      <w:proofErr w:type="spellStart"/>
      <w:r w:rsidRPr="00FB51A3">
        <w:rPr>
          <w:rFonts w:ascii="Book Antiqua" w:hAnsi="Book Antiqua"/>
          <w:i/>
          <w:iCs/>
          <w:u w:val="single"/>
        </w:rPr>
        <w:t>Equinoterapia</w:t>
      </w:r>
      <w:proofErr w:type="spellEnd"/>
      <w:r w:rsidRPr="00FB51A3">
        <w:rPr>
          <w:rFonts w:ascii="Book Antiqua" w:hAnsi="Book Antiqua"/>
          <w:i/>
          <w:iCs/>
          <w:u w:val="single"/>
        </w:rPr>
        <w:t xml:space="preserve"> Puerto Rico Inc. </w:t>
      </w:r>
      <w:r w:rsidR="006864A6" w:rsidRPr="00E84FEC">
        <w:rPr>
          <w:rFonts w:ascii="Book Antiqua" w:hAnsi="Book Antiqua"/>
          <w:i/>
          <w:iCs/>
          <w:u w:val="single"/>
        </w:rPr>
        <w:tab/>
      </w:r>
      <w:r w:rsidRPr="00FB51A3">
        <w:rPr>
          <w:rFonts w:ascii="Book Antiqua" w:hAnsi="Book Antiqua"/>
          <w:i/>
          <w:iCs/>
          <w:u w:val="single"/>
        </w:rPr>
        <w:t xml:space="preserve"> $8,000.00  </w:t>
      </w:r>
    </w:p>
    <w:p w14:paraId="6248E7A6" w14:textId="432E66E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245. Equipo Beisbol Juvenil Tiburones de Aguadilla, Inc.  </w:t>
      </w:r>
      <w:r w:rsidR="006864A6" w:rsidRPr="00E84FEC">
        <w:rPr>
          <w:rFonts w:ascii="Book Antiqua" w:hAnsi="Book Antiqua"/>
          <w:i/>
          <w:iCs/>
          <w:u w:val="single"/>
          <w:lang w:val="es-PR"/>
        </w:rPr>
        <w:tab/>
      </w:r>
      <w:r w:rsidRPr="00FB51A3">
        <w:rPr>
          <w:rFonts w:ascii="Book Antiqua" w:hAnsi="Book Antiqua"/>
          <w:i/>
          <w:iCs/>
          <w:u w:val="single"/>
        </w:rPr>
        <w:t xml:space="preserve">$3,000.00  </w:t>
      </w:r>
    </w:p>
    <w:p w14:paraId="21EBB687" w14:textId="662FB37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246. Equipo Clase A Marlins de Barrancas Inc.  </w:t>
      </w:r>
      <w:r w:rsidR="006864A6" w:rsidRPr="00E84FEC">
        <w:rPr>
          <w:rFonts w:ascii="Book Antiqua" w:hAnsi="Book Antiqua"/>
          <w:i/>
          <w:iCs/>
          <w:u w:val="single"/>
          <w:lang w:val="es-PR"/>
        </w:rPr>
        <w:tab/>
      </w:r>
      <w:r w:rsidRPr="00FB51A3">
        <w:rPr>
          <w:rFonts w:ascii="Book Antiqua" w:hAnsi="Book Antiqua"/>
          <w:i/>
          <w:iCs/>
          <w:u w:val="single"/>
        </w:rPr>
        <w:t xml:space="preserve">$15,000.00  </w:t>
      </w:r>
    </w:p>
    <w:p w14:paraId="6AC6301B" w14:textId="4F05CC5A"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247. Escuela de Bellas Artes de </w:t>
      </w:r>
      <w:proofErr w:type="gramStart"/>
      <w:r w:rsidRPr="00FB51A3">
        <w:rPr>
          <w:rFonts w:ascii="Book Antiqua" w:hAnsi="Book Antiqua"/>
          <w:i/>
          <w:iCs/>
          <w:u w:val="single"/>
          <w:lang w:val="es-PR"/>
        </w:rPr>
        <w:t xml:space="preserve">Comerío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$20,000.00  </w:t>
      </w:r>
    </w:p>
    <w:p w14:paraId="50307E8F" w14:textId="2C7D81E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248. Escuela de Medicina San Juan Bautista </w:t>
      </w:r>
      <w:r w:rsidR="006864A6" w:rsidRPr="00E84FEC">
        <w:rPr>
          <w:rFonts w:ascii="Book Antiqua" w:hAnsi="Book Antiqua"/>
          <w:i/>
          <w:iCs/>
          <w:u w:val="single"/>
        </w:rPr>
        <w:tab/>
      </w:r>
      <w:r w:rsidRPr="00FB51A3">
        <w:rPr>
          <w:rFonts w:ascii="Book Antiqua" w:hAnsi="Book Antiqua"/>
          <w:i/>
          <w:iCs/>
          <w:u w:val="single"/>
        </w:rPr>
        <w:t xml:space="preserve"> $50,000.00  </w:t>
      </w:r>
    </w:p>
    <w:p w14:paraId="6F740C70" w14:textId="65ED08ED"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249. Escuela Federico Froebel, Inc. </w:t>
      </w:r>
      <w:r w:rsidR="006864A6" w:rsidRPr="00E84FEC">
        <w:rPr>
          <w:rFonts w:ascii="Book Antiqua" w:hAnsi="Book Antiqua"/>
          <w:i/>
          <w:iCs/>
          <w:u w:val="single"/>
        </w:rPr>
        <w:tab/>
      </w:r>
      <w:r w:rsidRPr="00FB51A3">
        <w:rPr>
          <w:rFonts w:ascii="Book Antiqua" w:hAnsi="Book Antiqua"/>
          <w:i/>
          <w:iCs/>
          <w:u w:val="single"/>
        </w:rPr>
        <w:t xml:space="preserve"> $4,000.00  </w:t>
      </w:r>
    </w:p>
    <w:p w14:paraId="520E1262" w14:textId="517C6B0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250. Escuela Libre de Música Antonio Paoli, Inc.  </w:t>
      </w:r>
      <w:r w:rsidR="006864A6" w:rsidRPr="00E84FEC">
        <w:rPr>
          <w:rFonts w:ascii="Book Antiqua" w:hAnsi="Book Antiqua"/>
          <w:i/>
          <w:iCs/>
          <w:u w:val="single"/>
          <w:lang w:val="es-PR"/>
        </w:rPr>
        <w:tab/>
      </w:r>
      <w:r w:rsidRPr="00FB51A3">
        <w:rPr>
          <w:rFonts w:ascii="Book Antiqua" w:hAnsi="Book Antiqua"/>
          <w:i/>
          <w:iCs/>
          <w:u w:val="single"/>
        </w:rPr>
        <w:t xml:space="preserve">$8,000.00  </w:t>
      </w:r>
    </w:p>
    <w:p w14:paraId="00E41073" w14:textId="2840663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251. Escuela Montessori San Cristóbal, Inc </w:t>
      </w:r>
      <w:r w:rsidR="006864A6" w:rsidRPr="00E84FEC">
        <w:rPr>
          <w:rFonts w:ascii="Book Antiqua" w:hAnsi="Book Antiqua"/>
          <w:i/>
          <w:iCs/>
          <w:u w:val="single"/>
        </w:rPr>
        <w:tab/>
      </w:r>
      <w:r w:rsidRPr="00FB51A3">
        <w:rPr>
          <w:rFonts w:ascii="Book Antiqua" w:hAnsi="Book Antiqua"/>
          <w:i/>
          <w:iCs/>
          <w:u w:val="single"/>
        </w:rPr>
        <w:t xml:space="preserve">$15,000.00  </w:t>
      </w:r>
    </w:p>
    <w:p w14:paraId="4857ACE5" w14:textId="2DED674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252. </w:t>
      </w:r>
      <w:proofErr w:type="spellStart"/>
      <w:r w:rsidRPr="00FB51A3">
        <w:rPr>
          <w:rFonts w:ascii="Book Antiqua" w:hAnsi="Book Antiqua"/>
          <w:i/>
          <w:iCs/>
          <w:u w:val="single"/>
        </w:rPr>
        <w:t>Esenciart</w:t>
      </w:r>
      <w:proofErr w:type="spellEnd"/>
      <w:r w:rsidRPr="00FB51A3">
        <w:rPr>
          <w:rFonts w:ascii="Book Antiqua" w:hAnsi="Book Antiqua"/>
          <w:i/>
          <w:iCs/>
          <w:u w:val="single"/>
        </w:rPr>
        <w:t xml:space="preserve"> Performance, Corp. </w:t>
      </w:r>
      <w:r w:rsidR="006864A6" w:rsidRPr="00E84FEC">
        <w:rPr>
          <w:rFonts w:ascii="Book Antiqua" w:hAnsi="Book Antiqua"/>
          <w:i/>
          <w:iCs/>
          <w:u w:val="single"/>
        </w:rPr>
        <w:tab/>
      </w:r>
      <w:r w:rsidRPr="00FB51A3">
        <w:rPr>
          <w:rFonts w:ascii="Book Antiqua" w:hAnsi="Book Antiqua"/>
          <w:i/>
          <w:iCs/>
          <w:u w:val="single"/>
        </w:rPr>
        <w:t xml:space="preserve">$15,000.00  </w:t>
      </w:r>
    </w:p>
    <w:p w14:paraId="6690B1F8" w14:textId="6E06570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253. Esperanza para la </w:t>
      </w:r>
      <w:proofErr w:type="spellStart"/>
      <w:r w:rsidRPr="00FB51A3">
        <w:rPr>
          <w:rFonts w:ascii="Book Antiqua" w:hAnsi="Book Antiqua"/>
          <w:i/>
          <w:iCs/>
          <w:u w:val="single"/>
        </w:rPr>
        <w:t>Vejez</w:t>
      </w:r>
      <w:proofErr w:type="spellEnd"/>
      <w:r w:rsidRPr="00FB51A3">
        <w:rPr>
          <w:rFonts w:ascii="Book Antiqua" w:hAnsi="Book Antiqua"/>
          <w:i/>
          <w:iCs/>
          <w:u w:val="single"/>
        </w:rPr>
        <w:t>, Inc.</w:t>
      </w:r>
      <w:r w:rsidR="006864A6" w:rsidRPr="00E84FEC">
        <w:rPr>
          <w:rFonts w:ascii="Book Antiqua" w:hAnsi="Book Antiqua"/>
          <w:i/>
          <w:iCs/>
          <w:u w:val="single"/>
        </w:rPr>
        <w:tab/>
      </w:r>
      <w:r w:rsidRPr="00FB51A3">
        <w:rPr>
          <w:rFonts w:ascii="Book Antiqua" w:hAnsi="Book Antiqua"/>
          <w:i/>
          <w:iCs/>
          <w:u w:val="single"/>
        </w:rPr>
        <w:t xml:space="preserve">$60,000.00  </w:t>
      </w:r>
    </w:p>
    <w:p w14:paraId="58086829" w14:textId="7CA35A5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254. Estancia Corazón, Inc. </w:t>
      </w:r>
      <w:r w:rsidR="006864A6" w:rsidRPr="00E84FEC">
        <w:rPr>
          <w:rFonts w:ascii="Book Antiqua" w:hAnsi="Book Antiqua"/>
          <w:i/>
          <w:iCs/>
          <w:u w:val="single"/>
        </w:rPr>
        <w:tab/>
      </w:r>
      <w:r w:rsidRPr="00FB51A3">
        <w:rPr>
          <w:rFonts w:ascii="Book Antiqua" w:hAnsi="Book Antiqua"/>
          <w:i/>
          <w:iCs/>
          <w:u w:val="single"/>
        </w:rPr>
        <w:t xml:space="preserve">$8,000.00  </w:t>
      </w:r>
    </w:p>
    <w:p w14:paraId="5590CA67" w14:textId="691B8F04"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255. Estancia Serena, Inc. </w:t>
      </w:r>
      <w:r w:rsidR="006864A6" w:rsidRPr="00E84FEC">
        <w:rPr>
          <w:rFonts w:ascii="Book Antiqua" w:hAnsi="Book Antiqua"/>
          <w:i/>
          <w:iCs/>
          <w:u w:val="single"/>
        </w:rPr>
        <w:tab/>
      </w:r>
      <w:r w:rsidRPr="00FB51A3">
        <w:rPr>
          <w:rFonts w:ascii="Book Antiqua" w:hAnsi="Book Antiqua"/>
          <w:i/>
          <w:iCs/>
          <w:u w:val="single"/>
        </w:rPr>
        <w:t xml:space="preserve">$90,000.00  </w:t>
      </w:r>
    </w:p>
    <w:p w14:paraId="2EB1C5A2" w14:textId="1AA8DC2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256. </w:t>
      </w:r>
      <w:proofErr w:type="spellStart"/>
      <w:r w:rsidRPr="00FB51A3">
        <w:rPr>
          <w:rFonts w:ascii="Book Antiqua" w:hAnsi="Book Antiqua"/>
          <w:i/>
          <w:iCs/>
          <w:u w:val="single"/>
        </w:rPr>
        <w:t>Esteriliza</w:t>
      </w:r>
      <w:proofErr w:type="spellEnd"/>
      <w:r w:rsidRPr="00FB51A3">
        <w:rPr>
          <w:rFonts w:ascii="Book Antiqua" w:hAnsi="Book Antiqua"/>
          <w:i/>
          <w:iCs/>
          <w:u w:val="single"/>
        </w:rPr>
        <w:t xml:space="preserve"> Tu Calle, Inc.</w:t>
      </w:r>
      <w:r w:rsidR="006864A6" w:rsidRPr="00E84FEC">
        <w:rPr>
          <w:rFonts w:ascii="Book Antiqua" w:hAnsi="Book Antiqua"/>
          <w:i/>
          <w:iCs/>
          <w:u w:val="single"/>
        </w:rPr>
        <w:tab/>
      </w:r>
      <w:r w:rsidRPr="00FB51A3">
        <w:rPr>
          <w:rFonts w:ascii="Book Antiqua" w:hAnsi="Book Antiqua"/>
          <w:i/>
          <w:iCs/>
          <w:u w:val="single"/>
        </w:rPr>
        <w:t xml:space="preserve">$5,000.00  </w:t>
      </w:r>
    </w:p>
    <w:p w14:paraId="74F7A71F" w14:textId="5B11AD0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257. Familias CAPACES Inc.  </w:t>
      </w:r>
      <w:r w:rsidR="006864A6" w:rsidRPr="00E84FEC">
        <w:rPr>
          <w:rFonts w:ascii="Book Antiqua" w:hAnsi="Book Antiqua"/>
          <w:i/>
          <w:iCs/>
          <w:u w:val="single"/>
        </w:rPr>
        <w:tab/>
      </w:r>
      <w:r w:rsidRPr="00FB51A3">
        <w:rPr>
          <w:rFonts w:ascii="Book Antiqua" w:hAnsi="Book Antiqua"/>
          <w:i/>
          <w:iCs/>
          <w:u w:val="single"/>
        </w:rPr>
        <w:t xml:space="preserve">$14,000.00  </w:t>
      </w:r>
    </w:p>
    <w:p w14:paraId="5BD35735" w14:textId="30BF122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258. FC Mayagüez </w:t>
      </w:r>
      <w:r w:rsidR="006864A6" w:rsidRPr="00E84FEC">
        <w:rPr>
          <w:rFonts w:ascii="Book Antiqua" w:hAnsi="Book Antiqua"/>
          <w:i/>
          <w:iCs/>
          <w:u w:val="single"/>
        </w:rPr>
        <w:tab/>
      </w:r>
      <w:r w:rsidRPr="00FB51A3">
        <w:rPr>
          <w:rFonts w:ascii="Book Antiqua" w:hAnsi="Book Antiqua"/>
          <w:i/>
          <w:iCs/>
          <w:u w:val="single"/>
        </w:rPr>
        <w:t xml:space="preserve">$3,000.00  </w:t>
      </w:r>
    </w:p>
    <w:p w14:paraId="55C56B56" w14:textId="5DBCBD71"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259. Federación Beisbol de Puerto </w:t>
      </w:r>
      <w:proofErr w:type="gramStart"/>
      <w:r w:rsidRPr="00FB51A3">
        <w:rPr>
          <w:rFonts w:ascii="Book Antiqua" w:hAnsi="Book Antiqua"/>
          <w:i/>
          <w:iCs/>
          <w:u w:val="single"/>
          <w:lang w:val="es-PR"/>
        </w:rPr>
        <w:t xml:space="preserve">Rico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w:t>
      </w:r>
      <w:r w:rsidR="00E10572">
        <w:rPr>
          <w:rFonts w:ascii="Book Antiqua" w:hAnsi="Book Antiqua"/>
          <w:i/>
          <w:iCs/>
          <w:u w:val="single"/>
          <w:lang w:val="es-PR"/>
        </w:rPr>
        <w:t>7</w:t>
      </w:r>
      <w:r w:rsidRPr="00FB51A3">
        <w:rPr>
          <w:rFonts w:ascii="Book Antiqua" w:hAnsi="Book Antiqua"/>
          <w:i/>
          <w:iCs/>
          <w:u w:val="single"/>
          <w:lang w:val="es-PR"/>
        </w:rPr>
        <w:t xml:space="preserve">5,000.00  </w:t>
      </w:r>
    </w:p>
    <w:p w14:paraId="11B3AF57" w14:textId="74202CC8"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260. Federación de Alcaldes de PR, Inc. </w:t>
      </w:r>
      <w:r w:rsidR="006864A6" w:rsidRPr="00E84FEC">
        <w:rPr>
          <w:rFonts w:ascii="Book Antiqua" w:hAnsi="Book Antiqua"/>
          <w:i/>
          <w:iCs/>
          <w:u w:val="single"/>
        </w:rPr>
        <w:tab/>
      </w:r>
      <w:r w:rsidRPr="00FB51A3">
        <w:rPr>
          <w:rFonts w:ascii="Book Antiqua" w:hAnsi="Book Antiqua"/>
          <w:i/>
          <w:iCs/>
          <w:u w:val="single"/>
        </w:rPr>
        <w:t xml:space="preserve">$100,000.00  </w:t>
      </w:r>
    </w:p>
    <w:p w14:paraId="355A6211" w14:textId="1162D82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261. Federación de Baloncesto de Puerto Rico, Inc. </w:t>
      </w:r>
      <w:r w:rsidR="006864A6" w:rsidRPr="00E84FEC">
        <w:rPr>
          <w:rFonts w:ascii="Book Antiqua" w:hAnsi="Book Antiqua"/>
          <w:i/>
          <w:iCs/>
          <w:u w:val="single"/>
        </w:rPr>
        <w:tab/>
      </w:r>
      <w:r w:rsidRPr="00FB51A3">
        <w:rPr>
          <w:rFonts w:ascii="Book Antiqua" w:hAnsi="Book Antiqua"/>
          <w:i/>
          <w:iCs/>
          <w:u w:val="single"/>
        </w:rPr>
        <w:t xml:space="preserve"> $60,000.00  </w:t>
      </w:r>
    </w:p>
    <w:p w14:paraId="6770E843" w14:textId="180B7F2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262. Federación de Dominó de Puerto Rico </w:t>
      </w:r>
      <w:r w:rsidR="006864A6" w:rsidRPr="00E84FEC">
        <w:rPr>
          <w:rFonts w:ascii="Book Antiqua" w:hAnsi="Book Antiqua"/>
          <w:i/>
          <w:iCs/>
          <w:u w:val="single"/>
        </w:rPr>
        <w:tab/>
      </w:r>
      <w:r w:rsidRPr="00FB51A3">
        <w:rPr>
          <w:rFonts w:ascii="Book Antiqua" w:hAnsi="Book Antiqua"/>
          <w:i/>
          <w:iCs/>
          <w:u w:val="single"/>
        </w:rPr>
        <w:t xml:space="preserve"> $5,000.00  </w:t>
      </w:r>
    </w:p>
    <w:p w14:paraId="718B341E" w14:textId="0C18CD7D"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263. Federación de Levantamiento de Pesas de PR </w:t>
      </w:r>
      <w:r w:rsidR="006864A6" w:rsidRPr="00E84FEC">
        <w:rPr>
          <w:rFonts w:ascii="Book Antiqua" w:hAnsi="Book Antiqua"/>
          <w:i/>
          <w:iCs/>
          <w:u w:val="single"/>
          <w:lang w:val="es-PR"/>
        </w:rPr>
        <w:tab/>
      </w:r>
      <w:r w:rsidRPr="00FB51A3">
        <w:rPr>
          <w:rFonts w:ascii="Book Antiqua" w:hAnsi="Book Antiqua"/>
          <w:i/>
          <w:iCs/>
          <w:u w:val="single"/>
          <w:lang w:val="es-PR"/>
        </w:rPr>
        <w:t xml:space="preserve"> $10,000.00  </w:t>
      </w:r>
    </w:p>
    <w:p w14:paraId="045B64AE" w14:textId="618083FB"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264. Federación de Motociclismo de Puerto Rico </w:t>
      </w:r>
      <w:proofErr w:type="spell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r w:rsidRPr="00FB51A3">
        <w:rPr>
          <w:rFonts w:ascii="Book Antiqua" w:hAnsi="Book Antiqua"/>
          <w:i/>
          <w:iCs/>
          <w:u w:val="single"/>
          <w:lang w:val="es-PR"/>
        </w:rPr>
        <w:t xml:space="preserve">$3,000.00  </w:t>
      </w:r>
    </w:p>
    <w:p w14:paraId="41320B67" w14:textId="27B0369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265. </w:t>
      </w:r>
      <w:proofErr w:type="spellStart"/>
      <w:r w:rsidRPr="00FB51A3">
        <w:rPr>
          <w:rFonts w:ascii="Book Antiqua" w:hAnsi="Book Antiqua"/>
          <w:i/>
          <w:iCs/>
          <w:u w:val="single"/>
        </w:rPr>
        <w:t>Federación</w:t>
      </w:r>
      <w:proofErr w:type="spellEnd"/>
      <w:r w:rsidRPr="00FB51A3">
        <w:rPr>
          <w:rFonts w:ascii="Book Antiqua" w:hAnsi="Book Antiqua"/>
          <w:i/>
          <w:iCs/>
          <w:u w:val="single"/>
        </w:rPr>
        <w:t xml:space="preserve"> de Para </w:t>
      </w:r>
      <w:proofErr w:type="spellStart"/>
      <w:r w:rsidRPr="00FB51A3">
        <w:rPr>
          <w:rFonts w:ascii="Book Antiqua" w:hAnsi="Book Antiqua"/>
          <w:i/>
          <w:iCs/>
          <w:u w:val="single"/>
        </w:rPr>
        <w:t>Natación</w:t>
      </w:r>
      <w:proofErr w:type="spellEnd"/>
      <w:r w:rsidRPr="00FB51A3">
        <w:rPr>
          <w:rFonts w:ascii="Book Antiqua" w:hAnsi="Book Antiqua"/>
          <w:i/>
          <w:iCs/>
          <w:u w:val="single"/>
        </w:rPr>
        <w:t xml:space="preserve"> de Puerto Rico </w:t>
      </w:r>
      <w:r w:rsidR="006864A6" w:rsidRPr="00E84FEC">
        <w:rPr>
          <w:rFonts w:ascii="Book Antiqua" w:hAnsi="Book Antiqua"/>
          <w:i/>
          <w:iCs/>
          <w:u w:val="single"/>
        </w:rPr>
        <w:tab/>
      </w:r>
      <w:r w:rsidRPr="00FB51A3">
        <w:rPr>
          <w:rFonts w:ascii="Book Antiqua" w:hAnsi="Book Antiqua"/>
          <w:i/>
          <w:iCs/>
          <w:u w:val="single"/>
        </w:rPr>
        <w:t xml:space="preserve">$10,000.00  </w:t>
      </w:r>
    </w:p>
    <w:p w14:paraId="37EC3DFE" w14:textId="2E2A71E8"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266. Federación de Para-Atletismo de Puerto </w:t>
      </w:r>
      <w:proofErr w:type="gramStart"/>
      <w:r w:rsidRPr="00FB51A3">
        <w:rPr>
          <w:rFonts w:ascii="Book Antiqua" w:hAnsi="Book Antiqua"/>
          <w:i/>
          <w:iCs/>
          <w:u w:val="single"/>
          <w:lang w:val="es-PR"/>
        </w:rPr>
        <w:t xml:space="preserve">Rico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$10,000.00  </w:t>
      </w:r>
    </w:p>
    <w:p w14:paraId="7D130F5D" w14:textId="2D609637"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267. Federación de Tiro de Armas Cortas y Rifles de Puerto </w:t>
      </w:r>
      <w:proofErr w:type="gramStart"/>
      <w:r w:rsidRPr="00FB51A3">
        <w:rPr>
          <w:rFonts w:ascii="Book Antiqua" w:hAnsi="Book Antiqua"/>
          <w:i/>
          <w:iCs/>
          <w:u w:val="single"/>
          <w:lang w:val="es-PR"/>
        </w:rPr>
        <w:t xml:space="preserve">Rico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$10,000.00  </w:t>
      </w:r>
    </w:p>
    <w:p w14:paraId="5F4157AC" w14:textId="6D6F9A0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268. Federación Nacional de Baloncesto en Silla de Ruedas </w:t>
      </w:r>
      <w:proofErr w:type="gramStart"/>
      <w:r w:rsidRPr="00FB51A3">
        <w:rPr>
          <w:rFonts w:ascii="Book Antiqua" w:hAnsi="Book Antiqua"/>
          <w:i/>
          <w:iCs/>
          <w:u w:val="single"/>
          <w:lang w:val="es-PR"/>
        </w:rPr>
        <w:t xml:space="preserve">PR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$75,000.00  </w:t>
      </w:r>
    </w:p>
    <w:p w14:paraId="68CD491C" w14:textId="6D7463B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269. </w:t>
      </w:r>
      <w:proofErr w:type="spellStart"/>
      <w:r w:rsidRPr="00FB51A3">
        <w:rPr>
          <w:rFonts w:ascii="Book Antiqua" w:hAnsi="Book Antiqua"/>
          <w:i/>
          <w:iCs/>
          <w:u w:val="single"/>
        </w:rPr>
        <w:t>Federación</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Puertorriqueña</w:t>
      </w:r>
      <w:proofErr w:type="spellEnd"/>
      <w:r w:rsidRPr="00FB51A3">
        <w:rPr>
          <w:rFonts w:ascii="Book Antiqua" w:hAnsi="Book Antiqua"/>
          <w:i/>
          <w:iCs/>
          <w:u w:val="single"/>
        </w:rPr>
        <w:t xml:space="preserve"> de </w:t>
      </w:r>
      <w:proofErr w:type="spellStart"/>
      <w:r w:rsidRPr="00FB51A3">
        <w:rPr>
          <w:rFonts w:ascii="Book Antiqua" w:hAnsi="Book Antiqua"/>
          <w:i/>
          <w:iCs/>
          <w:u w:val="single"/>
        </w:rPr>
        <w:t>Deportes</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Ecuestres</w:t>
      </w:r>
      <w:proofErr w:type="spellEnd"/>
      <w:r w:rsidRPr="00FB51A3">
        <w:rPr>
          <w:rFonts w:ascii="Book Antiqua" w:hAnsi="Book Antiqua"/>
          <w:i/>
          <w:iCs/>
          <w:u w:val="single"/>
        </w:rPr>
        <w:t xml:space="preserve"> </w:t>
      </w:r>
      <w:r w:rsidR="006864A6" w:rsidRPr="00E84FEC">
        <w:rPr>
          <w:rFonts w:ascii="Book Antiqua" w:hAnsi="Book Antiqua"/>
          <w:i/>
          <w:iCs/>
          <w:u w:val="single"/>
        </w:rPr>
        <w:tab/>
      </w:r>
      <w:r w:rsidRPr="00FB51A3">
        <w:rPr>
          <w:rFonts w:ascii="Book Antiqua" w:hAnsi="Book Antiqua"/>
          <w:i/>
          <w:iCs/>
          <w:u w:val="single"/>
        </w:rPr>
        <w:t xml:space="preserve"> $25,000.00  </w:t>
      </w:r>
    </w:p>
    <w:p w14:paraId="267A9908" w14:textId="252262C9"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270. Federación Puertorriqueña de Deportistas </w:t>
      </w:r>
      <w:proofErr w:type="gramStart"/>
      <w:r w:rsidRPr="00FB51A3">
        <w:rPr>
          <w:rFonts w:ascii="Book Antiqua" w:hAnsi="Book Antiqua"/>
          <w:i/>
          <w:iCs/>
          <w:u w:val="single"/>
          <w:lang w:val="es-PR"/>
        </w:rPr>
        <w:t xml:space="preserve">Ciegos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$25,000.00  </w:t>
      </w:r>
    </w:p>
    <w:p w14:paraId="484D83EC" w14:textId="333483E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271. Federación Puertorriqueña de Voleibol, Inc.  </w:t>
      </w:r>
      <w:r w:rsidR="006864A6" w:rsidRPr="00E84FEC">
        <w:rPr>
          <w:rFonts w:ascii="Book Antiqua" w:hAnsi="Book Antiqua"/>
          <w:i/>
          <w:iCs/>
          <w:u w:val="single"/>
          <w:lang w:val="es-PR"/>
        </w:rPr>
        <w:tab/>
      </w:r>
      <w:r w:rsidRPr="00FB51A3">
        <w:rPr>
          <w:rFonts w:ascii="Book Antiqua" w:hAnsi="Book Antiqua"/>
          <w:i/>
          <w:iCs/>
          <w:u w:val="single"/>
        </w:rPr>
        <w:t xml:space="preserve">$40,000.00  </w:t>
      </w:r>
    </w:p>
    <w:p w14:paraId="60CAE187" w14:textId="00B3ED7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272. FEMBPUR Corp. </w:t>
      </w:r>
      <w:r w:rsidR="006864A6" w:rsidRPr="00E84FEC">
        <w:rPr>
          <w:rFonts w:ascii="Book Antiqua" w:hAnsi="Book Antiqua"/>
          <w:i/>
          <w:iCs/>
          <w:u w:val="single"/>
        </w:rPr>
        <w:tab/>
      </w:r>
      <w:r w:rsidRPr="00FB51A3">
        <w:rPr>
          <w:rFonts w:ascii="Book Antiqua" w:hAnsi="Book Antiqua"/>
          <w:i/>
          <w:iCs/>
          <w:u w:val="single"/>
        </w:rPr>
        <w:t xml:space="preserve"> $19,750.00  </w:t>
      </w:r>
    </w:p>
    <w:p w14:paraId="623AEE5A" w14:textId="11A98D7B"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273. Festival Internacional de Poesía en Puerto </w:t>
      </w:r>
      <w:proofErr w:type="gramStart"/>
      <w:r w:rsidRPr="00FB51A3">
        <w:rPr>
          <w:rFonts w:ascii="Book Antiqua" w:hAnsi="Book Antiqua"/>
          <w:i/>
          <w:iCs/>
          <w:u w:val="single"/>
          <w:lang w:val="es-PR"/>
        </w:rPr>
        <w:t xml:space="preserve">Rico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09D6EBA2" w14:textId="30A5515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274. Fideicomiso de Ballet de San Juan </w:t>
      </w:r>
      <w:r w:rsidR="006864A6" w:rsidRPr="00E84FEC">
        <w:rPr>
          <w:rFonts w:ascii="Book Antiqua" w:hAnsi="Book Antiqua"/>
          <w:i/>
          <w:iCs/>
          <w:u w:val="single"/>
        </w:rPr>
        <w:tab/>
      </w:r>
      <w:r w:rsidRPr="00FB51A3">
        <w:rPr>
          <w:rFonts w:ascii="Book Antiqua" w:hAnsi="Book Antiqua"/>
          <w:i/>
          <w:iCs/>
          <w:u w:val="single"/>
        </w:rPr>
        <w:t xml:space="preserve"> $60,000.00  </w:t>
      </w:r>
    </w:p>
    <w:p w14:paraId="151A5FC6" w14:textId="512E820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275. Finca Mis Dos Abuelos, Corp. </w:t>
      </w:r>
      <w:r w:rsidR="006864A6" w:rsidRPr="00E84FEC">
        <w:rPr>
          <w:rFonts w:ascii="Book Antiqua" w:hAnsi="Book Antiqua"/>
          <w:i/>
          <w:iCs/>
          <w:u w:val="single"/>
        </w:rPr>
        <w:tab/>
      </w:r>
      <w:r w:rsidRPr="00FB51A3">
        <w:rPr>
          <w:rFonts w:ascii="Book Antiqua" w:hAnsi="Book Antiqua"/>
          <w:i/>
          <w:iCs/>
          <w:u w:val="single"/>
        </w:rPr>
        <w:t xml:space="preserve"> $5,000.00  </w:t>
      </w:r>
    </w:p>
    <w:p w14:paraId="2FD8F211" w14:textId="003E718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276. First Response Emergency Medical Services, Inc. </w:t>
      </w:r>
      <w:r w:rsidR="006864A6" w:rsidRPr="00E84FEC">
        <w:rPr>
          <w:rFonts w:ascii="Book Antiqua" w:hAnsi="Book Antiqua"/>
          <w:i/>
          <w:iCs/>
          <w:u w:val="single"/>
        </w:rPr>
        <w:tab/>
      </w:r>
      <w:r w:rsidRPr="00FB51A3">
        <w:rPr>
          <w:rFonts w:ascii="Book Antiqua" w:hAnsi="Book Antiqua"/>
          <w:i/>
          <w:iCs/>
          <w:u w:val="single"/>
        </w:rPr>
        <w:t xml:space="preserve"> $40,000.00  </w:t>
      </w:r>
    </w:p>
    <w:p w14:paraId="30CB466D" w14:textId="76967F04"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277. Folklore Nacional de PR </w:t>
      </w:r>
      <w:r w:rsidR="006864A6" w:rsidRPr="00E84FEC">
        <w:rPr>
          <w:rFonts w:ascii="Book Antiqua" w:hAnsi="Book Antiqua"/>
          <w:i/>
          <w:iCs/>
          <w:u w:val="single"/>
        </w:rPr>
        <w:tab/>
      </w:r>
      <w:r w:rsidRPr="00FB51A3">
        <w:rPr>
          <w:rFonts w:ascii="Book Antiqua" w:hAnsi="Book Antiqua"/>
          <w:i/>
          <w:iCs/>
          <w:u w:val="single"/>
        </w:rPr>
        <w:t xml:space="preserve"> $3,000.00  </w:t>
      </w:r>
    </w:p>
    <w:p w14:paraId="01598BAF" w14:textId="0693AC0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278. </w:t>
      </w:r>
      <w:proofErr w:type="spellStart"/>
      <w:r w:rsidRPr="00FB51A3">
        <w:rPr>
          <w:rFonts w:ascii="Book Antiqua" w:hAnsi="Book Antiqua"/>
          <w:i/>
          <w:iCs/>
          <w:u w:val="single"/>
        </w:rPr>
        <w:t>Fojando</w:t>
      </w:r>
      <w:proofErr w:type="spellEnd"/>
      <w:r w:rsidRPr="00FB51A3">
        <w:rPr>
          <w:rFonts w:ascii="Book Antiqua" w:hAnsi="Book Antiqua"/>
          <w:i/>
          <w:iCs/>
          <w:u w:val="single"/>
        </w:rPr>
        <w:t xml:space="preserve"> Un Nuevo </w:t>
      </w:r>
      <w:proofErr w:type="spellStart"/>
      <w:proofErr w:type="gramStart"/>
      <w:r w:rsidRPr="00FB51A3">
        <w:rPr>
          <w:rFonts w:ascii="Book Antiqua" w:hAnsi="Book Antiqua"/>
          <w:i/>
          <w:iCs/>
          <w:u w:val="single"/>
        </w:rPr>
        <w:t>Comienzo</w:t>
      </w:r>
      <w:proofErr w:type="spellEnd"/>
      <w:r w:rsidRPr="00FB51A3">
        <w:rPr>
          <w:rFonts w:ascii="Book Antiqua" w:hAnsi="Book Antiqua"/>
          <w:i/>
          <w:iCs/>
          <w:u w:val="single"/>
        </w:rPr>
        <w:t xml:space="preserve">  </w:t>
      </w:r>
      <w:r w:rsidR="006864A6" w:rsidRPr="00E84FEC">
        <w:rPr>
          <w:rFonts w:ascii="Book Antiqua" w:hAnsi="Book Antiqua"/>
          <w:i/>
          <w:iCs/>
          <w:u w:val="single"/>
        </w:rPr>
        <w:tab/>
      </w:r>
      <w:proofErr w:type="gramEnd"/>
      <w:r w:rsidRPr="00FB51A3">
        <w:rPr>
          <w:rFonts w:ascii="Book Antiqua" w:hAnsi="Book Antiqua"/>
          <w:i/>
          <w:iCs/>
          <w:u w:val="single"/>
        </w:rPr>
        <w:t xml:space="preserve">$60,000.00  </w:t>
      </w:r>
    </w:p>
    <w:p w14:paraId="63506202" w14:textId="7C8EA81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279. Friends of Puerto Rico </w:t>
      </w:r>
      <w:r w:rsidR="006864A6" w:rsidRPr="00E84FEC">
        <w:rPr>
          <w:rFonts w:ascii="Book Antiqua" w:hAnsi="Book Antiqua"/>
          <w:i/>
          <w:iCs/>
          <w:u w:val="single"/>
        </w:rPr>
        <w:tab/>
      </w:r>
      <w:r w:rsidRPr="00FB51A3">
        <w:rPr>
          <w:rFonts w:ascii="Book Antiqua" w:hAnsi="Book Antiqua"/>
          <w:i/>
          <w:iCs/>
          <w:u w:val="single"/>
        </w:rPr>
        <w:t xml:space="preserve">$20,000.00  </w:t>
      </w:r>
    </w:p>
    <w:p w14:paraId="1DCCD1BA" w14:textId="07D372C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280. Fund Amyotrophic Lateral Sclerosis de PR (ALS) Inc.  </w:t>
      </w:r>
      <w:r w:rsidR="006864A6" w:rsidRPr="00E84FEC">
        <w:rPr>
          <w:rFonts w:ascii="Book Antiqua" w:hAnsi="Book Antiqua"/>
          <w:i/>
          <w:iCs/>
          <w:u w:val="single"/>
        </w:rPr>
        <w:tab/>
      </w:r>
      <w:r w:rsidRPr="00FB51A3">
        <w:rPr>
          <w:rFonts w:ascii="Book Antiqua" w:hAnsi="Book Antiqua"/>
          <w:i/>
          <w:iCs/>
          <w:u w:val="single"/>
        </w:rPr>
        <w:t xml:space="preserve">$10,000.00  </w:t>
      </w:r>
    </w:p>
    <w:p w14:paraId="55969A32" w14:textId="0B74356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281. Fundación Alas a la Mujer, Inc. </w:t>
      </w:r>
      <w:r w:rsidR="006864A6" w:rsidRPr="00E84FEC">
        <w:rPr>
          <w:rFonts w:ascii="Book Antiqua" w:hAnsi="Book Antiqua"/>
          <w:i/>
          <w:iCs/>
          <w:u w:val="single"/>
        </w:rPr>
        <w:tab/>
      </w:r>
      <w:r w:rsidRPr="00FB51A3">
        <w:rPr>
          <w:rFonts w:ascii="Book Antiqua" w:hAnsi="Book Antiqua"/>
          <w:i/>
          <w:iCs/>
          <w:u w:val="single"/>
        </w:rPr>
        <w:t xml:space="preserve">$60,000.00  </w:t>
      </w:r>
    </w:p>
    <w:p w14:paraId="0DA650E6" w14:textId="04312D3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282. Fundación A-MAR para niños </w:t>
      </w:r>
      <w:proofErr w:type="gramStart"/>
      <w:r w:rsidRPr="00FB51A3">
        <w:rPr>
          <w:rFonts w:ascii="Book Antiqua" w:hAnsi="Book Antiqua"/>
          <w:i/>
          <w:iCs/>
          <w:u w:val="single"/>
          <w:lang w:val="es-PR"/>
        </w:rPr>
        <w:t xml:space="preserve">quemados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$80,000.00  </w:t>
      </w:r>
    </w:p>
    <w:p w14:paraId="407A4E23" w14:textId="236D187E"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283. Fundación Antonio J Fas Alzamora</w:t>
      </w:r>
      <w:r w:rsidR="006864A6" w:rsidRPr="00E84FEC">
        <w:rPr>
          <w:rFonts w:ascii="Book Antiqua" w:hAnsi="Book Antiqua"/>
          <w:i/>
          <w:iCs/>
          <w:u w:val="single"/>
          <w:lang w:val="es-PR"/>
        </w:rPr>
        <w:tab/>
      </w:r>
      <w:r w:rsidRPr="00FB51A3">
        <w:rPr>
          <w:rFonts w:ascii="Book Antiqua" w:hAnsi="Book Antiqua"/>
          <w:i/>
          <w:iCs/>
          <w:u w:val="single"/>
          <w:lang w:val="es-PR"/>
        </w:rPr>
        <w:t xml:space="preserve"> $50,000.00  </w:t>
      </w:r>
    </w:p>
    <w:p w14:paraId="2F14729A" w14:textId="4DECB0A5"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284. Fundación Atención </w:t>
      </w:r>
      <w:proofErr w:type="spellStart"/>
      <w:proofErr w:type="gramStart"/>
      <w:r w:rsidRPr="00FB51A3">
        <w:rPr>
          <w:rFonts w:ascii="Book Antiqua" w:hAnsi="Book Antiqua"/>
          <w:i/>
          <w:iCs/>
          <w:u w:val="single"/>
          <w:lang w:val="es-PR"/>
        </w:rPr>
        <w:t>Atención</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$1</w:t>
      </w:r>
      <w:r w:rsidR="001D3CC1">
        <w:rPr>
          <w:rFonts w:ascii="Book Antiqua" w:hAnsi="Book Antiqua"/>
          <w:i/>
          <w:iCs/>
          <w:u w:val="single"/>
          <w:lang w:val="es-PR"/>
        </w:rPr>
        <w:t>5</w:t>
      </w:r>
      <w:r w:rsidRPr="00FB51A3">
        <w:rPr>
          <w:rFonts w:ascii="Book Antiqua" w:hAnsi="Book Antiqua"/>
          <w:i/>
          <w:iCs/>
          <w:u w:val="single"/>
          <w:lang w:val="es-PR"/>
        </w:rPr>
        <w:t xml:space="preserve">,000.00  </w:t>
      </w:r>
    </w:p>
    <w:p w14:paraId="3E7D4846" w14:textId="6C54BC28"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285. Fundación </w:t>
      </w:r>
      <w:proofErr w:type="spellStart"/>
      <w:r w:rsidRPr="00FB51A3">
        <w:rPr>
          <w:rFonts w:ascii="Book Antiqua" w:hAnsi="Book Antiqua"/>
          <w:i/>
          <w:iCs/>
          <w:u w:val="single"/>
          <w:lang w:val="es-PR"/>
        </w:rPr>
        <w:t>Azriel</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r w:rsidRPr="00FB51A3">
        <w:rPr>
          <w:rFonts w:ascii="Book Antiqua" w:hAnsi="Book Antiqua"/>
          <w:i/>
          <w:iCs/>
          <w:u w:val="single"/>
          <w:lang w:val="es-PR"/>
        </w:rPr>
        <w:t xml:space="preserve">$127,000.00  </w:t>
      </w:r>
    </w:p>
    <w:p w14:paraId="674A8676" w14:textId="3AC58244"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286. Fundación Biblioteca Rafael Hernández </w:t>
      </w:r>
      <w:proofErr w:type="gramStart"/>
      <w:r w:rsidRPr="00FB51A3">
        <w:rPr>
          <w:rFonts w:ascii="Book Antiqua" w:hAnsi="Book Antiqua"/>
          <w:i/>
          <w:iCs/>
          <w:u w:val="single"/>
          <w:lang w:val="es-PR"/>
        </w:rPr>
        <w:t>Col</w:t>
      </w:r>
      <w:r w:rsidR="00E84FEC">
        <w:rPr>
          <w:rFonts w:ascii="Book Antiqua" w:hAnsi="Book Antiqua"/>
          <w:i/>
          <w:iCs/>
          <w:u w:val="single"/>
          <w:lang w:val="es-PR"/>
        </w:rPr>
        <w:t>ó</w:t>
      </w:r>
      <w:r w:rsidRPr="00FB51A3">
        <w:rPr>
          <w:rFonts w:ascii="Book Antiqua" w:hAnsi="Book Antiqua"/>
          <w:i/>
          <w:iCs/>
          <w:u w:val="single"/>
          <w:lang w:val="es-PR"/>
        </w:rPr>
        <w:t xml:space="preserve">n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$25,000.00  </w:t>
      </w:r>
    </w:p>
    <w:p w14:paraId="31153F53" w14:textId="21E9392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287. Fundación Cabecitas de Algodón Inc. </w:t>
      </w:r>
      <w:r w:rsidR="006864A6" w:rsidRPr="00E84FEC">
        <w:rPr>
          <w:rFonts w:ascii="Book Antiqua" w:hAnsi="Book Antiqua"/>
          <w:i/>
          <w:iCs/>
          <w:u w:val="single"/>
        </w:rPr>
        <w:tab/>
      </w:r>
      <w:r w:rsidRPr="00FB51A3">
        <w:rPr>
          <w:rFonts w:ascii="Book Antiqua" w:hAnsi="Book Antiqua"/>
          <w:i/>
          <w:iCs/>
          <w:u w:val="single"/>
        </w:rPr>
        <w:t xml:space="preserve"> $3,000.00  </w:t>
      </w:r>
    </w:p>
    <w:p w14:paraId="172B208E" w14:textId="70C633D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288. Fundación Caná de Puerto Rico, Inc.</w:t>
      </w:r>
      <w:r w:rsidR="006864A6" w:rsidRPr="00E84FEC">
        <w:rPr>
          <w:rFonts w:ascii="Book Antiqua" w:hAnsi="Book Antiqua"/>
          <w:i/>
          <w:iCs/>
          <w:u w:val="single"/>
          <w:lang w:val="es-PR"/>
        </w:rPr>
        <w:tab/>
      </w:r>
      <w:r w:rsidRPr="00FB51A3">
        <w:rPr>
          <w:rFonts w:ascii="Book Antiqua" w:hAnsi="Book Antiqua"/>
          <w:i/>
          <w:iCs/>
          <w:u w:val="single"/>
          <w:lang w:val="es-PR"/>
        </w:rPr>
        <w:t xml:space="preserve"> $3,000.00  </w:t>
      </w:r>
    </w:p>
    <w:p w14:paraId="6C8CB369" w14:textId="7EBF10C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289. Fundación Capilla Beato, Inc.  </w:t>
      </w:r>
      <w:r w:rsidR="006864A6" w:rsidRPr="00E84FEC">
        <w:rPr>
          <w:rFonts w:ascii="Book Antiqua" w:hAnsi="Book Antiqua"/>
          <w:i/>
          <w:iCs/>
          <w:u w:val="single"/>
        </w:rPr>
        <w:tab/>
      </w:r>
      <w:r w:rsidRPr="00FB51A3">
        <w:rPr>
          <w:rFonts w:ascii="Book Antiqua" w:hAnsi="Book Antiqua"/>
          <w:i/>
          <w:iCs/>
          <w:u w:val="single"/>
        </w:rPr>
        <w:t xml:space="preserve">$3,000.00  </w:t>
      </w:r>
    </w:p>
    <w:p w14:paraId="6CCBBC73" w14:textId="02F458B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290. Fundación Casa de Salud Ven Rose </w:t>
      </w:r>
      <w:r w:rsidR="006864A6" w:rsidRPr="00E84FEC">
        <w:rPr>
          <w:rFonts w:ascii="Book Antiqua" w:hAnsi="Book Antiqua"/>
          <w:i/>
          <w:iCs/>
          <w:u w:val="single"/>
        </w:rPr>
        <w:tab/>
      </w:r>
      <w:r w:rsidRPr="00FB51A3">
        <w:rPr>
          <w:rFonts w:ascii="Book Antiqua" w:hAnsi="Book Antiqua"/>
          <w:i/>
          <w:iCs/>
          <w:u w:val="single"/>
        </w:rPr>
        <w:t xml:space="preserve"> $5,000.00  </w:t>
      </w:r>
    </w:p>
    <w:p w14:paraId="5F098AFA" w14:textId="5AC8BB8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291. Fundación Child </w:t>
      </w:r>
      <w:r w:rsidR="006864A6" w:rsidRPr="00E84FEC">
        <w:rPr>
          <w:rFonts w:ascii="Book Antiqua" w:hAnsi="Book Antiqua"/>
          <w:i/>
          <w:iCs/>
          <w:u w:val="single"/>
        </w:rPr>
        <w:tab/>
      </w:r>
      <w:r w:rsidRPr="00FB51A3">
        <w:rPr>
          <w:rFonts w:ascii="Book Antiqua" w:hAnsi="Book Antiqua"/>
          <w:i/>
          <w:iCs/>
          <w:u w:val="single"/>
        </w:rPr>
        <w:t xml:space="preserve">$500,000.00  </w:t>
      </w:r>
    </w:p>
    <w:p w14:paraId="0C2574C3" w14:textId="729CD75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292. Fundación </w:t>
      </w:r>
      <w:proofErr w:type="spellStart"/>
      <w:r w:rsidRPr="00FB51A3">
        <w:rPr>
          <w:rFonts w:ascii="Book Antiqua" w:hAnsi="Book Antiqua"/>
          <w:i/>
          <w:iCs/>
          <w:u w:val="single"/>
          <w:lang w:val="es-PR"/>
        </w:rPr>
        <w:t>Coameños</w:t>
      </w:r>
      <w:proofErr w:type="spellEnd"/>
      <w:r w:rsidRPr="00FB51A3">
        <w:rPr>
          <w:rFonts w:ascii="Book Antiqua" w:hAnsi="Book Antiqua"/>
          <w:i/>
          <w:iCs/>
          <w:u w:val="single"/>
          <w:lang w:val="es-PR"/>
        </w:rPr>
        <w:t xml:space="preserve"> por la Niñez, Inc. </w:t>
      </w:r>
      <w:r w:rsidR="006864A6" w:rsidRPr="00447E59">
        <w:rPr>
          <w:rFonts w:ascii="Book Antiqua" w:hAnsi="Book Antiqua"/>
          <w:i/>
          <w:iCs/>
          <w:u w:val="single"/>
          <w:lang w:val="es-PR"/>
        </w:rPr>
        <w:tab/>
      </w:r>
      <w:r w:rsidRPr="00FB51A3">
        <w:rPr>
          <w:rFonts w:ascii="Book Antiqua" w:hAnsi="Book Antiqua"/>
          <w:i/>
          <w:iCs/>
          <w:u w:val="single"/>
          <w:lang w:val="es-PR"/>
        </w:rPr>
        <w:t xml:space="preserve"> </w:t>
      </w:r>
      <w:r w:rsidRPr="00FB51A3">
        <w:rPr>
          <w:rFonts w:ascii="Book Antiqua" w:hAnsi="Book Antiqua"/>
          <w:i/>
          <w:iCs/>
          <w:u w:val="single"/>
        </w:rPr>
        <w:t>$</w:t>
      </w:r>
      <w:r w:rsidR="00447E59">
        <w:rPr>
          <w:rFonts w:ascii="Book Antiqua" w:hAnsi="Book Antiqua"/>
          <w:i/>
          <w:iCs/>
          <w:u w:val="single"/>
        </w:rPr>
        <w:t>27</w:t>
      </w:r>
      <w:r w:rsidRPr="00FB51A3">
        <w:rPr>
          <w:rFonts w:ascii="Book Antiqua" w:hAnsi="Book Antiqua"/>
          <w:i/>
          <w:iCs/>
          <w:u w:val="single"/>
        </w:rPr>
        <w:t xml:space="preserve">,000.00  </w:t>
      </w:r>
    </w:p>
    <w:p w14:paraId="13FD0B73" w14:textId="05BCBB2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293. Fundación Corazón Elástico Inc.  </w:t>
      </w:r>
      <w:r w:rsidR="006864A6" w:rsidRPr="00E84FEC">
        <w:rPr>
          <w:rFonts w:ascii="Book Antiqua" w:hAnsi="Book Antiqua"/>
          <w:i/>
          <w:iCs/>
          <w:u w:val="single"/>
        </w:rPr>
        <w:tab/>
      </w:r>
      <w:r w:rsidRPr="00FB51A3">
        <w:rPr>
          <w:rFonts w:ascii="Book Antiqua" w:hAnsi="Book Antiqua"/>
          <w:i/>
          <w:iCs/>
          <w:u w:val="single"/>
        </w:rPr>
        <w:t xml:space="preserve">$4,000.00  </w:t>
      </w:r>
    </w:p>
    <w:p w14:paraId="6DACED80" w14:textId="346482BD"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294. Fundación </w:t>
      </w:r>
      <w:proofErr w:type="gramStart"/>
      <w:r w:rsidRPr="00FB51A3">
        <w:rPr>
          <w:rFonts w:ascii="Book Antiqua" w:hAnsi="Book Antiqua"/>
          <w:i/>
          <w:iCs/>
          <w:u w:val="single"/>
          <w:lang w:val="es-PR"/>
        </w:rPr>
        <w:t xml:space="preserve">Cortés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1E204695" w14:textId="0EF84FA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295. Fundación Creemos En Ti, Corp.  </w:t>
      </w:r>
      <w:r w:rsidR="006864A6" w:rsidRPr="00E84FEC">
        <w:rPr>
          <w:rFonts w:ascii="Book Antiqua" w:hAnsi="Book Antiqua"/>
          <w:i/>
          <w:iCs/>
          <w:u w:val="single"/>
          <w:lang w:val="es-PR"/>
        </w:rPr>
        <w:tab/>
      </w:r>
      <w:r w:rsidRPr="00FB51A3">
        <w:rPr>
          <w:rFonts w:ascii="Book Antiqua" w:hAnsi="Book Antiqua"/>
          <w:i/>
          <w:iCs/>
          <w:u w:val="single"/>
        </w:rPr>
        <w:t xml:space="preserve">$10,000.00  </w:t>
      </w:r>
    </w:p>
    <w:p w14:paraId="57407800" w14:textId="6714559D"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296. Fundación DAR, Inc.  </w:t>
      </w:r>
      <w:r w:rsidR="006864A6" w:rsidRPr="00E84FEC">
        <w:rPr>
          <w:rFonts w:ascii="Book Antiqua" w:hAnsi="Book Antiqua"/>
          <w:i/>
          <w:iCs/>
          <w:u w:val="single"/>
        </w:rPr>
        <w:tab/>
      </w:r>
      <w:r w:rsidRPr="00FB51A3">
        <w:rPr>
          <w:rFonts w:ascii="Book Antiqua" w:hAnsi="Book Antiqua"/>
          <w:i/>
          <w:iCs/>
          <w:u w:val="single"/>
        </w:rPr>
        <w:t xml:space="preserve">$20,000.00  </w:t>
      </w:r>
    </w:p>
    <w:p w14:paraId="5F4888D7" w14:textId="12255EB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297. Fundación de Acción Social Resplandor, Inc.  </w:t>
      </w:r>
      <w:r w:rsidR="006864A6" w:rsidRPr="00E84FEC">
        <w:rPr>
          <w:rFonts w:ascii="Book Antiqua" w:hAnsi="Book Antiqua"/>
          <w:i/>
          <w:iCs/>
          <w:u w:val="single"/>
          <w:lang w:val="es-PR"/>
        </w:rPr>
        <w:tab/>
      </w:r>
      <w:r w:rsidRPr="00FB51A3">
        <w:rPr>
          <w:rFonts w:ascii="Book Antiqua" w:hAnsi="Book Antiqua"/>
          <w:i/>
          <w:iCs/>
          <w:u w:val="single"/>
        </w:rPr>
        <w:t xml:space="preserve">$10,000.00  </w:t>
      </w:r>
    </w:p>
    <w:p w14:paraId="7CB68F12" w14:textId="3EAFAE42"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298. Fundación de Desarrollo Comunal de </w:t>
      </w:r>
      <w:proofErr w:type="gramStart"/>
      <w:r w:rsidRPr="00FB51A3">
        <w:rPr>
          <w:rFonts w:ascii="Book Antiqua" w:hAnsi="Book Antiqua"/>
          <w:i/>
          <w:iCs/>
          <w:u w:val="single"/>
          <w:lang w:val="es-PR"/>
        </w:rPr>
        <w:t xml:space="preserve">PR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$5,000.00  </w:t>
      </w:r>
    </w:p>
    <w:p w14:paraId="029BA61F" w14:textId="74BCE5A7"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299. Fundación de Esclerosis Múltiple de PR, Inc.  </w:t>
      </w:r>
      <w:r w:rsidR="006864A6" w:rsidRPr="00E84FEC">
        <w:rPr>
          <w:rFonts w:ascii="Book Antiqua" w:hAnsi="Book Antiqua"/>
          <w:i/>
          <w:iCs/>
          <w:u w:val="single"/>
          <w:lang w:val="es-PR"/>
        </w:rPr>
        <w:tab/>
      </w:r>
      <w:r w:rsidRPr="00FB51A3">
        <w:rPr>
          <w:rFonts w:ascii="Book Antiqua" w:hAnsi="Book Antiqua"/>
          <w:i/>
          <w:iCs/>
          <w:u w:val="single"/>
          <w:lang w:val="es-PR"/>
        </w:rPr>
        <w:t xml:space="preserve">$90,000.00  </w:t>
      </w:r>
    </w:p>
    <w:p w14:paraId="554A04EE" w14:textId="77777777" w:rsidR="006864A6" w:rsidRPr="00E84FEC"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300. Fundación de Niños de Puerto Rico / San Jorge </w:t>
      </w:r>
      <w:proofErr w:type="spellStart"/>
      <w:r w:rsidRPr="00FB51A3">
        <w:rPr>
          <w:rFonts w:ascii="Book Antiqua" w:hAnsi="Book Antiqua"/>
          <w:i/>
          <w:iCs/>
          <w:u w:val="single"/>
        </w:rPr>
        <w:t>Childrens</w:t>
      </w:r>
      <w:proofErr w:type="spellEnd"/>
      <w:r w:rsidRPr="00FB51A3">
        <w:rPr>
          <w:rFonts w:ascii="Book Antiqua" w:hAnsi="Book Antiqua"/>
          <w:i/>
          <w:iCs/>
          <w:u w:val="single"/>
        </w:rPr>
        <w:t xml:space="preserve"> </w:t>
      </w:r>
    </w:p>
    <w:p w14:paraId="28409B0D" w14:textId="0DC3230B" w:rsidR="00FB51A3" w:rsidRPr="00FB51A3" w:rsidRDefault="00FB51A3" w:rsidP="007B793F">
      <w:pPr>
        <w:tabs>
          <w:tab w:val="decimal" w:pos="8280"/>
        </w:tabs>
        <w:rPr>
          <w:rFonts w:ascii="Book Antiqua" w:hAnsi="Book Antiqua"/>
          <w:i/>
          <w:iCs/>
          <w:u w:val="single"/>
          <w:lang w:val="es-PR"/>
        </w:rPr>
      </w:pPr>
      <w:proofErr w:type="spellStart"/>
      <w:proofErr w:type="gramStart"/>
      <w:r w:rsidRPr="00FB51A3">
        <w:rPr>
          <w:rFonts w:ascii="Book Antiqua" w:hAnsi="Book Antiqua"/>
          <w:i/>
          <w:iCs/>
          <w:u w:val="single"/>
          <w:lang w:val="es-PR"/>
        </w:rPr>
        <w:t>Foundation</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$89,500.00  </w:t>
      </w:r>
    </w:p>
    <w:p w14:paraId="51890682" w14:textId="12241BB7"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301. Fundación Dr. Raúl García Rinaldi, Inc.  </w:t>
      </w:r>
      <w:r w:rsidR="006864A6" w:rsidRPr="00E84FEC">
        <w:rPr>
          <w:rFonts w:ascii="Book Antiqua" w:hAnsi="Book Antiqua"/>
          <w:i/>
          <w:iCs/>
          <w:u w:val="single"/>
          <w:lang w:val="es-PR"/>
        </w:rPr>
        <w:tab/>
      </w:r>
      <w:r w:rsidRPr="00FB51A3">
        <w:rPr>
          <w:rFonts w:ascii="Book Antiqua" w:hAnsi="Book Antiqua"/>
          <w:i/>
          <w:iCs/>
          <w:u w:val="single"/>
          <w:lang w:val="es-PR"/>
        </w:rPr>
        <w:t xml:space="preserve">$4,000.00  </w:t>
      </w:r>
    </w:p>
    <w:p w14:paraId="10CB9055" w14:textId="0E47F03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302. Fundación Ecológica Educativa Inc.  </w:t>
      </w:r>
      <w:r w:rsidR="006864A6" w:rsidRPr="00E84FEC">
        <w:rPr>
          <w:rFonts w:ascii="Book Antiqua" w:hAnsi="Book Antiqua"/>
          <w:i/>
          <w:iCs/>
          <w:u w:val="single"/>
        </w:rPr>
        <w:tab/>
      </w:r>
      <w:r w:rsidRPr="00FB51A3">
        <w:rPr>
          <w:rFonts w:ascii="Book Antiqua" w:hAnsi="Book Antiqua"/>
          <w:i/>
          <w:iCs/>
          <w:u w:val="single"/>
        </w:rPr>
        <w:t xml:space="preserve">$13,000.00  </w:t>
      </w:r>
    </w:p>
    <w:p w14:paraId="58A2B758" w14:textId="77777777" w:rsidR="006864A6" w:rsidRPr="00E84FEC"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303. Fundación </w:t>
      </w:r>
      <w:proofErr w:type="spellStart"/>
      <w:r w:rsidRPr="00FB51A3">
        <w:rPr>
          <w:rFonts w:ascii="Book Antiqua" w:hAnsi="Book Antiqua"/>
          <w:i/>
          <w:iCs/>
          <w:u w:val="single"/>
        </w:rPr>
        <w:t>Educativa</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Comunitaria</w:t>
      </w:r>
      <w:proofErr w:type="spellEnd"/>
      <w:r w:rsidRPr="00FB51A3">
        <w:rPr>
          <w:rFonts w:ascii="Book Antiqua" w:hAnsi="Book Antiqua"/>
          <w:i/>
          <w:iCs/>
          <w:u w:val="single"/>
        </w:rPr>
        <w:t xml:space="preserve"> para </w:t>
      </w:r>
      <w:proofErr w:type="spellStart"/>
      <w:r w:rsidRPr="00FB51A3">
        <w:rPr>
          <w:rFonts w:ascii="Book Antiqua" w:hAnsi="Book Antiqua"/>
          <w:i/>
          <w:iCs/>
          <w:u w:val="single"/>
        </w:rPr>
        <w:t>el</w:t>
      </w:r>
      <w:proofErr w:type="spellEnd"/>
      <w:r w:rsidRPr="00FB51A3">
        <w:rPr>
          <w:rFonts w:ascii="Book Antiqua" w:hAnsi="Book Antiqua"/>
          <w:i/>
          <w:iCs/>
          <w:u w:val="single"/>
        </w:rPr>
        <w:t xml:space="preserve"> Desarrollo del</w:t>
      </w:r>
    </w:p>
    <w:p w14:paraId="6C6CBDF4" w14:textId="78D7DC79"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 Liderazgo Efectivo de la Mujer </w:t>
      </w:r>
      <w:r w:rsidR="006864A6" w:rsidRPr="00E84FEC">
        <w:rPr>
          <w:rFonts w:ascii="Book Antiqua" w:hAnsi="Book Antiqua"/>
          <w:i/>
          <w:iCs/>
          <w:u w:val="single"/>
          <w:lang w:val="es-PR"/>
        </w:rPr>
        <w:tab/>
      </w:r>
      <w:r w:rsidRPr="00FB51A3">
        <w:rPr>
          <w:rFonts w:ascii="Book Antiqua" w:hAnsi="Book Antiqua"/>
          <w:i/>
          <w:iCs/>
          <w:u w:val="single"/>
          <w:lang w:val="es-PR"/>
        </w:rPr>
        <w:t xml:space="preserve"> $6,000.00  </w:t>
      </w:r>
    </w:p>
    <w:p w14:paraId="22C038DF" w14:textId="7844A1F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304. Fundación Emilio Millo Romero Cuevas Inc </w:t>
      </w:r>
      <w:r w:rsidR="006864A6" w:rsidRPr="00E84FEC">
        <w:rPr>
          <w:rFonts w:ascii="Book Antiqua" w:hAnsi="Book Antiqua"/>
          <w:i/>
          <w:iCs/>
          <w:u w:val="single"/>
        </w:rPr>
        <w:tab/>
      </w:r>
      <w:r w:rsidRPr="00FB51A3">
        <w:rPr>
          <w:rFonts w:ascii="Book Antiqua" w:hAnsi="Book Antiqua"/>
          <w:i/>
          <w:iCs/>
          <w:u w:val="single"/>
        </w:rPr>
        <w:t xml:space="preserve">$20,000.00  </w:t>
      </w:r>
    </w:p>
    <w:p w14:paraId="435286F9" w14:textId="344D5F2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305. Fundación Extra Bases/Proyecto Ángeles </w:t>
      </w:r>
      <w:proofErr w:type="spellStart"/>
      <w:r w:rsidRPr="00FB51A3">
        <w:rPr>
          <w:rFonts w:ascii="Book Antiqua" w:hAnsi="Book Antiqua"/>
          <w:i/>
          <w:iCs/>
          <w:u w:val="single"/>
        </w:rPr>
        <w:t>Vivientes</w:t>
      </w:r>
      <w:proofErr w:type="spellEnd"/>
      <w:r w:rsidRPr="00FB51A3">
        <w:rPr>
          <w:rFonts w:ascii="Book Antiqua" w:hAnsi="Book Antiqua"/>
          <w:i/>
          <w:iCs/>
          <w:u w:val="single"/>
        </w:rPr>
        <w:t xml:space="preserve"> </w:t>
      </w:r>
      <w:r w:rsidR="006864A6" w:rsidRPr="00E84FEC">
        <w:rPr>
          <w:rFonts w:ascii="Book Antiqua" w:hAnsi="Book Antiqua"/>
          <w:i/>
          <w:iCs/>
          <w:u w:val="single"/>
        </w:rPr>
        <w:tab/>
      </w:r>
      <w:r w:rsidRPr="00FB51A3">
        <w:rPr>
          <w:rFonts w:ascii="Book Antiqua" w:hAnsi="Book Antiqua"/>
          <w:i/>
          <w:iCs/>
          <w:u w:val="single"/>
        </w:rPr>
        <w:t xml:space="preserve">$40,000.00  </w:t>
      </w:r>
    </w:p>
    <w:p w14:paraId="5010CEA1" w14:textId="55F0409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306. Fundación Felisa Rincón de Gautier, Inc. </w:t>
      </w:r>
      <w:r w:rsidR="006864A6" w:rsidRPr="00E84FEC">
        <w:rPr>
          <w:rFonts w:ascii="Book Antiqua" w:hAnsi="Book Antiqua"/>
          <w:i/>
          <w:iCs/>
          <w:u w:val="single"/>
        </w:rPr>
        <w:tab/>
      </w:r>
      <w:r w:rsidRPr="00FB51A3">
        <w:rPr>
          <w:rFonts w:ascii="Book Antiqua" w:hAnsi="Book Antiqua"/>
          <w:i/>
          <w:iCs/>
          <w:u w:val="single"/>
        </w:rPr>
        <w:t xml:space="preserve">$45,000.00  </w:t>
      </w:r>
    </w:p>
    <w:p w14:paraId="2FD3DDF7" w14:textId="4EB68DA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307. Fundación Hechos de Amor, Inc. </w:t>
      </w:r>
      <w:r w:rsidR="006864A6" w:rsidRPr="00E84FEC">
        <w:rPr>
          <w:rFonts w:ascii="Book Antiqua" w:hAnsi="Book Antiqua"/>
          <w:i/>
          <w:iCs/>
          <w:u w:val="single"/>
        </w:rPr>
        <w:tab/>
      </w:r>
      <w:r w:rsidRPr="00FB51A3">
        <w:rPr>
          <w:rFonts w:ascii="Book Antiqua" w:hAnsi="Book Antiqua"/>
          <w:i/>
          <w:iCs/>
          <w:u w:val="single"/>
        </w:rPr>
        <w:t xml:space="preserve">$30,000.00  </w:t>
      </w:r>
    </w:p>
    <w:p w14:paraId="6DF720A6" w14:textId="4C647C75"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308. Fundación Hogar Niñito </w:t>
      </w:r>
      <w:proofErr w:type="gramStart"/>
      <w:r w:rsidRPr="00FB51A3">
        <w:rPr>
          <w:rFonts w:ascii="Book Antiqua" w:hAnsi="Book Antiqua"/>
          <w:i/>
          <w:iCs/>
          <w:u w:val="single"/>
          <w:lang w:val="es-PR"/>
        </w:rPr>
        <w:t xml:space="preserve">Jesús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$50,000.00  </w:t>
      </w:r>
    </w:p>
    <w:p w14:paraId="3CAC6AEE" w14:textId="460770F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309. Fundación HOPE Inc.  </w:t>
      </w:r>
      <w:r w:rsidR="006864A6" w:rsidRPr="00E84FEC">
        <w:rPr>
          <w:rFonts w:ascii="Book Antiqua" w:hAnsi="Book Antiqua"/>
          <w:i/>
          <w:iCs/>
          <w:u w:val="single"/>
          <w:lang w:val="es-PR"/>
        </w:rPr>
        <w:tab/>
      </w:r>
      <w:r w:rsidRPr="00FB51A3">
        <w:rPr>
          <w:rFonts w:ascii="Book Antiqua" w:hAnsi="Book Antiqua"/>
          <w:i/>
          <w:iCs/>
          <w:u w:val="single"/>
        </w:rPr>
        <w:t xml:space="preserve">$3,000.00  </w:t>
      </w:r>
    </w:p>
    <w:p w14:paraId="3D8EF238" w14:textId="2685931E"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310. Fundación Hospital </w:t>
      </w:r>
      <w:proofErr w:type="gramStart"/>
      <w:r w:rsidRPr="00FB51A3">
        <w:rPr>
          <w:rFonts w:ascii="Book Antiqua" w:hAnsi="Book Antiqua"/>
          <w:i/>
          <w:iCs/>
          <w:u w:val="single"/>
          <w:lang w:val="es-PR"/>
        </w:rPr>
        <w:t xml:space="preserve">Pediátrico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$100,000.00  </w:t>
      </w:r>
    </w:p>
    <w:p w14:paraId="2FEF2C4E" w14:textId="6D69A22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311. Fundación Huntington Puerto Rico Inc.  </w:t>
      </w:r>
      <w:r w:rsidR="006864A6" w:rsidRPr="00E84FEC">
        <w:rPr>
          <w:rFonts w:ascii="Book Antiqua" w:hAnsi="Book Antiqua"/>
          <w:i/>
          <w:iCs/>
          <w:u w:val="single"/>
          <w:lang w:val="es-PR"/>
        </w:rPr>
        <w:tab/>
      </w:r>
      <w:r w:rsidRPr="00FB51A3">
        <w:rPr>
          <w:rFonts w:ascii="Book Antiqua" w:hAnsi="Book Antiqua"/>
          <w:i/>
          <w:iCs/>
          <w:u w:val="single"/>
        </w:rPr>
        <w:t xml:space="preserve">$48,250.00  </w:t>
      </w:r>
    </w:p>
    <w:p w14:paraId="05837DA3" w14:textId="68C83E8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312. Fundación Kinesis, Inc. </w:t>
      </w:r>
      <w:r w:rsidR="006864A6" w:rsidRPr="00E84FEC">
        <w:rPr>
          <w:rFonts w:ascii="Book Antiqua" w:hAnsi="Book Antiqua"/>
          <w:i/>
          <w:iCs/>
          <w:u w:val="single"/>
        </w:rPr>
        <w:tab/>
      </w:r>
      <w:r w:rsidRPr="00FB51A3">
        <w:rPr>
          <w:rFonts w:ascii="Book Antiqua" w:hAnsi="Book Antiqua"/>
          <w:i/>
          <w:iCs/>
          <w:u w:val="single"/>
        </w:rPr>
        <w:t>$80,000.00</w:t>
      </w:r>
    </w:p>
    <w:p w14:paraId="16A6E99E" w14:textId="6513C21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313. Fundación Luis Muñoz Marín, Inc. </w:t>
      </w:r>
      <w:r w:rsidR="006864A6" w:rsidRPr="00E84FEC">
        <w:rPr>
          <w:rFonts w:ascii="Book Antiqua" w:hAnsi="Book Antiqua"/>
          <w:i/>
          <w:iCs/>
          <w:u w:val="single"/>
        </w:rPr>
        <w:tab/>
      </w:r>
      <w:r w:rsidRPr="00FB51A3">
        <w:rPr>
          <w:rFonts w:ascii="Book Antiqua" w:hAnsi="Book Antiqua"/>
          <w:i/>
          <w:iCs/>
          <w:u w:val="single"/>
        </w:rPr>
        <w:t xml:space="preserve"> $10,000.00  </w:t>
      </w:r>
    </w:p>
    <w:p w14:paraId="1C5CFE16" w14:textId="4208FE2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314. Fundación Mariposas Renales, Inc.  </w:t>
      </w:r>
      <w:r w:rsidR="006864A6" w:rsidRPr="00E84FEC">
        <w:rPr>
          <w:rFonts w:ascii="Book Antiqua" w:hAnsi="Book Antiqua"/>
          <w:i/>
          <w:iCs/>
          <w:u w:val="single"/>
        </w:rPr>
        <w:tab/>
      </w:r>
      <w:r w:rsidRPr="00FB51A3">
        <w:rPr>
          <w:rFonts w:ascii="Book Antiqua" w:hAnsi="Book Antiqua"/>
          <w:i/>
          <w:iCs/>
          <w:u w:val="single"/>
        </w:rPr>
        <w:t xml:space="preserve">$20,000.00  </w:t>
      </w:r>
    </w:p>
    <w:p w14:paraId="368C417F" w14:textId="6E0A572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315. Fundación Mi Gran Sueño Inc. </w:t>
      </w:r>
      <w:r w:rsidR="006864A6" w:rsidRPr="00E84FEC">
        <w:rPr>
          <w:rFonts w:ascii="Book Antiqua" w:hAnsi="Book Antiqua"/>
          <w:i/>
          <w:iCs/>
          <w:u w:val="single"/>
        </w:rPr>
        <w:tab/>
      </w:r>
      <w:r w:rsidRPr="00FB51A3">
        <w:rPr>
          <w:rFonts w:ascii="Book Antiqua" w:hAnsi="Book Antiqua"/>
          <w:i/>
          <w:iCs/>
          <w:u w:val="single"/>
        </w:rPr>
        <w:t xml:space="preserve"> $12,000.00  </w:t>
      </w:r>
    </w:p>
    <w:p w14:paraId="3DB9851F" w14:textId="1DBDAC10"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316. Fundación MMM,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6864A6" w:rsidRPr="000C403F">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1134C3E4" w14:textId="5F1D7C17"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317. Fundación Música y Pa</w:t>
      </w:r>
      <w:r w:rsidR="000C403F" w:rsidRPr="000C403F">
        <w:rPr>
          <w:rFonts w:ascii="Book Antiqua" w:hAnsi="Book Antiqua"/>
          <w:i/>
          <w:iCs/>
          <w:u w:val="single"/>
          <w:lang w:val="es-PR"/>
        </w:rPr>
        <w:t>í</w:t>
      </w:r>
      <w:r w:rsidRPr="00FB51A3">
        <w:rPr>
          <w:rFonts w:ascii="Book Antiqua" w:hAnsi="Book Antiqua"/>
          <w:i/>
          <w:iCs/>
          <w:u w:val="single"/>
          <w:lang w:val="es-PR"/>
        </w:rPr>
        <w:t xml:space="preserve">s </w:t>
      </w:r>
      <w:r w:rsidR="006864A6" w:rsidRPr="000C403F">
        <w:rPr>
          <w:rFonts w:ascii="Book Antiqua" w:hAnsi="Book Antiqua"/>
          <w:i/>
          <w:iCs/>
          <w:u w:val="single"/>
          <w:lang w:val="es-PR"/>
        </w:rPr>
        <w:tab/>
      </w:r>
      <w:r w:rsidRPr="00FB51A3">
        <w:rPr>
          <w:rFonts w:ascii="Book Antiqua" w:hAnsi="Book Antiqua"/>
          <w:i/>
          <w:iCs/>
          <w:u w:val="single"/>
          <w:lang w:val="es-PR"/>
        </w:rPr>
        <w:t xml:space="preserve">$3,000.00  </w:t>
      </w:r>
    </w:p>
    <w:p w14:paraId="304BBC33" w14:textId="30AA36E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318. Fundación Nacional para la Cultura Popular </w:t>
      </w:r>
      <w:r w:rsidR="006864A6" w:rsidRPr="00E84FEC">
        <w:rPr>
          <w:rFonts w:ascii="Book Antiqua" w:hAnsi="Book Antiqua"/>
          <w:i/>
          <w:iCs/>
          <w:u w:val="single"/>
        </w:rPr>
        <w:tab/>
      </w:r>
      <w:r w:rsidRPr="00FB51A3">
        <w:rPr>
          <w:rFonts w:ascii="Book Antiqua" w:hAnsi="Book Antiqua"/>
          <w:i/>
          <w:iCs/>
          <w:u w:val="single"/>
        </w:rPr>
        <w:t xml:space="preserve">$25,000.00  </w:t>
      </w:r>
    </w:p>
    <w:p w14:paraId="647FB71C" w14:textId="0D0A2C3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319. Fundación OE-</w:t>
      </w:r>
      <w:proofErr w:type="gramStart"/>
      <w:r w:rsidRPr="00FB51A3">
        <w:rPr>
          <w:rFonts w:ascii="Book Antiqua" w:hAnsi="Book Antiqua"/>
          <w:i/>
          <w:iCs/>
          <w:u w:val="single"/>
        </w:rPr>
        <w:t xml:space="preserve">ITE  </w:t>
      </w:r>
      <w:r w:rsidR="006864A6" w:rsidRPr="00E84FEC">
        <w:rPr>
          <w:rFonts w:ascii="Book Antiqua" w:hAnsi="Book Antiqua"/>
          <w:i/>
          <w:iCs/>
          <w:u w:val="single"/>
        </w:rPr>
        <w:tab/>
      </w:r>
      <w:proofErr w:type="gramEnd"/>
      <w:r w:rsidRPr="00FB51A3">
        <w:rPr>
          <w:rFonts w:ascii="Book Antiqua" w:hAnsi="Book Antiqua"/>
          <w:i/>
          <w:iCs/>
          <w:u w:val="single"/>
        </w:rPr>
        <w:t xml:space="preserve">$18,000.00  </w:t>
      </w:r>
    </w:p>
    <w:p w14:paraId="12A08B0F" w14:textId="5A4E249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320. Fundación para la </w:t>
      </w:r>
      <w:proofErr w:type="spellStart"/>
      <w:r w:rsidRPr="00FB51A3">
        <w:rPr>
          <w:rFonts w:ascii="Book Antiqua" w:hAnsi="Book Antiqua"/>
          <w:i/>
          <w:iCs/>
          <w:u w:val="single"/>
        </w:rPr>
        <w:t>Prevención</w:t>
      </w:r>
      <w:proofErr w:type="spellEnd"/>
      <w:r w:rsidRPr="00FB51A3">
        <w:rPr>
          <w:rFonts w:ascii="Book Antiqua" w:hAnsi="Book Antiqua"/>
          <w:i/>
          <w:iCs/>
          <w:u w:val="single"/>
        </w:rPr>
        <w:t xml:space="preserve"> del Parto </w:t>
      </w:r>
      <w:proofErr w:type="spellStart"/>
      <w:r w:rsidRPr="00FB51A3">
        <w:rPr>
          <w:rFonts w:ascii="Book Antiqua" w:hAnsi="Book Antiqua"/>
          <w:i/>
          <w:iCs/>
          <w:u w:val="single"/>
        </w:rPr>
        <w:t>Prematuro</w:t>
      </w:r>
      <w:proofErr w:type="spellEnd"/>
      <w:r w:rsidRPr="00FB51A3">
        <w:rPr>
          <w:rFonts w:ascii="Book Antiqua" w:hAnsi="Book Antiqua"/>
          <w:i/>
          <w:iCs/>
          <w:u w:val="single"/>
        </w:rPr>
        <w:t xml:space="preserve"> </w:t>
      </w:r>
      <w:r w:rsidR="006864A6" w:rsidRPr="00E84FEC">
        <w:rPr>
          <w:rFonts w:ascii="Book Antiqua" w:hAnsi="Book Antiqua"/>
          <w:i/>
          <w:iCs/>
          <w:u w:val="single"/>
        </w:rPr>
        <w:br/>
      </w:r>
      <w:r w:rsidRPr="00FB51A3">
        <w:rPr>
          <w:rFonts w:ascii="Book Antiqua" w:hAnsi="Book Antiqua"/>
          <w:i/>
          <w:iCs/>
          <w:u w:val="single"/>
        </w:rPr>
        <w:t xml:space="preserve">y </w:t>
      </w:r>
      <w:proofErr w:type="spellStart"/>
      <w:r w:rsidRPr="00FB51A3">
        <w:rPr>
          <w:rFonts w:ascii="Book Antiqua" w:hAnsi="Book Antiqua"/>
          <w:i/>
          <w:iCs/>
          <w:u w:val="single"/>
        </w:rPr>
        <w:t>el</w:t>
      </w:r>
      <w:proofErr w:type="spellEnd"/>
      <w:r w:rsidRPr="00FB51A3">
        <w:rPr>
          <w:rFonts w:ascii="Book Antiqua" w:hAnsi="Book Antiqua"/>
          <w:i/>
          <w:iCs/>
          <w:u w:val="single"/>
        </w:rPr>
        <w:t xml:space="preserve"> Coronavirus, Inc. </w:t>
      </w:r>
      <w:r w:rsidR="006864A6" w:rsidRPr="00E84FEC">
        <w:rPr>
          <w:rFonts w:ascii="Book Antiqua" w:hAnsi="Book Antiqua"/>
          <w:i/>
          <w:iCs/>
          <w:u w:val="single"/>
        </w:rPr>
        <w:tab/>
      </w:r>
      <w:r w:rsidRPr="00FB51A3">
        <w:rPr>
          <w:rFonts w:ascii="Book Antiqua" w:hAnsi="Book Antiqua"/>
          <w:i/>
          <w:iCs/>
          <w:u w:val="single"/>
        </w:rPr>
        <w:t xml:space="preserve"> $60,000.00  </w:t>
      </w:r>
    </w:p>
    <w:p w14:paraId="340388C7" w14:textId="02DDEDE7"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321. Fundación Pediátrica de Diabetes, Inc.  </w:t>
      </w:r>
      <w:r w:rsidR="006864A6" w:rsidRPr="00E84FEC">
        <w:rPr>
          <w:rFonts w:ascii="Book Antiqua" w:hAnsi="Book Antiqua"/>
          <w:i/>
          <w:iCs/>
          <w:u w:val="single"/>
          <w:lang w:val="es-PR"/>
        </w:rPr>
        <w:tab/>
      </w:r>
      <w:r w:rsidRPr="00FB51A3">
        <w:rPr>
          <w:rFonts w:ascii="Book Antiqua" w:hAnsi="Book Antiqua"/>
          <w:i/>
          <w:iCs/>
          <w:u w:val="single"/>
        </w:rPr>
        <w:t xml:space="preserve">$50,000.00  </w:t>
      </w:r>
    </w:p>
    <w:p w14:paraId="06A31B54" w14:textId="16FC69D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322. Fundación </w:t>
      </w:r>
      <w:proofErr w:type="spellStart"/>
      <w:r w:rsidRPr="00FB51A3">
        <w:rPr>
          <w:rFonts w:ascii="Book Antiqua" w:hAnsi="Book Antiqua"/>
          <w:i/>
          <w:iCs/>
          <w:u w:val="single"/>
        </w:rPr>
        <w:t>por</w:t>
      </w:r>
      <w:proofErr w:type="spellEnd"/>
      <w:r w:rsidRPr="00FB51A3">
        <w:rPr>
          <w:rFonts w:ascii="Book Antiqua" w:hAnsi="Book Antiqua"/>
          <w:i/>
          <w:iCs/>
          <w:u w:val="single"/>
        </w:rPr>
        <w:t xml:space="preserve"> la </w:t>
      </w:r>
      <w:proofErr w:type="spellStart"/>
      <w:r w:rsidRPr="00FB51A3">
        <w:rPr>
          <w:rFonts w:ascii="Book Antiqua" w:hAnsi="Book Antiqua"/>
          <w:i/>
          <w:iCs/>
          <w:u w:val="single"/>
        </w:rPr>
        <w:t>Arquitectura</w:t>
      </w:r>
      <w:proofErr w:type="spellEnd"/>
      <w:r w:rsidRPr="00FB51A3">
        <w:rPr>
          <w:rFonts w:ascii="Book Antiqua" w:hAnsi="Book Antiqua"/>
          <w:i/>
          <w:iCs/>
          <w:u w:val="single"/>
        </w:rPr>
        <w:t xml:space="preserve"> </w:t>
      </w:r>
      <w:r w:rsidR="006864A6" w:rsidRPr="00E84FEC">
        <w:rPr>
          <w:rFonts w:ascii="Book Antiqua" w:hAnsi="Book Antiqua"/>
          <w:i/>
          <w:iCs/>
          <w:u w:val="single"/>
        </w:rPr>
        <w:tab/>
      </w:r>
      <w:r w:rsidRPr="00FB51A3">
        <w:rPr>
          <w:rFonts w:ascii="Book Antiqua" w:hAnsi="Book Antiqua"/>
          <w:i/>
          <w:iCs/>
          <w:u w:val="single"/>
        </w:rPr>
        <w:t xml:space="preserve"> $5,000.00  </w:t>
      </w:r>
    </w:p>
    <w:p w14:paraId="3A5C219C" w14:textId="6C765745"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323. Fundación Puertorriqueña de las </w:t>
      </w:r>
      <w:proofErr w:type="gramStart"/>
      <w:r w:rsidRPr="00FB51A3">
        <w:rPr>
          <w:rFonts w:ascii="Book Antiqua" w:hAnsi="Book Antiqua"/>
          <w:i/>
          <w:iCs/>
          <w:u w:val="single"/>
          <w:lang w:val="es-PR"/>
        </w:rPr>
        <w:t xml:space="preserve">Humanidades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$6,000.00  </w:t>
      </w:r>
    </w:p>
    <w:p w14:paraId="7B822B12" w14:textId="12FED8F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324. Fundación Puertorriqueña del Riñón, Inc.  </w:t>
      </w:r>
      <w:r w:rsidR="006864A6" w:rsidRPr="00E84FEC">
        <w:rPr>
          <w:rFonts w:ascii="Book Antiqua" w:hAnsi="Book Antiqua"/>
          <w:i/>
          <w:iCs/>
          <w:u w:val="single"/>
          <w:lang w:val="es-PR"/>
        </w:rPr>
        <w:tab/>
      </w:r>
      <w:r w:rsidRPr="00FB51A3">
        <w:rPr>
          <w:rFonts w:ascii="Book Antiqua" w:hAnsi="Book Antiqua"/>
          <w:i/>
          <w:iCs/>
          <w:u w:val="single"/>
        </w:rPr>
        <w:t xml:space="preserve">$30,000.00  </w:t>
      </w:r>
    </w:p>
    <w:p w14:paraId="4BBB43BB" w14:textId="55D57E86"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325. Fundación Puertorriqueña Síndrome </w:t>
      </w:r>
      <w:proofErr w:type="gramStart"/>
      <w:r w:rsidRPr="00FB51A3">
        <w:rPr>
          <w:rFonts w:ascii="Book Antiqua" w:hAnsi="Book Antiqua"/>
          <w:i/>
          <w:iCs/>
          <w:u w:val="single"/>
          <w:lang w:val="es-PR"/>
        </w:rPr>
        <w:t xml:space="preserve">Down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$51,900.00  </w:t>
      </w:r>
    </w:p>
    <w:p w14:paraId="6A222FE1" w14:textId="7A63C6DF"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326. Fundación </w:t>
      </w:r>
      <w:proofErr w:type="spellStart"/>
      <w:r w:rsidRPr="00FB51A3">
        <w:rPr>
          <w:rFonts w:ascii="Book Antiqua" w:hAnsi="Book Antiqua"/>
          <w:i/>
          <w:iCs/>
          <w:u w:val="single"/>
          <w:lang w:val="es-PR"/>
        </w:rPr>
        <w:t>Riojueyana</w:t>
      </w:r>
      <w:proofErr w:type="spellEnd"/>
      <w:r w:rsidRPr="00FB51A3">
        <w:rPr>
          <w:rFonts w:ascii="Book Antiqua" w:hAnsi="Book Antiqua"/>
          <w:i/>
          <w:iCs/>
          <w:u w:val="single"/>
          <w:lang w:val="es-PR"/>
        </w:rPr>
        <w:t xml:space="preserve"> </w:t>
      </w:r>
      <w:proofErr w:type="gramStart"/>
      <w:r w:rsidRPr="00FB51A3">
        <w:rPr>
          <w:rFonts w:ascii="Book Antiqua" w:hAnsi="Book Antiqua"/>
          <w:i/>
          <w:iCs/>
          <w:u w:val="single"/>
          <w:lang w:val="es-PR"/>
        </w:rPr>
        <w:t>Pro Pacientes</w:t>
      </w:r>
      <w:proofErr w:type="gramEnd"/>
      <w:r w:rsidRPr="00FB51A3">
        <w:rPr>
          <w:rFonts w:ascii="Book Antiqua" w:hAnsi="Book Antiqua"/>
          <w:i/>
          <w:iCs/>
          <w:u w:val="single"/>
          <w:lang w:val="es-PR"/>
        </w:rPr>
        <w:t xml:space="preserve"> de </w:t>
      </w:r>
      <w:proofErr w:type="spellStart"/>
      <w:proofErr w:type="gramStart"/>
      <w:r w:rsidRPr="00FB51A3">
        <w:rPr>
          <w:rFonts w:ascii="Book Antiqua" w:hAnsi="Book Antiqua"/>
          <w:i/>
          <w:iCs/>
          <w:u w:val="single"/>
          <w:lang w:val="es-PR"/>
        </w:rPr>
        <w:t>Cancer</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$20,000.00  </w:t>
      </w:r>
    </w:p>
    <w:p w14:paraId="3C93A780" w14:textId="60D1644D"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327. Fundación Santa María de los Angeles, Inc.  </w:t>
      </w:r>
      <w:r w:rsidR="006864A6" w:rsidRPr="00E84FEC">
        <w:rPr>
          <w:rFonts w:ascii="Book Antiqua" w:hAnsi="Book Antiqua"/>
          <w:i/>
          <w:iCs/>
          <w:u w:val="single"/>
          <w:lang w:val="es-PR"/>
        </w:rPr>
        <w:tab/>
      </w:r>
      <w:r w:rsidRPr="00FB51A3">
        <w:rPr>
          <w:rFonts w:ascii="Book Antiqua" w:hAnsi="Book Antiqua"/>
          <w:i/>
          <w:iCs/>
          <w:u w:val="single"/>
        </w:rPr>
        <w:t xml:space="preserve">$10,000.00  </w:t>
      </w:r>
    </w:p>
    <w:p w14:paraId="078DAE66" w14:textId="4CD24BB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328. Fundación Stefano </w:t>
      </w:r>
      <w:proofErr w:type="spellStart"/>
      <w:r w:rsidRPr="00FB51A3">
        <w:rPr>
          <w:rFonts w:ascii="Book Antiqua" w:hAnsi="Book Antiqua"/>
          <w:i/>
          <w:iCs/>
          <w:u w:val="single"/>
        </w:rPr>
        <w:t>Steenbakkers</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Betauncourt</w:t>
      </w:r>
      <w:proofErr w:type="spellEnd"/>
      <w:r w:rsidRPr="00FB51A3">
        <w:rPr>
          <w:rFonts w:ascii="Book Antiqua" w:hAnsi="Book Antiqua"/>
          <w:i/>
          <w:iCs/>
          <w:u w:val="single"/>
        </w:rPr>
        <w:t xml:space="preserve"> Inc. </w:t>
      </w:r>
      <w:r w:rsidR="006864A6" w:rsidRPr="00E84FEC">
        <w:rPr>
          <w:rFonts w:ascii="Book Antiqua" w:hAnsi="Book Antiqua"/>
          <w:i/>
          <w:iCs/>
          <w:u w:val="single"/>
        </w:rPr>
        <w:tab/>
      </w:r>
      <w:r w:rsidRPr="00FB51A3">
        <w:rPr>
          <w:rFonts w:ascii="Book Antiqua" w:hAnsi="Book Antiqua"/>
          <w:i/>
          <w:iCs/>
          <w:u w:val="single"/>
        </w:rPr>
        <w:t xml:space="preserve">$24,900.00  </w:t>
      </w:r>
    </w:p>
    <w:p w14:paraId="61682AD0" w14:textId="3AB0B993"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329. Fundación Unidos por Quebrada Grande, Inc.  </w:t>
      </w:r>
      <w:r w:rsidR="006864A6" w:rsidRPr="00E84FEC">
        <w:rPr>
          <w:rFonts w:ascii="Book Antiqua" w:hAnsi="Book Antiqua"/>
          <w:i/>
          <w:iCs/>
          <w:u w:val="single"/>
          <w:lang w:val="es-PR"/>
        </w:rPr>
        <w:tab/>
      </w:r>
      <w:r w:rsidRPr="00FB51A3">
        <w:rPr>
          <w:rFonts w:ascii="Book Antiqua" w:hAnsi="Book Antiqua"/>
          <w:i/>
          <w:iCs/>
          <w:u w:val="single"/>
        </w:rPr>
        <w:t xml:space="preserve">$3,000.00  </w:t>
      </w:r>
    </w:p>
    <w:p w14:paraId="743F4A65" w14:textId="38D1767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330. Fundación UPENS, Inc. </w:t>
      </w:r>
      <w:r w:rsidR="006864A6" w:rsidRPr="00E84FEC">
        <w:rPr>
          <w:rFonts w:ascii="Book Antiqua" w:hAnsi="Book Antiqua"/>
          <w:i/>
          <w:iCs/>
          <w:u w:val="single"/>
        </w:rPr>
        <w:tab/>
      </w:r>
      <w:r w:rsidRPr="00FB51A3">
        <w:rPr>
          <w:rFonts w:ascii="Book Antiqua" w:hAnsi="Book Antiqua"/>
          <w:i/>
          <w:iCs/>
          <w:u w:val="single"/>
        </w:rPr>
        <w:t xml:space="preserve">$350,000.00  </w:t>
      </w:r>
    </w:p>
    <w:p w14:paraId="3B1606EB" w14:textId="304930B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331. Fundación Yo Puedo, Inc. </w:t>
      </w:r>
      <w:r w:rsidR="006864A6" w:rsidRPr="00E84FEC">
        <w:rPr>
          <w:rFonts w:ascii="Book Antiqua" w:hAnsi="Book Antiqua"/>
          <w:i/>
          <w:iCs/>
          <w:u w:val="single"/>
        </w:rPr>
        <w:tab/>
      </w:r>
      <w:r w:rsidRPr="00FB51A3">
        <w:rPr>
          <w:rFonts w:ascii="Book Antiqua" w:hAnsi="Book Antiqua"/>
          <w:i/>
          <w:iCs/>
          <w:u w:val="single"/>
        </w:rPr>
        <w:t>$17,500.00</w:t>
      </w:r>
    </w:p>
    <w:p w14:paraId="2855077E" w14:textId="02DDCF0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332. G-8, Grupo de las Ocho Comunidades Caño Martin Peña, Inc.  </w:t>
      </w:r>
      <w:r w:rsidR="006864A6" w:rsidRPr="00E84FEC">
        <w:rPr>
          <w:rFonts w:ascii="Book Antiqua" w:hAnsi="Book Antiqua"/>
          <w:i/>
          <w:iCs/>
          <w:u w:val="single"/>
          <w:lang w:val="es-PR"/>
        </w:rPr>
        <w:tab/>
      </w:r>
      <w:r w:rsidRPr="00FB51A3">
        <w:rPr>
          <w:rFonts w:ascii="Book Antiqua" w:hAnsi="Book Antiqua"/>
          <w:i/>
          <w:iCs/>
          <w:u w:val="single"/>
        </w:rPr>
        <w:t xml:space="preserve">$40,000.00  </w:t>
      </w:r>
    </w:p>
    <w:p w14:paraId="610D292A" w14:textId="616358C8"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333. Gibaro de Puerto Rico </w:t>
      </w:r>
      <w:r w:rsidR="006864A6" w:rsidRPr="00E84FEC">
        <w:rPr>
          <w:rFonts w:ascii="Book Antiqua" w:hAnsi="Book Antiqua"/>
          <w:i/>
          <w:iCs/>
          <w:u w:val="single"/>
        </w:rPr>
        <w:tab/>
      </w:r>
      <w:r w:rsidRPr="00FB51A3">
        <w:rPr>
          <w:rFonts w:ascii="Book Antiqua" w:hAnsi="Book Antiqua"/>
          <w:i/>
          <w:iCs/>
          <w:u w:val="single"/>
        </w:rPr>
        <w:t xml:space="preserve">$60,000.00  </w:t>
      </w:r>
    </w:p>
    <w:p w14:paraId="50F11988" w14:textId="4CAF91D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334. Go </w:t>
      </w:r>
      <w:proofErr w:type="spellStart"/>
      <w:r w:rsidRPr="00FB51A3">
        <w:rPr>
          <w:rFonts w:ascii="Book Antiqua" w:hAnsi="Book Antiqua"/>
          <w:i/>
          <w:iCs/>
          <w:u w:val="single"/>
        </w:rPr>
        <w:t>Go</w:t>
      </w:r>
      <w:proofErr w:type="spellEnd"/>
      <w:r w:rsidRPr="00FB51A3">
        <w:rPr>
          <w:rFonts w:ascii="Book Antiqua" w:hAnsi="Book Antiqua"/>
          <w:i/>
          <w:iCs/>
          <w:u w:val="single"/>
        </w:rPr>
        <w:t xml:space="preserve"> Go Foundation Corp. </w:t>
      </w:r>
      <w:r w:rsidR="006864A6" w:rsidRPr="00E84FEC">
        <w:rPr>
          <w:rFonts w:ascii="Book Antiqua" w:hAnsi="Book Antiqua"/>
          <w:i/>
          <w:iCs/>
          <w:u w:val="single"/>
        </w:rPr>
        <w:tab/>
      </w:r>
      <w:r w:rsidRPr="00FB51A3">
        <w:rPr>
          <w:rFonts w:ascii="Book Antiqua" w:hAnsi="Book Antiqua"/>
          <w:i/>
          <w:iCs/>
          <w:u w:val="single"/>
        </w:rPr>
        <w:t xml:space="preserve">$200,000.00  </w:t>
      </w:r>
    </w:p>
    <w:p w14:paraId="31C717BE" w14:textId="77777777" w:rsidR="006864A6" w:rsidRPr="00E84FEC"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335. Gran Logia Soberana de Libres Y Aceptados Masones de </w:t>
      </w:r>
    </w:p>
    <w:p w14:paraId="4C6D581D" w14:textId="3D9A87B2"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rPr>
        <w:t xml:space="preserve">Puerto Rico </w:t>
      </w:r>
      <w:r w:rsidR="006864A6" w:rsidRPr="00E84FEC">
        <w:rPr>
          <w:rFonts w:ascii="Book Antiqua" w:hAnsi="Book Antiqua"/>
          <w:i/>
          <w:iCs/>
          <w:u w:val="single"/>
        </w:rPr>
        <w:tab/>
      </w:r>
      <w:r w:rsidRPr="00FB51A3">
        <w:rPr>
          <w:rFonts w:ascii="Book Antiqua" w:hAnsi="Book Antiqua"/>
          <w:i/>
          <w:iCs/>
          <w:u w:val="single"/>
          <w:lang w:val="es-PR"/>
        </w:rPr>
        <w:t xml:space="preserve">$40,000.00  </w:t>
      </w:r>
    </w:p>
    <w:p w14:paraId="19DA24FB" w14:textId="6C5480C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336. Grupo Camuy Arenas AA, Inc.  </w:t>
      </w:r>
      <w:r w:rsidR="006864A6" w:rsidRPr="00E84FEC">
        <w:rPr>
          <w:rFonts w:ascii="Book Antiqua" w:hAnsi="Book Antiqua"/>
          <w:i/>
          <w:iCs/>
          <w:u w:val="single"/>
          <w:lang w:val="es-PR"/>
        </w:rPr>
        <w:tab/>
      </w:r>
      <w:r w:rsidRPr="00FB51A3">
        <w:rPr>
          <w:rFonts w:ascii="Book Antiqua" w:hAnsi="Book Antiqua"/>
          <w:i/>
          <w:iCs/>
          <w:u w:val="single"/>
        </w:rPr>
        <w:t xml:space="preserve">$70,000.00  </w:t>
      </w:r>
    </w:p>
    <w:p w14:paraId="60C97FDB" w14:textId="00DDD06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337. Guara BI, Inc.  </w:t>
      </w:r>
      <w:r w:rsidR="006864A6" w:rsidRPr="00E84FEC">
        <w:rPr>
          <w:rFonts w:ascii="Book Antiqua" w:hAnsi="Book Antiqua"/>
          <w:i/>
          <w:iCs/>
          <w:u w:val="single"/>
        </w:rPr>
        <w:tab/>
      </w:r>
      <w:r w:rsidRPr="00FB51A3">
        <w:rPr>
          <w:rFonts w:ascii="Book Antiqua" w:hAnsi="Book Antiqua"/>
          <w:i/>
          <w:iCs/>
          <w:u w:val="single"/>
        </w:rPr>
        <w:t xml:space="preserve">$4,000.00  </w:t>
      </w:r>
    </w:p>
    <w:p w14:paraId="2D3AEA1F" w14:textId="588FCA9D"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338. Guateque Taller Folklorico de Puerto Rico </w:t>
      </w:r>
      <w:r w:rsidR="006864A6" w:rsidRPr="00E84FEC">
        <w:rPr>
          <w:rFonts w:ascii="Book Antiqua" w:hAnsi="Book Antiqua"/>
          <w:i/>
          <w:iCs/>
          <w:u w:val="single"/>
        </w:rPr>
        <w:tab/>
      </w:r>
      <w:r w:rsidRPr="00FB51A3">
        <w:rPr>
          <w:rFonts w:ascii="Book Antiqua" w:hAnsi="Book Antiqua"/>
          <w:i/>
          <w:iCs/>
          <w:u w:val="single"/>
        </w:rPr>
        <w:t xml:space="preserve"> $9,000.00  </w:t>
      </w:r>
    </w:p>
    <w:p w14:paraId="483480E0" w14:textId="1F5CDDC7"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339. </w:t>
      </w:r>
      <w:proofErr w:type="spellStart"/>
      <w:r w:rsidRPr="00FB51A3">
        <w:rPr>
          <w:rFonts w:ascii="Book Antiqua" w:hAnsi="Book Antiqua"/>
          <w:i/>
          <w:iCs/>
          <w:u w:val="single"/>
          <w:lang w:val="es-PR"/>
        </w:rPr>
        <w:t>Habitat</w:t>
      </w:r>
      <w:proofErr w:type="spellEnd"/>
      <w:r w:rsidRPr="00FB51A3">
        <w:rPr>
          <w:rFonts w:ascii="Book Antiqua" w:hAnsi="Book Antiqua"/>
          <w:i/>
          <w:iCs/>
          <w:u w:val="single"/>
          <w:lang w:val="es-PR"/>
        </w:rPr>
        <w:t xml:space="preserve"> </w:t>
      </w:r>
      <w:proofErr w:type="spellStart"/>
      <w:r w:rsidRPr="00FB51A3">
        <w:rPr>
          <w:rFonts w:ascii="Book Antiqua" w:hAnsi="Book Antiqua"/>
          <w:i/>
          <w:iCs/>
          <w:u w:val="single"/>
          <w:lang w:val="es-PR"/>
        </w:rPr>
        <w:t>for</w:t>
      </w:r>
      <w:proofErr w:type="spellEnd"/>
      <w:r w:rsidRPr="00FB51A3">
        <w:rPr>
          <w:rFonts w:ascii="Book Antiqua" w:hAnsi="Book Antiqua"/>
          <w:i/>
          <w:iCs/>
          <w:u w:val="single"/>
          <w:lang w:val="es-PR"/>
        </w:rPr>
        <w:t xml:space="preserve"> </w:t>
      </w:r>
      <w:proofErr w:type="spellStart"/>
      <w:r w:rsidRPr="00FB51A3">
        <w:rPr>
          <w:rFonts w:ascii="Book Antiqua" w:hAnsi="Book Antiqua"/>
          <w:i/>
          <w:iCs/>
          <w:u w:val="single"/>
          <w:lang w:val="es-PR"/>
        </w:rPr>
        <w:t>Humanity</w:t>
      </w:r>
      <w:proofErr w:type="spellEnd"/>
      <w:r w:rsidRPr="00FB51A3">
        <w:rPr>
          <w:rFonts w:ascii="Book Antiqua" w:hAnsi="Book Antiqua"/>
          <w:i/>
          <w:iCs/>
          <w:u w:val="single"/>
          <w:lang w:val="es-PR"/>
        </w:rPr>
        <w:t xml:space="preserve"> </w:t>
      </w:r>
      <w:proofErr w:type="spellStart"/>
      <w:r w:rsidRPr="00FB51A3">
        <w:rPr>
          <w:rFonts w:ascii="Book Antiqua" w:hAnsi="Book Antiqua"/>
          <w:i/>
          <w:iCs/>
          <w:u w:val="single"/>
          <w:lang w:val="es-PR"/>
        </w:rPr>
        <w:t>of</w:t>
      </w:r>
      <w:proofErr w:type="spellEnd"/>
      <w:r w:rsidRPr="00FB51A3">
        <w:rPr>
          <w:rFonts w:ascii="Book Antiqua" w:hAnsi="Book Antiqua"/>
          <w:i/>
          <w:iCs/>
          <w:u w:val="single"/>
          <w:lang w:val="es-PR"/>
        </w:rPr>
        <w:t xml:space="preserve"> Puerto </w:t>
      </w:r>
      <w:proofErr w:type="gramStart"/>
      <w:r w:rsidRPr="00FB51A3">
        <w:rPr>
          <w:rFonts w:ascii="Book Antiqua" w:hAnsi="Book Antiqua"/>
          <w:i/>
          <w:iCs/>
          <w:u w:val="single"/>
          <w:lang w:val="es-PR"/>
        </w:rPr>
        <w:t xml:space="preserve">Rico  </w:t>
      </w:r>
      <w:r w:rsidR="006864A6" w:rsidRPr="001D3CC1">
        <w:rPr>
          <w:rFonts w:ascii="Book Antiqua" w:hAnsi="Book Antiqua"/>
          <w:i/>
          <w:iCs/>
          <w:u w:val="single"/>
          <w:lang w:val="es-PR"/>
        </w:rPr>
        <w:tab/>
      </w:r>
      <w:proofErr w:type="gramEnd"/>
      <w:r w:rsidRPr="00FB51A3">
        <w:rPr>
          <w:rFonts w:ascii="Book Antiqua" w:hAnsi="Book Antiqua"/>
          <w:i/>
          <w:iCs/>
          <w:u w:val="single"/>
          <w:lang w:val="es-PR"/>
        </w:rPr>
        <w:t xml:space="preserve">$25,000.00  </w:t>
      </w:r>
    </w:p>
    <w:p w14:paraId="2140F482" w14:textId="37713EB6"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340. Halcones de Gurabo Doble AA </w:t>
      </w:r>
      <w:r w:rsidR="006864A6" w:rsidRPr="001D3CC1">
        <w:rPr>
          <w:rFonts w:ascii="Book Antiqua" w:hAnsi="Book Antiqua"/>
          <w:i/>
          <w:iCs/>
          <w:u w:val="single"/>
          <w:lang w:val="es-PR"/>
        </w:rPr>
        <w:tab/>
      </w:r>
      <w:r w:rsidRPr="00FB51A3">
        <w:rPr>
          <w:rFonts w:ascii="Book Antiqua" w:hAnsi="Book Antiqua"/>
          <w:i/>
          <w:iCs/>
          <w:u w:val="single"/>
          <w:lang w:val="es-PR"/>
        </w:rPr>
        <w:t>$1</w:t>
      </w:r>
      <w:r w:rsidR="001D3CC1" w:rsidRPr="001D3CC1">
        <w:rPr>
          <w:rFonts w:ascii="Book Antiqua" w:hAnsi="Book Antiqua"/>
          <w:i/>
          <w:iCs/>
          <w:u w:val="single"/>
          <w:lang w:val="es-PR"/>
        </w:rPr>
        <w:t>2</w:t>
      </w:r>
      <w:r w:rsidRPr="00FB51A3">
        <w:rPr>
          <w:rFonts w:ascii="Book Antiqua" w:hAnsi="Book Antiqua"/>
          <w:i/>
          <w:iCs/>
          <w:u w:val="single"/>
          <w:lang w:val="es-PR"/>
        </w:rPr>
        <w:t xml:space="preserve">,000.00  </w:t>
      </w:r>
    </w:p>
    <w:p w14:paraId="53F0DE9D" w14:textId="11F5CC0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341. Heavenly Kids, Inc.  </w:t>
      </w:r>
      <w:r w:rsidR="006864A6" w:rsidRPr="00E84FEC">
        <w:rPr>
          <w:rFonts w:ascii="Book Antiqua" w:hAnsi="Book Antiqua"/>
          <w:i/>
          <w:iCs/>
          <w:u w:val="single"/>
        </w:rPr>
        <w:tab/>
      </w:r>
      <w:r w:rsidRPr="00FB51A3">
        <w:rPr>
          <w:rFonts w:ascii="Book Antiqua" w:hAnsi="Book Antiqua"/>
          <w:i/>
          <w:iCs/>
          <w:u w:val="single"/>
        </w:rPr>
        <w:t xml:space="preserve">$3,000.00  </w:t>
      </w:r>
    </w:p>
    <w:p w14:paraId="6521AC7F" w14:textId="77777777" w:rsidR="006864A6" w:rsidRPr="00E84FEC"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342. Hermanitas de los Ancianos Desamparados Hogar Nuestra </w:t>
      </w:r>
    </w:p>
    <w:p w14:paraId="5A992080" w14:textId="5721693F" w:rsidR="00FB51A3" w:rsidRPr="00FB51A3" w:rsidRDefault="00FB51A3" w:rsidP="007B793F">
      <w:pPr>
        <w:tabs>
          <w:tab w:val="decimal" w:pos="8280"/>
        </w:tabs>
        <w:rPr>
          <w:rFonts w:ascii="Book Antiqua" w:hAnsi="Book Antiqua"/>
          <w:i/>
          <w:iCs/>
          <w:u w:val="single"/>
          <w:lang w:val="es-PR"/>
        </w:rPr>
      </w:pPr>
      <w:proofErr w:type="spellStart"/>
      <w:r w:rsidRPr="00FB51A3">
        <w:rPr>
          <w:rFonts w:ascii="Book Antiqua" w:hAnsi="Book Antiqua"/>
          <w:i/>
          <w:iCs/>
          <w:u w:val="single"/>
        </w:rPr>
        <w:t>Señora</w:t>
      </w:r>
      <w:proofErr w:type="spellEnd"/>
      <w:r w:rsidRPr="00FB51A3">
        <w:rPr>
          <w:rFonts w:ascii="Book Antiqua" w:hAnsi="Book Antiqua"/>
          <w:i/>
          <w:iCs/>
          <w:u w:val="single"/>
        </w:rPr>
        <w:t xml:space="preserve"> de la Providencia </w:t>
      </w:r>
      <w:r w:rsidR="006864A6" w:rsidRPr="00E84FEC">
        <w:rPr>
          <w:rFonts w:ascii="Book Antiqua" w:hAnsi="Book Antiqua"/>
          <w:i/>
          <w:iCs/>
          <w:u w:val="single"/>
        </w:rPr>
        <w:tab/>
      </w:r>
      <w:r w:rsidRPr="00FB51A3">
        <w:rPr>
          <w:rFonts w:ascii="Book Antiqua" w:hAnsi="Book Antiqua"/>
          <w:i/>
          <w:iCs/>
          <w:u w:val="single"/>
          <w:lang w:val="es-PR"/>
        </w:rPr>
        <w:t xml:space="preserve">$70,000.00  </w:t>
      </w:r>
    </w:p>
    <w:p w14:paraId="3F80A4D1" w14:textId="37CF8442"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343. Hermanitas de los Ancianos Desamparados Hogar San </w:t>
      </w:r>
      <w:proofErr w:type="gramStart"/>
      <w:r w:rsidRPr="00FB51A3">
        <w:rPr>
          <w:rFonts w:ascii="Book Antiqua" w:hAnsi="Book Antiqua"/>
          <w:i/>
          <w:iCs/>
          <w:u w:val="single"/>
          <w:lang w:val="es-PR"/>
        </w:rPr>
        <w:t xml:space="preserve">Jose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$25,000.00  </w:t>
      </w:r>
    </w:p>
    <w:p w14:paraId="76C3A9AF" w14:textId="77777777" w:rsidR="006864A6" w:rsidRPr="00E84FEC"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344. Hermanitas de los Ancianos Desamparados Hogar Santa </w:t>
      </w:r>
    </w:p>
    <w:p w14:paraId="453FC95B" w14:textId="2F11A0C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Marta </w:t>
      </w:r>
      <w:proofErr w:type="gramStart"/>
      <w:r w:rsidRPr="00FB51A3">
        <w:rPr>
          <w:rFonts w:ascii="Book Antiqua" w:hAnsi="Book Antiqua"/>
          <w:i/>
          <w:iCs/>
          <w:u w:val="single"/>
        </w:rPr>
        <w:t xml:space="preserve">Ponce  </w:t>
      </w:r>
      <w:r w:rsidR="006864A6" w:rsidRPr="00E84FEC">
        <w:rPr>
          <w:rFonts w:ascii="Book Antiqua" w:hAnsi="Book Antiqua"/>
          <w:i/>
          <w:iCs/>
          <w:u w:val="single"/>
        </w:rPr>
        <w:tab/>
      </w:r>
      <w:proofErr w:type="gramEnd"/>
      <w:r w:rsidRPr="00FB51A3">
        <w:rPr>
          <w:rFonts w:ascii="Book Antiqua" w:hAnsi="Book Antiqua"/>
          <w:i/>
          <w:iCs/>
          <w:u w:val="single"/>
        </w:rPr>
        <w:t xml:space="preserve">$25,000.00  </w:t>
      </w:r>
    </w:p>
    <w:p w14:paraId="2C8C9897" w14:textId="77777777" w:rsidR="006864A6" w:rsidRPr="00E84FEC"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345. Hermanitas de los Ancianos Desamparados Hogar Santa </w:t>
      </w:r>
    </w:p>
    <w:p w14:paraId="3B1C8352" w14:textId="5252EDF4"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Teresa Jornet de Cupey </w:t>
      </w:r>
      <w:proofErr w:type="spellStart"/>
      <w:proofErr w:type="gramStart"/>
      <w:r w:rsidRPr="00FB51A3">
        <w:rPr>
          <w:rFonts w:ascii="Book Antiqua" w:hAnsi="Book Antiqua"/>
          <w:i/>
          <w:iCs/>
          <w:u w:val="single"/>
          <w:lang w:val="es-PR"/>
        </w:rPr>
        <w:t>Inc</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$50,000.00  </w:t>
      </w:r>
    </w:p>
    <w:p w14:paraId="4FE6C3C5" w14:textId="527F91C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346. Hijas de Maria Auxiliadora, Inc.  </w:t>
      </w:r>
      <w:r w:rsidR="006864A6" w:rsidRPr="00E84FEC">
        <w:rPr>
          <w:rFonts w:ascii="Book Antiqua" w:hAnsi="Book Antiqua"/>
          <w:i/>
          <w:iCs/>
          <w:u w:val="single"/>
          <w:lang w:val="es-PR"/>
        </w:rPr>
        <w:tab/>
      </w:r>
      <w:r w:rsidRPr="00FB51A3">
        <w:rPr>
          <w:rFonts w:ascii="Book Antiqua" w:hAnsi="Book Antiqua"/>
          <w:i/>
          <w:iCs/>
          <w:u w:val="single"/>
        </w:rPr>
        <w:t xml:space="preserve">$6,000.00  </w:t>
      </w:r>
    </w:p>
    <w:p w14:paraId="62F13461" w14:textId="0308DEA9"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347. Hogar Abrazo de </w:t>
      </w:r>
      <w:proofErr w:type="gramStart"/>
      <w:r w:rsidRPr="00FB51A3">
        <w:rPr>
          <w:rFonts w:ascii="Book Antiqua" w:hAnsi="Book Antiqua"/>
          <w:i/>
          <w:iCs/>
          <w:u w:val="single"/>
          <w:lang w:val="es-PR"/>
        </w:rPr>
        <w:t xml:space="preserve">Amor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$14,000.00  </w:t>
      </w:r>
    </w:p>
    <w:p w14:paraId="5A7368F2" w14:textId="0652989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348. Hogar Albergue para Niños Jesús de Nazaret, Inc.  </w:t>
      </w:r>
      <w:r w:rsidR="006864A6" w:rsidRPr="00E84FEC">
        <w:rPr>
          <w:rFonts w:ascii="Book Antiqua" w:hAnsi="Book Antiqua"/>
          <w:i/>
          <w:iCs/>
          <w:u w:val="single"/>
          <w:lang w:val="es-PR"/>
        </w:rPr>
        <w:tab/>
      </w:r>
      <w:r w:rsidRPr="00FB51A3">
        <w:rPr>
          <w:rFonts w:ascii="Book Antiqua" w:hAnsi="Book Antiqua"/>
          <w:i/>
          <w:iCs/>
          <w:u w:val="single"/>
        </w:rPr>
        <w:t xml:space="preserve">$12,500.00  </w:t>
      </w:r>
    </w:p>
    <w:p w14:paraId="188DE17C" w14:textId="29B3BBBC"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349. Hogar Ancianos </w:t>
      </w:r>
      <w:proofErr w:type="spellStart"/>
      <w:proofErr w:type="gramStart"/>
      <w:r w:rsidRPr="00FB51A3">
        <w:rPr>
          <w:rFonts w:ascii="Book Antiqua" w:hAnsi="Book Antiqua"/>
          <w:i/>
          <w:iCs/>
          <w:u w:val="single"/>
          <w:lang w:val="es-PR"/>
        </w:rPr>
        <w:t>Jaydselle</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16101629" w14:textId="6F35E99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350. Hogar CREA, Inc.  </w:t>
      </w:r>
      <w:r w:rsidR="006864A6" w:rsidRPr="00E84FEC">
        <w:rPr>
          <w:rFonts w:ascii="Book Antiqua" w:hAnsi="Book Antiqua"/>
          <w:i/>
          <w:iCs/>
          <w:u w:val="single"/>
          <w:lang w:val="es-PR"/>
        </w:rPr>
        <w:tab/>
      </w:r>
      <w:r w:rsidRPr="00FB51A3">
        <w:rPr>
          <w:rFonts w:ascii="Book Antiqua" w:hAnsi="Book Antiqua"/>
          <w:i/>
          <w:iCs/>
          <w:u w:val="single"/>
        </w:rPr>
        <w:t xml:space="preserve">$207,000.00  </w:t>
      </w:r>
    </w:p>
    <w:p w14:paraId="022EDAA5" w14:textId="2D25B80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351. Hogar Cuna San Cristobal </w:t>
      </w:r>
      <w:r w:rsidR="006864A6" w:rsidRPr="00E84FEC">
        <w:rPr>
          <w:rFonts w:ascii="Book Antiqua" w:hAnsi="Book Antiqua"/>
          <w:i/>
          <w:iCs/>
          <w:u w:val="single"/>
        </w:rPr>
        <w:tab/>
      </w:r>
      <w:r w:rsidRPr="00FB51A3">
        <w:rPr>
          <w:rFonts w:ascii="Book Antiqua" w:hAnsi="Book Antiqua"/>
          <w:i/>
          <w:iCs/>
          <w:u w:val="single"/>
        </w:rPr>
        <w:t xml:space="preserve">$94,000.00  </w:t>
      </w:r>
    </w:p>
    <w:p w14:paraId="5A86A4D0" w14:textId="37201B64"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352. Hogar de Ayuda El Refugio, Inc. </w:t>
      </w:r>
      <w:r w:rsidR="006864A6" w:rsidRPr="00E84FEC">
        <w:rPr>
          <w:rFonts w:ascii="Book Antiqua" w:hAnsi="Book Antiqua"/>
          <w:i/>
          <w:iCs/>
          <w:u w:val="single"/>
        </w:rPr>
        <w:tab/>
      </w:r>
      <w:r w:rsidRPr="00FB51A3">
        <w:rPr>
          <w:rFonts w:ascii="Book Antiqua" w:hAnsi="Book Antiqua"/>
          <w:i/>
          <w:iCs/>
          <w:u w:val="single"/>
        </w:rPr>
        <w:t xml:space="preserve">$70,000.00  </w:t>
      </w:r>
    </w:p>
    <w:p w14:paraId="7A6D943B" w14:textId="65C79DF9"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353. Hogar de Envejecientes Irma Fe Pol </w:t>
      </w:r>
      <w:proofErr w:type="spellStart"/>
      <w:proofErr w:type="gramStart"/>
      <w:r w:rsidRPr="00FB51A3">
        <w:rPr>
          <w:rFonts w:ascii="Book Antiqua" w:hAnsi="Book Antiqua"/>
          <w:i/>
          <w:iCs/>
          <w:u w:val="single"/>
          <w:lang w:val="es-PR"/>
        </w:rPr>
        <w:t>Mendez</w:t>
      </w:r>
      <w:proofErr w:type="spellEnd"/>
      <w:r w:rsidRPr="00FB51A3">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$40,000.00  </w:t>
      </w:r>
    </w:p>
    <w:p w14:paraId="58DC9604" w14:textId="360440B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354. Hogar de Niñas de Cupey, Inc.  </w:t>
      </w:r>
      <w:r w:rsidR="006864A6" w:rsidRPr="00E84FEC">
        <w:rPr>
          <w:rFonts w:ascii="Book Antiqua" w:hAnsi="Book Antiqua"/>
          <w:i/>
          <w:iCs/>
          <w:u w:val="single"/>
          <w:lang w:val="es-PR"/>
        </w:rPr>
        <w:tab/>
      </w:r>
      <w:r w:rsidRPr="00FB51A3">
        <w:rPr>
          <w:rFonts w:ascii="Book Antiqua" w:hAnsi="Book Antiqua"/>
          <w:i/>
          <w:iCs/>
          <w:u w:val="single"/>
        </w:rPr>
        <w:t xml:space="preserve">$60,000.00  </w:t>
      </w:r>
    </w:p>
    <w:p w14:paraId="2173F797" w14:textId="5C33452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355. Hogar de Niños Regazo de Paz, Inc.  </w:t>
      </w:r>
      <w:r w:rsidR="006864A6" w:rsidRPr="00E84FEC">
        <w:rPr>
          <w:rFonts w:ascii="Book Antiqua" w:hAnsi="Book Antiqua"/>
          <w:i/>
          <w:iCs/>
          <w:u w:val="single"/>
          <w:lang w:val="es-PR"/>
        </w:rPr>
        <w:tab/>
      </w:r>
      <w:r w:rsidRPr="00FB51A3">
        <w:rPr>
          <w:rFonts w:ascii="Book Antiqua" w:hAnsi="Book Antiqua"/>
          <w:i/>
          <w:iCs/>
          <w:u w:val="single"/>
        </w:rPr>
        <w:t xml:space="preserve">$30,000.00  </w:t>
      </w:r>
    </w:p>
    <w:p w14:paraId="78EE110D" w14:textId="5255B06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356. Hogar del Buen Pastor, Inc. </w:t>
      </w:r>
      <w:r w:rsidR="006864A6" w:rsidRPr="00E84FEC">
        <w:rPr>
          <w:rFonts w:ascii="Book Antiqua" w:hAnsi="Book Antiqua"/>
          <w:i/>
          <w:iCs/>
          <w:u w:val="single"/>
        </w:rPr>
        <w:tab/>
      </w:r>
      <w:r w:rsidRPr="00FB51A3">
        <w:rPr>
          <w:rFonts w:ascii="Book Antiqua" w:hAnsi="Book Antiqua"/>
          <w:i/>
          <w:iCs/>
          <w:u w:val="single"/>
        </w:rPr>
        <w:t xml:space="preserve">$40,000.00  </w:t>
      </w:r>
    </w:p>
    <w:p w14:paraId="60111E93" w14:textId="3C5C5AC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357. Hogar del Niño El Ave Maria, Corp.  </w:t>
      </w:r>
      <w:r w:rsidR="006864A6" w:rsidRPr="00E84FEC">
        <w:rPr>
          <w:rFonts w:ascii="Book Antiqua" w:hAnsi="Book Antiqua"/>
          <w:i/>
          <w:iCs/>
          <w:u w:val="single"/>
          <w:lang w:val="es-PR"/>
        </w:rPr>
        <w:tab/>
      </w:r>
      <w:r w:rsidRPr="00FB51A3">
        <w:rPr>
          <w:rFonts w:ascii="Book Antiqua" w:hAnsi="Book Antiqua"/>
          <w:i/>
          <w:iCs/>
          <w:u w:val="single"/>
        </w:rPr>
        <w:t xml:space="preserve">$50,000.00  </w:t>
      </w:r>
    </w:p>
    <w:p w14:paraId="0BCEDB2D" w14:textId="3453C53E"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358. Hogar Dios es Nuestro </w:t>
      </w:r>
      <w:proofErr w:type="gramStart"/>
      <w:r w:rsidRPr="00FB51A3">
        <w:rPr>
          <w:rFonts w:ascii="Book Antiqua" w:hAnsi="Book Antiqua"/>
          <w:i/>
          <w:iCs/>
          <w:u w:val="single"/>
          <w:lang w:val="es-PR"/>
        </w:rPr>
        <w:t xml:space="preserve">Refugio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w:t>
      </w:r>
      <w:r w:rsidR="001D3CC1">
        <w:rPr>
          <w:rFonts w:ascii="Book Antiqua" w:hAnsi="Book Antiqua"/>
          <w:i/>
          <w:iCs/>
          <w:u w:val="single"/>
          <w:lang w:val="es-PR"/>
        </w:rPr>
        <w:t>62</w:t>
      </w:r>
      <w:r w:rsidRPr="00FB51A3">
        <w:rPr>
          <w:rFonts w:ascii="Book Antiqua" w:hAnsi="Book Antiqua"/>
          <w:i/>
          <w:iCs/>
          <w:u w:val="single"/>
          <w:lang w:val="es-PR"/>
        </w:rPr>
        <w:t>,</w:t>
      </w:r>
      <w:r w:rsidR="001D3CC1">
        <w:rPr>
          <w:rFonts w:ascii="Book Antiqua" w:hAnsi="Book Antiqua"/>
          <w:i/>
          <w:iCs/>
          <w:u w:val="single"/>
          <w:lang w:val="es-PR"/>
        </w:rPr>
        <w:t>9</w:t>
      </w:r>
      <w:r w:rsidRPr="00FB51A3">
        <w:rPr>
          <w:rFonts w:ascii="Book Antiqua" w:hAnsi="Book Antiqua"/>
          <w:i/>
          <w:iCs/>
          <w:u w:val="single"/>
          <w:lang w:val="es-PR"/>
        </w:rPr>
        <w:t xml:space="preserve">00.00  </w:t>
      </w:r>
    </w:p>
    <w:p w14:paraId="19BB04CC" w14:textId="21E82651"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359. Hogar El Camino a la </w:t>
      </w:r>
      <w:proofErr w:type="spellStart"/>
      <w:r w:rsidRPr="00FB51A3">
        <w:rPr>
          <w:rFonts w:ascii="Book Antiqua" w:hAnsi="Book Antiqua"/>
          <w:i/>
          <w:iCs/>
          <w:u w:val="single"/>
          <w:lang w:val="es-PR"/>
        </w:rPr>
        <w:t>Salvacion</w:t>
      </w:r>
      <w:proofErr w:type="spellEnd"/>
      <w:r w:rsidRPr="00FB51A3">
        <w:rPr>
          <w:rFonts w:ascii="Book Antiqua" w:hAnsi="Book Antiqua"/>
          <w:i/>
          <w:iCs/>
          <w:u w:val="single"/>
          <w:lang w:val="es-PR"/>
        </w:rPr>
        <w:t xml:space="preserve"> II, Inc.  </w:t>
      </w:r>
      <w:r w:rsidR="006864A6" w:rsidRPr="00E84FEC">
        <w:rPr>
          <w:rFonts w:ascii="Book Antiqua" w:hAnsi="Book Antiqua"/>
          <w:i/>
          <w:iCs/>
          <w:u w:val="single"/>
          <w:lang w:val="es-PR"/>
        </w:rPr>
        <w:tab/>
      </w:r>
      <w:r w:rsidRPr="00FB51A3">
        <w:rPr>
          <w:rFonts w:ascii="Book Antiqua" w:hAnsi="Book Antiqua"/>
          <w:i/>
          <w:iCs/>
          <w:u w:val="single"/>
        </w:rPr>
        <w:t xml:space="preserve">$40,000.00  </w:t>
      </w:r>
    </w:p>
    <w:p w14:paraId="36B3C979" w14:textId="6212BFE0"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360. Hogar Forjadores de </w:t>
      </w:r>
      <w:proofErr w:type="gramStart"/>
      <w:r w:rsidRPr="00FB51A3">
        <w:rPr>
          <w:rFonts w:ascii="Book Antiqua" w:hAnsi="Book Antiqua"/>
          <w:i/>
          <w:iCs/>
          <w:u w:val="single"/>
          <w:lang w:val="es-PR"/>
        </w:rPr>
        <w:t xml:space="preserve">Esperanza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$15,000.00  </w:t>
      </w:r>
    </w:p>
    <w:p w14:paraId="2A44E5C0" w14:textId="0457D50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361. Hogar Fortaleza del </w:t>
      </w:r>
      <w:proofErr w:type="spellStart"/>
      <w:r w:rsidRPr="00FB51A3">
        <w:rPr>
          <w:rFonts w:ascii="Book Antiqua" w:hAnsi="Book Antiqua"/>
          <w:i/>
          <w:iCs/>
          <w:u w:val="single"/>
          <w:lang w:val="es-PR"/>
        </w:rPr>
        <w:t>Caido</w:t>
      </w:r>
      <w:proofErr w:type="spellEnd"/>
      <w:r w:rsidRPr="00FB51A3">
        <w:rPr>
          <w:rFonts w:ascii="Book Antiqua" w:hAnsi="Book Antiqua"/>
          <w:i/>
          <w:iCs/>
          <w:u w:val="single"/>
          <w:lang w:val="es-PR"/>
        </w:rPr>
        <w:t xml:space="preserve">, Inc.  </w:t>
      </w:r>
      <w:r w:rsidR="006864A6" w:rsidRPr="00E84FEC">
        <w:rPr>
          <w:rFonts w:ascii="Book Antiqua" w:hAnsi="Book Antiqua"/>
          <w:i/>
          <w:iCs/>
          <w:u w:val="single"/>
          <w:lang w:val="es-PR"/>
        </w:rPr>
        <w:tab/>
      </w:r>
      <w:r w:rsidRPr="00FB51A3">
        <w:rPr>
          <w:rFonts w:ascii="Book Antiqua" w:hAnsi="Book Antiqua"/>
          <w:i/>
          <w:iCs/>
          <w:u w:val="single"/>
        </w:rPr>
        <w:t xml:space="preserve">$25,000.00  </w:t>
      </w:r>
    </w:p>
    <w:p w14:paraId="302EB278" w14:textId="389479E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362. Hogar Hermandad de Oro, Corp.  </w:t>
      </w:r>
      <w:r w:rsidR="006864A6" w:rsidRPr="00E84FEC">
        <w:rPr>
          <w:rFonts w:ascii="Book Antiqua" w:hAnsi="Book Antiqua"/>
          <w:i/>
          <w:iCs/>
          <w:u w:val="single"/>
          <w:lang w:val="es-PR"/>
        </w:rPr>
        <w:tab/>
      </w:r>
      <w:r w:rsidRPr="00FB51A3">
        <w:rPr>
          <w:rFonts w:ascii="Book Antiqua" w:hAnsi="Book Antiqua"/>
          <w:i/>
          <w:iCs/>
          <w:u w:val="single"/>
        </w:rPr>
        <w:t xml:space="preserve">$20,000.00  </w:t>
      </w:r>
    </w:p>
    <w:p w14:paraId="0A817685" w14:textId="3AD20A69"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363. Hogar </w:t>
      </w:r>
      <w:proofErr w:type="spellStart"/>
      <w:r w:rsidRPr="00FB51A3">
        <w:rPr>
          <w:rFonts w:ascii="Book Antiqua" w:hAnsi="Book Antiqua"/>
          <w:i/>
          <w:iCs/>
          <w:u w:val="single"/>
        </w:rPr>
        <w:t>Infantil</w:t>
      </w:r>
      <w:proofErr w:type="spellEnd"/>
      <w:r w:rsidRPr="00FB51A3">
        <w:rPr>
          <w:rFonts w:ascii="Book Antiqua" w:hAnsi="Book Antiqua"/>
          <w:i/>
          <w:iCs/>
          <w:u w:val="single"/>
        </w:rPr>
        <w:t xml:space="preserve"> Jesús </w:t>
      </w:r>
      <w:proofErr w:type="gramStart"/>
      <w:r w:rsidRPr="00FB51A3">
        <w:rPr>
          <w:rFonts w:ascii="Book Antiqua" w:hAnsi="Book Antiqua"/>
          <w:i/>
          <w:iCs/>
          <w:u w:val="single"/>
        </w:rPr>
        <w:t xml:space="preserve">Nazareno  </w:t>
      </w:r>
      <w:r w:rsidR="006864A6" w:rsidRPr="00E84FEC">
        <w:rPr>
          <w:rFonts w:ascii="Book Antiqua" w:hAnsi="Book Antiqua"/>
          <w:i/>
          <w:iCs/>
          <w:u w:val="single"/>
        </w:rPr>
        <w:tab/>
      </w:r>
      <w:proofErr w:type="gramEnd"/>
      <w:r w:rsidRPr="00FB51A3">
        <w:rPr>
          <w:rFonts w:ascii="Book Antiqua" w:hAnsi="Book Antiqua"/>
          <w:i/>
          <w:iCs/>
          <w:u w:val="single"/>
        </w:rPr>
        <w:t xml:space="preserve">$15,000.00  </w:t>
      </w:r>
    </w:p>
    <w:p w14:paraId="23AC8663" w14:textId="3314B51C"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364. Hogar Infantil Santa Teresita del Niño Jesús, Inc.  </w:t>
      </w:r>
      <w:r w:rsidR="006864A6" w:rsidRPr="00E84FEC">
        <w:rPr>
          <w:rFonts w:ascii="Book Antiqua" w:hAnsi="Book Antiqua"/>
          <w:i/>
          <w:iCs/>
          <w:u w:val="single"/>
          <w:lang w:val="es-PR"/>
        </w:rPr>
        <w:tab/>
      </w:r>
      <w:r w:rsidRPr="00FB51A3">
        <w:rPr>
          <w:rFonts w:ascii="Book Antiqua" w:hAnsi="Book Antiqua"/>
          <w:i/>
          <w:iCs/>
          <w:u w:val="single"/>
        </w:rPr>
        <w:t xml:space="preserve">$40,000.00  </w:t>
      </w:r>
    </w:p>
    <w:p w14:paraId="2CAC550A" w14:textId="6588592D"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365. Hogar La Misericordia, Inc. </w:t>
      </w:r>
      <w:r w:rsidR="006864A6" w:rsidRPr="00E84FEC">
        <w:rPr>
          <w:rFonts w:ascii="Book Antiqua" w:hAnsi="Book Antiqua"/>
          <w:i/>
          <w:iCs/>
          <w:u w:val="single"/>
        </w:rPr>
        <w:tab/>
      </w:r>
      <w:r w:rsidRPr="00FB51A3">
        <w:rPr>
          <w:rFonts w:ascii="Book Antiqua" w:hAnsi="Book Antiqua"/>
          <w:i/>
          <w:iCs/>
          <w:u w:val="single"/>
        </w:rPr>
        <w:t xml:space="preserve">$10,000.00  </w:t>
      </w:r>
    </w:p>
    <w:p w14:paraId="6A4728A3" w14:textId="66D988E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366. Hogar Mis Primeros Pasos, Inc. </w:t>
      </w:r>
      <w:r w:rsidR="006864A6" w:rsidRPr="00E84FEC">
        <w:rPr>
          <w:rFonts w:ascii="Book Antiqua" w:hAnsi="Book Antiqua"/>
          <w:i/>
          <w:iCs/>
          <w:u w:val="single"/>
        </w:rPr>
        <w:tab/>
      </w:r>
      <w:r w:rsidRPr="00FB51A3">
        <w:rPr>
          <w:rFonts w:ascii="Book Antiqua" w:hAnsi="Book Antiqua"/>
          <w:i/>
          <w:iCs/>
          <w:u w:val="single"/>
        </w:rPr>
        <w:t xml:space="preserve">$50,000.00  </w:t>
      </w:r>
    </w:p>
    <w:p w14:paraId="46EEE469" w14:textId="42668C9E"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367. Hogar Nueva </w:t>
      </w:r>
      <w:proofErr w:type="spellStart"/>
      <w:proofErr w:type="gramStart"/>
      <w:r w:rsidRPr="00FB51A3">
        <w:rPr>
          <w:rFonts w:ascii="Book Antiqua" w:hAnsi="Book Antiqua"/>
          <w:i/>
          <w:iCs/>
          <w:u w:val="single"/>
        </w:rPr>
        <w:t>Mujer</w:t>
      </w:r>
      <w:proofErr w:type="spellEnd"/>
      <w:r w:rsidRPr="00FB51A3">
        <w:rPr>
          <w:rFonts w:ascii="Book Antiqua" w:hAnsi="Book Antiqua"/>
          <w:i/>
          <w:iCs/>
          <w:u w:val="single"/>
        </w:rPr>
        <w:t xml:space="preserve">  </w:t>
      </w:r>
      <w:r w:rsidR="006864A6" w:rsidRPr="00E84FEC">
        <w:rPr>
          <w:rFonts w:ascii="Book Antiqua" w:hAnsi="Book Antiqua"/>
          <w:i/>
          <w:iCs/>
          <w:u w:val="single"/>
        </w:rPr>
        <w:tab/>
      </w:r>
      <w:proofErr w:type="gramEnd"/>
      <w:r w:rsidRPr="00FB51A3">
        <w:rPr>
          <w:rFonts w:ascii="Book Antiqua" w:hAnsi="Book Antiqua"/>
          <w:i/>
          <w:iCs/>
          <w:u w:val="single"/>
        </w:rPr>
        <w:t xml:space="preserve">$30,000.00  </w:t>
      </w:r>
    </w:p>
    <w:p w14:paraId="55BD58E6" w14:textId="732D5CC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368. Hogar Padre Venard, Inc. </w:t>
      </w:r>
      <w:r w:rsidR="006864A6" w:rsidRPr="00E84FEC">
        <w:rPr>
          <w:rFonts w:ascii="Book Antiqua" w:hAnsi="Book Antiqua"/>
          <w:i/>
          <w:iCs/>
          <w:u w:val="single"/>
        </w:rPr>
        <w:tab/>
      </w:r>
      <w:r w:rsidRPr="00FB51A3">
        <w:rPr>
          <w:rFonts w:ascii="Book Antiqua" w:hAnsi="Book Antiqua"/>
          <w:i/>
          <w:iCs/>
          <w:u w:val="single"/>
        </w:rPr>
        <w:t xml:space="preserve"> $100,000.00  </w:t>
      </w:r>
    </w:p>
    <w:p w14:paraId="5C0857B4" w14:textId="2E4DB7F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369. Hogar Paz de Cristo, Inc. </w:t>
      </w:r>
      <w:r w:rsidR="006864A6" w:rsidRPr="00E84FEC">
        <w:rPr>
          <w:rFonts w:ascii="Book Antiqua" w:hAnsi="Book Antiqua"/>
          <w:i/>
          <w:iCs/>
          <w:u w:val="single"/>
        </w:rPr>
        <w:tab/>
      </w:r>
      <w:r w:rsidRPr="00FB51A3">
        <w:rPr>
          <w:rFonts w:ascii="Book Antiqua" w:hAnsi="Book Antiqua"/>
          <w:i/>
          <w:iCs/>
          <w:u w:val="single"/>
        </w:rPr>
        <w:t xml:space="preserve"> $10,000.00  </w:t>
      </w:r>
    </w:p>
    <w:p w14:paraId="471980A9" w14:textId="7696EE2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370. Hogar Ruth para Mujeres Maltratadas, Inc. </w:t>
      </w:r>
      <w:r w:rsidR="006864A6" w:rsidRPr="00E84FEC">
        <w:rPr>
          <w:rFonts w:ascii="Book Antiqua" w:hAnsi="Book Antiqua"/>
          <w:i/>
          <w:iCs/>
          <w:u w:val="single"/>
        </w:rPr>
        <w:tab/>
      </w:r>
      <w:r w:rsidRPr="00FB51A3">
        <w:rPr>
          <w:rFonts w:ascii="Book Antiqua" w:hAnsi="Book Antiqua"/>
          <w:i/>
          <w:iCs/>
          <w:u w:val="single"/>
        </w:rPr>
        <w:t xml:space="preserve"> $300,000.00  </w:t>
      </w:r>
    </w:p>
    <w:p w14:paraId="3869BF4B" w14:textId="27D43B33"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371. Hogar Santísima </w:t>
      </w:r>
      <w:proofErr w:type="gramStart"/>
      <w:r w:rsidRPr="00FB51A3">
        <w:rPr>
          <w:rFonts w:ascii="Book Antiqua" w:hAnsi="Book Antiqua"/>
          <w:i/>
          <w:iCs/>
          <w:u w:val="single"/>
          <w:lang w:val="es-PR"/>
        </w:rPr>
        <w:t xml:space="preserve">Trinidad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$25,000.00  </w:t>
      </w:r>
    </w:p>
    <w:p w14:paraId="4BDC694D" w14:textId="13EFE70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372. Hogar Sustituto Rosanna Corp.  </w:t>
      </w:r>
      <w:r w:rsidR="006864A6" w:rsidRPr="00E84FEC">
        <w:rPr>
          <w:rFonts w:ascii="Book Antiqua" w:hAnsi="Book Antiqua"/>
          <w:i/>
          <w:iCs/>
          <w:u w:val="single"/>
          <w:lang w:val="es-PR"/>
        </w:rPr>
        <w:tab/>
      </w:r>
      <w:r w:rsidRPr="00FB51A3">
        <w:rPr>
          <w:rFonts w:ascii="Book Antiqua" w:hAnsi="Book Antiqua"/>
          <w:i/>
          <w:iCs/>
          <w:u w:val="single"/>
        </w:rPr>
        <w:t xml:space="preserve">$30,000.00  </w:t>
      </w:r>
    </w:p>
    <w:p w14:paraId="61C08CA2" w14:textId="757DABCF"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373. Hogar Teresa </w:t>
      </w:r>
      <w:proofErr w:type="gramStart"/>
      <w:r w:rsidRPr="00FB51A3">
        <w:rPr>
          <w:rFonts w:ascii="Book Antiqua" w:hAnsi="Book Antiqua"/>
          <w:i/>
          <w:iCs/>
          <w:u w:val="single"/>
        </w:rPr>
        <w:t xml:space="preserve">Toda  </w:t>
      </w:r>
      <w:r w:rsidR="006864A6" w:rsidRPr="00E84FEC">
        <w:rPr>
          <w:rFonts w:ascii="Book Antiqua" w:hAnsi="Book Antiqua"/>
          <w:i/>
          <w:iCs/>
          <w:u w:val="single"/>
        </w:rPr>
        <w:tab/>
      </w:r>
      <w:proofErr w:type="gramEnd"/>
      <w:r w:rsidRPr="00FB51A3">
        <w:rPr>
          <w:rFonts w:ascii="Book Antiqua" w:hAnsi="Book Antiqua"/>
          <w:i/>
          <w:iCs/>
          <w:u w:val="single"/>
        </w:rPr>
        <w:t xml:space="preserve">$29,000.00  </w:t>
      </w:r>
    </w:p>
    <w:p w14:paraId="32DFFEA4" w14:textId="1F71AD34"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374. Hogar Un Nuevo Camino, Inc. </w:t>
      </w:r>
      <w:r w:rsidR="006864A6" w:rsidRPr="00E84FEC">
        <w:rPr>
          <w:rFonts w:ascii="Book Antiqua" w:hAnsi="Book Antiqua"/>
          <w:i/>
          <w:iCs/>
          <w:u w:val="single"/>
        </w:rPr>
        <w:tab/>
      </w:r>
      <w:r w:rsidRPr="00FB51A3">
        <w:rPr>
          <w:rFonts w:ascii="Book Antiqua" w:hAnsi="Book Antiqua"/>
          <w:i/>
          <w:iCs/>
          <w:u w:val="single"/>
        </w:rPr>
        <w:t xml:space="preserve">$10,000.00  </w:t>
      </w:r>
    </w:p>
    <w:p w14:paraId="5638A09C" w14:textId="670E6826"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375. Hogares Rafaela Ybarra, Inc.  </w:t>
      </w:r>
      <w:r w:rsidR="006864A6" w:rsidRPr="00E84FEC">
        <w:rPr>
          <w:rFonts w:ascii="Book Antiqua" w:hAnsi="Book Antiqua"/>
          <w:i/>
          <w:iCs/>
          <w:u w:val="single"/>
        </w:rPr>
        <w:tab/>
      </w:r>
      <w:r w:rsidRPr="00FB51A3">
        <w:rPr>
          <w:rFonts w:ascii="Book Antiqua" w:hAnsi="Book Antiqua"/>
          <w:i/>
          <w:iCs/>
          <w:u w:val="single"/>
        </w:rPr>
        <w:t xml:space="preserve">$170,000.00  </w:t>
      </w:r>
    </w:p>
    <w:p w14:paraId="55766201" w14:textId="2EBE65D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376. Hospicio La Guadalupe, Inc.  </w:t>
      </w:r>
      <w:r w:rsidR="006864A6" w:rsidRPr="00E84FEC">
        <w:rPr>
          <w:rFonts w:ascii="Book Antiqua" w:hAnsi="Book Antiqua"/>
          <w:i/>
          <w:iCs/>
          <w:u w:val="single"/>
        </w:rPr>
        <w:tab/>
      </w:r>
      <w:r w:rsidRPr="00FB51A3">
        <w:rPr>
          <w:rFonts w:ascii="Book Antiqua" w:hAnsi="Book Antiqua"/>
          <w:i/>
          <w:iCs/>
          <w:u w:val="single"/>
        </w:rPr>
        <w:t xml:space="preserve">$10,000.00  </w:t>
      </w:r>
    </w:p>
    <w:p w14:paraId="399A9854" w14:textId="59563330"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377. ICS Research Institute, Inc.  </w:t>
      </w:r>
      <w:r w:rsidR="006864A6" w:rsidRPr="00E84FEC">
        <w:rPr>
          <w:rFonts w:ascii="Book Antiqua" w:hAnsi="Book Antiqua"/>
          <w:i/>
          <w:iCs/>
          <w:u w:val="single"/>
        </w:rPr>
        <w:tab/>
      </w:r>
      <w:r w:rsidRPr="00FB51A3">
        <w:rPr>
          <w:rFonts w:ascii="Book Antiqua" w:hAnsi="Book Antiqua"/>
          <w:i/>
          <w:iCs/>
          <w:u w:val="single"/>
        </w:rPr>
        <w:t xml:space="preserve">$3,000.00  </w:t>
      </w:r>
    </w:p>
    <w:p w14:paraId="7AD2B1CB" w14:textId="5AF68DDB"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378. Id Shaliah </w:t>
      </w:r>
      <w:proofErr w:type="gramStart"/>
      <w:r w:rsidRPr="00FB51A3">
        <w:rPr>
          <w:rFonts w:ascii="Book Antiqua" w:hAnsi="Book Antiqua"/>
          <w:i/>
          <w:iCs/>
          <w:u w:val="single"/>
        </w:rPr>
        <w:t xml:space="preserve">Inc  </w:t>
      </w:r>
      <w:r w:rsidR="006864A6" w:rsidRPr="00E84FEC">
        <w:rPr>
          <w:rFonts w:ascii="Book Antiqua" w:hAnsi="Book Antiqua"/>
          <w:i/>
          <w:iCs/>
          <w:u w:val="single"/>
        </w:rPr>
        <w:tab/>
      </w:r>
      <w:proofErr w:type="gramEnd"/>
      <w:r w:rsidRPr="00FB51A3">
        <w:rPr>
          <w:rFonts w:ascii="Book Antiqua" w:hAnsi="Book Antiqua"/>
          <w:i/>
          <w:iCs/>
          <w:u w:val="single"/>
        </w:rPr>
        <w:t xml:space="preserve">$3,000.00  </w:t>
      </w:r>
    </w:p>
    <w:p w14:paraId="7FFBAC6F" w14:textId="672A6A1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379. Iglesia Bautista Bethel Proyecto Miel </w:t>
      </w:r>
      <w:r w:rsidR="006864A6" w:rsidRPr="00E84FEC">
        <w:rPr>
          <w:rFonts w:ascii="Book Antiqua" w:hAnsi="Book Antiqua"/>
          <w:i/>
          <w:iCs/>
          <w:u w:val="single"/>
        </w:rPr>
        <w:tab/>
      </w:r>
      <w:r w:rsidRPr="00FB51A3">
        <w:rPr>
          <w:rFonts w:ascii="Book Antiqua" w:hAnsi="Book Antiqua"/>
          <w:i/>
          <w:iCs/>
          <w:u w:val="single"/>
        </w:rPr>
        <w:t xml:space="preserve">$4,000.00  </w:t>
      </w:r>
    </w:p>
    <w:p w14:paraId="7513098B" w14:textId="25CAA8E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380. Iglesia Caridad, Inc. </w:t>
      </w:r>
      <w:r w:rsidR="006864A6" w:rsidRPr="00E84FEC">
        <w:rPr>
          <w:rFonts w:ascii="Book Antiqua" w:hAnsi="Book Antiqua"/>
          <w:i/>
          <w:iCs/>
          <w:u w:val="single"/>
        </w:rPr>
        <w:tab/>
      </w:r>
      <w:r w:rsidRPr="00FB51A3">
        <w:rPr>
          <w:rFonts w:ascii="Book Antiqua" w:hAnsi="Book Antiqua"/>
          <w:i/>
          <w:iCs/>
          <w:u w:val="single"/>
        </w:rPr>
        <w:t xml:space="preserve">$3,000.00  </w:t>
      </w:r>
    </w:p>
    <w:p w14:paraId="766216FF" w14:textId="19DBB81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381. Iglesia Casa de Refugio </w:t>
      </w:r>
      <w:proofErr w:type="spellStart"/>
      <w:r w:rsidRPr="00FB51A3">
        <w:rPr>
          <w:rFonts w:ascii="Book Antiqua" w:hAnsi="Book Antiqua"/>
          <w:i/>
          <w:iCs/>
          <w:u w:val="single"/>
        </w:rPr>
        <w:t>en</w:t>
      </w:r>
      <w:proofErr w:type="spellEnd"/>
      <w:r w:rsidRPr="00FB51A3">
        <w:rPr>
          <w:rFonts w:ascii="Book Antiqua" w:hAnsi="Book Antiqua"/>
          <w:i/>
          <w:iCs/>
          <w:u w:val="single"/>
        </w:rPr>
        <w:t xml:space="preserve"> Medio de la </w:t>
      </w:r>
      <w:proofErr w:type="spellStart"/>
      <w:r w:rsidRPr="00FB51A3">
        <w:rPr>
          <w:rFonts w:ascii="Book Antiqua" w:hAnsi="Book Antiqua"/>
          <w:i/>
          <w:iCs/>
          <w:u w:val="single"/>
        </w:rPr>
        <w:t>Tempestad</w:t>
      </w:r>
      <w:proofErr w:type="spellEnd"/>
      <w:r w:rsidRPr="00FB51A3">
        <w:rPr>
          <w:rFonts w:ascii="Book Antiqua" w:hAnsi="Book Antiqua"/>
          <w:i/>
          <w:iCs/>
          <w:u w:val="single"/>
        </w:rPr>
        <w:t xml:space="preserve"> Inc </w:t>
      </w:r>
      <w:r w:rsidR="006864A6" w:rsidRPr="00E84FEC">
        <w:rPr>
          <w:rFonts w:ascii="Book Antiqua" w:hAnsi="Book Antiqua"/>
          <w:i/>
          <w:iCs/>
          <w:u w:val="single"/>
        </w:rPr>
        <w:tab/>
      </w:r>
      <w:r w:rsidRPr="00FB51A3">
        <w:rPr>
          <w:rFonts w:ascii="Book Antiqua" w:hAnsi="Book Antiqua"/>
          <w:i/>
          <w:iCs/>
          <w:u w:val="single"/>
        </w:rPr>
        <w:t xml:space="preserve">$3,000.00  </w:t>
      </w:r>
    </w:p>
    <w:p w14:paraId="2C193E6E" w14:textId="1D313BC5"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382. Iglesia Cristiana En las Alas del </w:t>
      </w:r>
      <w:proofErr w:type="gramStart"/>
      <w:r w:rsidRPr="00FB51A3">
        <w:rPr>
          <w:rFonts w:ascii="Book Antiqua" w:hAnsi="Book Antiqua"/>
          <w:i/>
          <w:iCs/>
          <w:u w:val="single"/>
          <w:lang w:val="es-PR"/>
        </w:rPr>
        <w:t xml:space="preserve">Amor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5F7CDD4C" w14:textId="4AF12B98"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383. Iglesia Cristiana Pentecostal Camino de Santidad, Inc. </w:t>
      </w:r>
      <w:r w:rsidR="006864A6" w:rsidRPr="00E84FEC">
        <w:rPr>
          <w:rFonts w:ascii="Book Antiqua" w:hAnsi="Book Antiqua"/>
          <w:i/>
          <w:iCs/>
          <w:u w:val="single"/>
        </w:rPr>
        <w:tab/>
      </w:r>
      <w:r w:rsidRPr="00FB51A3">
        <w:rPr>
          <w:rFonts w:ascii="Book Antiqua" w:hAnsi="Book Antiqua"/>
          <w:i/>
          <w:iCs/>
          <w:u w:val="single"/>
        </w:rPr>
        <w:t xml:space="preserve">$10,000.00  </w:t>
      </w:r>
    </w:p>
    <w:p w14:paraId="5442968F" w14:textId="0902C94C"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384. Iglesia Evangélica Emmanuel / Fundación </w:t>
      </w:r>
      <w:proofErr w:type="gramStart"/>
      <w:r w:rsidRPr="00FB51A3">
        <w:rPr>
          <w:rFonts w:ascii="Book Antiqua" w:hAnsi="Book Antiqua"/>
          <w:i/>
          <w:iCs/>
          <w:u w:val="single"/>
          <w:lang w:val="es-PR"/>
        </w:rPr>
        <w:t xml:space="preserve">Emmanuel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$3,000.00  </w:t>
      </w:r>
    </w:p>
    <w:p w14:paraId="1996BFA6" w14:textId="21224EE5"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385. Iglesia Evangélica Luterana Santísima Trinidad, Inc.  </w:t>
      </w:r>
      <w:r w:rsidR="006864A6" w:rsidRPr="00E84FEC">
        <w:rPr>
          <w:rFonts w:ascii="Book Antiqua" w:hAnsi="Book Antiqua"/>
          <w:i/>
          <w:iCs/>
          <w:u w:val="single"/>
        </w:rPr>
        <w:tab/>
      </w:r>
      <w:r w:rsidRPr="00FB51A3">
        <w:rPr>
          <w:rFonts w:ascii="Book Antiqua" w:hAnsi="Book Antiqua"/>
          <w:i/>
          <w:iCs/>
          <w:u w:val="single"/>
        </w:rPr>
        <w:t xml:space="preserve">$3,000.00  </w:t>
      </w:r>
    </w:p>
    <w:p w14:paraId="4742F2A9" w14:textId="3C397784" w:rsidR="00FB51A3" w:rsidRPr="00FB51A3" w:rsidRDefault="00FB51A3" w:rsidP="007B793F">
      <w:pPr>
        <w:tabs>
          <w:tab w:val="decimal" w:pos="8280"/>
        </w:tabs>
        <w:rPr>
          <w:rFonts w:ascii="Book Antiqua" w:hAnsi="Book Antiqua"/>
          <w:i/>
          <w:iCs/>
          <w:u w:val="single"/>
          <w:lang w:val="es-PR"/>
        </w:rPr>
      </w:pPr>
      <w:r w:rsidRPr="00FB51A3">
        <w:rPr>
          <w:rFonts w:ascii="Book Antiqua" w:hAnsi="Book Antiqua"/>
          <w:i/>
          <w:iCs/>
          <w:u w:val="single"/>
          <w:lang w:val="es-PR"/>
        </w:rPr>
        <w:t xml:space="preserve">386. Impacto Artístico </w:t>
      </w:r>
      <w:proofErr w:type="gramStart"/>
      <w:r w:rsidRPr="00FB51A3">
        <w:rPr>
          <w:rFonts w:ascii="Book Antiqua" w:hAnsi="Book Antiqua"/>
          <w:i/>
          <w:iCs/>
          <w:u w:val="single"/>
          <w:lang w:val="es-PR"/>
        </w:rPr>
        <w:t xml:space="preserve">Estudiantil  </w:t>
      </w:r>
      <w:r w:rsidR="006864A6" w:rsidRPr="00E84FEC">
        <w:rPr>
          <w:rFonts w:ascii="Book Antiqua" w:hAnsi="Book Antiqua"/>
          <w:i/>
          <w:iCs/>
          <w:u w:val="single"/>
          <w:lang w:val="es-PR"/>
        </w:rPr>
        <w:tab/>
      </w:r>
      <w:proofErr w:type="gramEnd"/>
      <w:r w:rsidRPr="00FB51A3">
        <w:rPr>
          <w:rFonts w:ascii="Book Antiqua" w:hAnsi="Book Antiqua"/>
          <w:i/>
          <w:iCs/>
          <w:u w:val="single"/>
          <w:lang w:val="es-PR"/>
        </w:rPr>
        <w:t xml:space="preserve">$6,000.00  </w:t>
      </w:r>
    </w:p>
    <w:p w14:paraId="6E640F70" w14:textId="03AAD20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lang w:val="es-PR"/>
        </w:rPr>
        <w:t xml:space="preserve">387. Ingenio Educativo Corp.  </w:t>
      </w:r>
      <w:r w:rsidR="006864A6" w:rsidRPr="00E84FEC">
        <w:rPr>
          <w:rFonts w:ascii="Book Antiqua" w:hAnsi="Book Antiqua"/>
          <w:i/>
          <w:iCs/>
          <w:u w:val="single"/>
          <w:lang w:val="es-PR"/>
        </w:rPr>
        <w:tab/>
      </w:r>
      <w:r w:rsidRPr="00FB51A3">
        <w:rPr>
          <w:rFonts w:ascii="Book Antiqua" w:hAnsi="Book Antiqua"/>
          <w:i/>
          <w:iCs/>
          <w:u w:val="single"/>
        </w:rPr>
        <w:t xml:space="preserve">$3,000.00  </w:t>
      </w:r>
    </w:p>
    <w:p w14:paraId="0FB137EC" w14:textId="4B473C0A"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388. Iniciativa Comunitaria Campo Alegre, Inc.  </w:t>
      </w:r>
      <w:r w:rsidR="006864A6" w:rsidRPr="00E84FEC">
        <w:rPr>
          <w:rFonts w:ascii="Book Antiqua" w:hAnsi="Book Antiqua"/>
          <w:i/>
          <w:iCs/>
          <w:u w:val="single"/>
        </w:rPr>
        <w:tab/>
      </w:r>
      <w:r w:rsidRPr="00FB51A3">
        <w:rPr>
          <w:rFonts w:ascii="Book Antiqua" w:hAnsi="Book Antiqua"/>
          <w:i/>
          <w:iCs/>
          <w:u w:val="single"/>
        </w:rPr>
        <w:t xml:space="preserve">$3,000.00  </w:t>
      </w:r>
    </w:p>
    <w:p w14:paraId="1CBB1282" w14:textId="06D73702" w:rsidR="00FB51A3" w:rsidRPr="00FB51A3" w:rsidRDefault="00FB51A3" w:rsidP="007B793F">
      <w:pPr>
        <w:tabs>
          <w:tab w:val="decimal" w:pos="8280"/>
        </w:tabs>
        <w:rPr>
          <w:rFonts w:ascii="Book Antiqua" w:hAnsi="Book Antiqua"/>
          <w:i/>
          <w:iCs/>
          <w:u w:val="single"/>
        </w:rPr>
      </w:pPr>
      <w:r w:rsidRPr="00FB51A3">
        <w:rPr>
          <w:rFonts w:ascii="Book Antiqua" w:hAnsi="Book Antiqua"/>
          <w:i/>
          <w:iCs/>
          <w:u w:val="single"/>
        </w:rPr>
        <w:t xml:space="preserve">389. </w:t>
      </w:r>
      <w:proofErr w:type="spellStart"/>
      <w:r w:rsidRPr="00FB51A3">
        <w:rPr>
          <w:rFonts w:ascii="Book Antiqua" w:hAnsi="Book Antiqua"/>
          <w:i/>
          <w:iCs/>
          <w:u w:val="single"/>
        </w:rPr>
        <w:t>Iniciativa</w:t>
      </w:r>
      <w:proofErr w:type="spellEnd"/>
      <w:r w:rsidRPr="00FB51A3">
        <w:rPr>
          <w:rFonts w:ascii="Book Antiqua" w:hAnsi="Book Antiqua"/>
          <w:i/>
          <w:iCs/>
          <w:u w:val="single"/>
        </w:rPr>
        <w:t xml:space="preserve"> </w:t>
      </w:r>
      <w:proofErr w:type="spellStart"/>
      <w:r w:rsidRPr="00FB51A3">
        <w:rPr>
          <w:rFonts w:ascii="Book Antiqua" w:hAnsi="Book Antiqua"/>
          <w:i/>
          <w:iCs/>
          <w:u w:val="single"/>
        </w:rPr>
        <w:t>Comunitaria</w:t>
      </w:r>
      <w:proofErr w:type="spellEnd"/>
      <w:r w:rsidRPr="00FB51A3">
        <w:rPr>
          <w:rFonts w:ascii="Book Antiqua" w:hAnsi="Book Antiqua"/>
          <w:i/>
          <w:iCs/>
          <w:u w:val="single"/>
        </w:rPr>
        <w:t xml:space="preserve"> de </w:t>
      </w:r>
      <w:proofErr w:type="gramStart"/>
      <w:r w:rsidRPr="00FB51A3">
        <w:rPr>
          <w:rFonts w:ascii="Book Antiqua" w:hAnsi="Book Antiqua"/>
          <w:i/>
          <w:iCs/>
          <w:u w:val="single"/>
        </w:rPr>
        <w:t xml:space="preserve">Arecibo  </w:t>
      </w:r>
      <w:r w:rsidR="006864A6" w:rsidRPr="00E84FEC">
        <w:rPr>
          <w:rFonts w:ascii="Book Antiqua" w:hAnsi="Book Antiqua"/>
          <w:i/>
          <w:iCs/>
          <w:u w:val="single"/>
        </w:rPr>
        <w:tab/>
      </w:r>
      <w:proofErr w:type="gramEnd"/>
      <w:r w:rsidRPr="00FB51A3">
        <w:rPr>
          <w:rFonts w:ascii="Book Antiqua" w:hAnsi="Book Antiqua"/>
          <w:i/>
          <w:iCs/>
          <w:u w:val="single"/>
        </w:rPr>
        <w:t xml:space="preserve">$10,000.00  </w:t>
      </w:r>
    </w:p>
    <w:p w14:paraId="5FCB1D18" w14:textId="0966065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390. Iniciativa Comunitaria de Investigación, Inc. </w:t>
      </w:r>
      <w:r w:rsidR="006864A6" w:rsidRPr="00E84FEC">
        <w:rPr>
          <w:rFonts w:ascii="Book Antiqua" w:hAnsi="Book Antiqua"/>
          <w:i/>
          <w:iCs/>
          <w:u w:val="single"/>
        </w:rPr>
        <w:tab/>
      </w:r>
      <w:r w:rsidRPr="003659B9">
        <w:rPr>
          <w:rFonts w:ascii="Book Antiqua" w:hAnsi="Book Antiqua"/>
          <w:i/>
          <w:iCs/>
          <w:u w:val="single"/>
        </w:rPr>
        <w:t xml:space="preserve"> $14,250.00  </w:t>
      </w:r>
    </w:p>
    <w:p w14:paraId="55EBFB02" w14:textId="77777777" w:rsidR="006864A6" w:rsidRPr="00E84FEC"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391. Institute for Individual Group and Organizational </w:t>
      </w:r>
    </w:p>
    <w:p w14:paraId="0E27FD5C" w14:textId="2023CE6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Development, Inc. </w:t>
      </w:r>
      <w:r w:rsidR="006864A6" w:rsidRPr="00E84FEC">
        <w:rPr>
          <w:rFonts w:ascii="Book Antiqua" w:hAnsi="Book Antiqua"/>
          <w:i/>
          <w:iCs/>
          <w:u w:val="single"/>
        </w:rPr>
        <w:tab/>
      </w:r>
      <w:r w:rsidRPr="003659B9">
        <w:rPr>
          <w:rFonts w:ascii="Book Antiqua" w:hAnsi="Book Antiqua"/>
          <w:i/>
          <w:iCs/>
          <w:u w:val="single"/>
        </w:rPr>
        <w:t xml:space="preserve">$3,000.00  </w:t>
      </w:r>
    </w:p>
    <w:p w14:paraId="2F2F6B85" w14:textId="18B271D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392. Instituto Alejandro Tapia y Rivera Inc </w:t>
      </w:r>
      <w:r w:rsidR="006864A6" w:rsidRPr="00E84FEC">
        <w:rPr>
          <w:rFonts w:ascii="Book Antiqua" w:hAnsi="Book Antiqua"/>
          <w:i/>
          <w:iCs/>
          <w:u w:val="single"/>
        </w:rPr>
        <w:tab/>
      </w:r>
      <w:r w:rsidRPr="003659B9">
        <w:rPr>
          <w:rFonts w:ascii="Book Antiqua" w:hAnsi="Book Antiqua"/>
          <w:i/>
          <w:iCs/>
          <w:u w:val="single"/>
        </w:rPr>
        <w:t xml:space="preserve"> $20,000.00  </w:t>
      </w:r>
    </w:p>
    <w:p w14:paraId="493C9087" w14:textId="10C5AA2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393. Instituto de Adiestramiento Empleo y Vida Independiente </w:t>
      </w:r>
      <w:r w:rsidR="006864A6" w:rsidRPr="00E84FEC">
        <w:rPr>
          <w:rFonts w:ascii="Book Antiqua" w:hAnsi="Book Antiqua"/>
          <w:i/>
          <w:iCs/>
          <w:u w:val="single"/>
        </w:rPr>
        <w:tab/>
      </w:r>
      <w:r w:rsidRPr="003659B9">
        <w:rPr>
          <w:rFonts w:ascii="Book Antiqua" w:hAnsi="Book Antiqua"/>
          <w:i/>
          <w:iCs/>
          <w:u w:val="single"/>
        </w:rPr>
        <w:t xml:space="preserve"> $10,000.00  </w:t>
      </w:r>
    </w:p>
    <w:p w14:paraId="33816243" w14:textId="0A1CA535"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394. Instituto de </w:t>
      </w:r>
      <w:proofErr w:type="spellStart"/>
      <w:r w:rsidRPr="003659B9">
        <w:rPr>
          <w:rFonts w:ascii="Book Antiqua" w:hAnsi="Book Antiqua"/>
          <w:i/>
          <w:iCs/>
          <w:u w:val="single"/>
          <w:lang w:val="es-PR"/>
        </w:rPr>
        <w:t>Psicotraumatología</w:t>
      </w:r>
      <w:proofErr w:type="spellEnd"/>
      <w:r w:rsidRPr="003659B9">
        <w:rPr>
          <w:rFonts w:ascii="Book Antiqua" w:hAnsi="Book Antiqua"/>
          <w:i/>
          <w:iCs/>
          <w:u w:val="single"/>
          <w:lang w:val="es-PR"/>
        </w:rPr>
        <w:t xml:space="preserve"> de Puerto </w:t>
      </w:r>
      <w:proofErr w:type="gramStart"/>
      <w:r w:rsidRPr="003659B9">
        <w:rPr>
          <w:rFonts w:ascii="Book Antiqua" w:hAnsi="Book Antiqua"/>
          <w:i/>
          <w:iCs/>
          <w:u w:val="single"/>
          <w:lang w:val="es-PR"/>
        </w:rPr>
        <w:t xml:space="preserve">Rico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$45,000.00  </w:t>
      </w:r>
    </w:p>
    <w:p w14:paraId="05A3684E" w14:textId="07FAA757"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395. Instituto del Desarrollo de la </w:t>
      </w:r>
      <w:proofErr w:type="gramStart"/>
      <w:r w:rsidRPr="003659B9">
        <w:rPr>
          <w:rFonts w:ascii="Book Antiqua" w:hAnsi="Book Antiqua"/>
          <w:i/>
          <w:iCs/>
          <w:u w:val="single"/>
          <w:lang w:val="es-PR"/>
        </w:rPr>
        <w:t xml:space="preserve">Juventud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$20,000.00  </w:t>
      </w:r>
    </w:p>
    <w:p w14:paraId="68E52225" w14:textId="35F27A3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 xml:space="preserve">396. Instituto del Hogar Celia y Harris Bunker, Inc.  </w:t>
      </w:r>
      <w:r w:rsidR="006864A6" w:rsidRPr="00E84FEC">
        <w:rPr>
          <w:rFonts w:ascii="Book Antiqua" w:hAnsi="Book Antiqua"/>
          <w:i/>
          <w:iCs/>
          <w:u w:val="single"/>
          <w:lang w:val="es-PR"/>
        </w:rPr>
        <w:tab/>
      </w:r>
      <w:r w:rsidRPr="003659B9">
        <w:rPr>
          <w:rFonts w:ascii="Book Antiqua" w:hAnsi="Book Antiqua"/>
          <w:i/>
          <w:iCs/>
          <w:u w:val="single"/>
        </w:rPr>
        <w:t xml:space="preserve">$11,750.00  </w:t>
      </w:r>
    </w:p>
    <w:p w14:paraId="2946A57D" w14:textId="77777777" w:rsidR="006864A6" w:rsidRPr="00E84FEC"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397. Instituto Especial para el Desarrollo Integral del Individuo, </w:t>
      </w:r>
    </w:p>
    <w:p w14:paraId="395BCCEB" w14:textId="773ADFE6"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la Familia y la Comunidad, Inc. </w:t>
      </w:r>
      <w:r w:rsidR="006864A6" w:rsidRPr="00E84FEC">
        <w:rPr>
          <w:rFonts w:ascii="Book Antiqua" w:hAnsi="Book Antiqua"/>
          <w:i/>
          <w:iCs/>
          <w:u w:val="single"/>
          <w:lang w:val="es-PR"/>
        </w:rPr>
        <w:tab/>
      </w:r>
      <w:r w:rsidRPr="003659B9">
        <w:rPr>
          <w:rFonts w:ascii="Book Antiqua" w:hAnsi="Book Antiqua"/>
          <w:i/>
          <w:iCs/>
          <w:u w:val="single"/>
          <w:lang w:val="es-PR"/>
        </w:rPr>
        <w:t xml:space="preserve">$30,000.00  </w:t>
      </w:r>
    </w:p>
    <w:p w14:paraId="11D1274B" w14:textId="47F0A6C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398. Instituto Nueva Escuela, Inc. </w:t>
      </w:r>
      <w:r w:rsidR="006864A6" w:rsidRPr="00E84FEC">
        <w:rPr>
          <w:rFonts w:ascii="Book Antiqua" w:hAnsi="Book Antiqua"/>
          <w:i/>
          <w:iCs/>
          <w:u w:val="single"/>
        </w:rPr>
        <w:tab/>
      </w:r>
      <w:r w:rsidRPr="003659B9">
        <w:rPr>
          <w:rFonts w:ascii="Book Antiqua" w:hAnsi="Book Antiqua"/>
          <w:i/>
          <w:iCs/>
          <w:u w:val="single"/>
        </w:rPr>
        <w:t>$7</w:t>
      </w:r>
      <w:r w:rsidR="001D3CC1">
        <w:rPr>
          <w:rFonts w:ascii="Book Antiqua" w:hAnsi="Book Antiqua"/>
          <w:i/>
          <w:iCs/>
          <w:u w:val="single"/>
        </w:rPr>
        <w:t>0</w:t>
      </w:r>
      <w:r w:rsidRPr="003659B9">
        <w:rPr>
          <w:rFonts w:ascii="Book Antiqua" w:hAnsi="Book Antiqua"/>
          <w:i/>
          <w:iCs/>
          <w:u w:val="single"/>
        </w:rPr>
        <w:t xml:space="preserve">,000.00  </w:t>
      </w:r>
    </w:p>
    <w:p w14:paraId="1FDD2C82" w14:textId="572CBB8C"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399. Instituto Pre Vocacional e Industrial de PR </w:t>
      </w:r>
      <w:r w:rsidR="006864A6" w:rsidRPr="00E84FEC">
        <w:rPr>
          <w:rFonts w:ascii="Book Antiqua" w:hAnsi="Book Antiqua"/>
          <w:i/>
          <w:iCs/>
          <w:u w:val="single"/>
        </w:rPr>
        <w:tab/>
      </w:r>
      <w:r w:rsidRPr="003659B9">
        <w:rPr>
          <w:rFonts w:ascii="Book Antiqua" w:hAnsi="Book Antiqua"/>
          <w:i/>
          <w:iCs/>
          <w:u w:val="single"/>
        </w:rPr>
        <w:t xml:space="preserve"> $10,000.00  </w:t>
      </w:r>
    </w:p>
    <w:p w14:paraId="03013CEA" w14:textId="6A23BB9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400. Instituto Psicopedagógico de Puerto Rico </w:t>
      </w:r>
      <w:r w:rsidR="006864A6" w:rsidRPr="00E84FEC">
        <w:rPr>
          <w:rFonts w:ascii="Book Antiqua" w:hAnsi="Book Antiqua"/>
          <w:i/>
          <w:iCs/>
          <w:u w:val="single"/>
        </w:rPr>
        <w:tab/>
      </w:r>
      <w:r w:rsidRPr="003659B9">
        <w:rPr>
          <w:rFonts w:ascii="Book Antiqua" w:hAnsi="Book Antiqua"/>
          <w:i/>
          <w:iCs/>
          <w:u w:val="single"/>
        </w:rPr>
        <w:t xml:space="preserve"> $190,000.00  </w:t>
      </w:r>
    </w:p>
    <w:p w14:paraId="618A8DA2" w14:textId="77E109A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401. Instituto Santa Ana, Inc.  </w:t>
      </w:r>
      <w:r w:rsidR="006864A6" w:rsidRPr="00E84FEC">
        <w:rPr>
          <w:rFonts w:ascii="Book Antiqua" w:hAnsi="Book Antiqua"/>
          <w:i/>
          <w:iCs/>
          <w:u w:val="single"/>
        </w:rPr>
        <w:tab/>
      </w:r>
      <w:r w:rsidRPr="003659B9">
        <w:rPr>
          <w:rFonts w:ascii="Book Antiqua" w:hAnsi="Book Antiqua"/>
          <w:i/>
          <w:iCs/>
          <w:u w:val="single"/>
        </w:rPr>
        <w:t xml:space="preserve">$396,000.00  </w:t>
      </w:r>
    </w:p>
    <w:p w14:paraId="1B687BA3" w14:textId="0F3CAF3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402. Jayuya Track and Field, Inc.  </w:t>
      </w:r>
      <w:r w:rsidR="006864A6" w:rsidRPr="00E84FEC">
        <w:rPr>
          <w:rFonts w:ascii="Book Antiqua" w:hAnsi="Book Antiqua"/>
          <w:i/>
          <w:iCs/>
          <w:u w:val="single"/>
        </w:rPr>
        <w:tab/>
      </w:r>
      <w:r w:rsidRPr="003659B9">
        <w:rPr>
          <w:rFonts w:ascii="Book Antiqua" w:hAnsi="Book Antiqua"/>
          <w:i/>
          <w:iCs/>
          <w:u w:val="single"/>
        </w:rPr>
        <w:t xml:space="preserve">$5,000.00  </w:t>
      </w:r>
    </w:p>
    <w:p w14:paraId="125BE965" w14:textId="60A18101"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 xml:space="preserve">403. Jóvenes de Puerto Rico en Riesgo, Inc.  </w:t>
      </w:r>
      <w:r w:rsidR="006864A6" w:rsidRPr="00E84FEC">
        <w:rPr>
          <w:rFonts w:ascii="Book Antiqua" w:hAnsi="Book Antiqua"/>
          <w:i/>
          <w:iCs/>
          <w:u w:val="single"/>
          <w:lang w:val="es-PR"/>
        </w:rPr>
        <w:tab/>
      </w:r>
      <w:r w:rsidRPr="003659B9">
        <w:rPr>
          <w:rFonts w:ascii="Book Antiqua" w:hAnsi="Book Antiqua"/>
          <w:i/>
          <w:iCs/>
          <w:u w:val="single"/>
        </w:rPr>
        <w:t>$</w:t>
      </w:r>
      <w:r w:rsidR="001D3CC1">
        <w:rPr>
          <w:rFonts w:ascii="Book Antiqua" w:hAnsi="Book Antiqua"/>
          <w:i/>
          <w:iCs/>
          <w:u w:val="single"/>
        </w:rPr>
        <w:t>19</w:t>
      </w:r>
      <w:r w:rsidRPr="003659B9">
        <w:rPr>
          <w:rFonts w:ascii="Book Antiqua" w:hAnsi="Book Antiqua"/>
          <w:i/>
          <w:iCs/>
          <w:u w:val="single"/>
        </w:rPr>
        <w:t xml:space="preserve">,000.00  </w:t>
      </w:r>
    </w:p>
    <w:p w14:paraId="6B157E9D" w14:textId="774C1CD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404. La Casa de Ampi, Inc. </w:t>
      </w:r>
      <w:r w:rsidR="006864A6" w:rsidRPr="00E84FEC">
        <w:rPr>
          <w:rFonts w:ascii="Book Antiqua" w:hAnsi="Book Antiqua"/>
          <w:i/>
          <w:iCs/>
          <w:u w:val="single"/>
        </w:rPr>
        <w:tab/>
      </w:r>
      <w:r w:rsidRPr="003659B9">
        <w:rPr>
          <w:rFonts w:ascii="Book Antiqua" w:hAnsi="Book Antiqua"/>
          <w:i/>
          <w:iCs/>
          <w:u w:val="single"/>
        </w:rPr>
        <w:t xml:space="preserve"> $3,000.00  </w:t>
      </w:r>
    </w:p>
    <w:p w14:paraId="32A72C58" w14:textId="3DFBC5B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 xml:space="preserve">405. La Casa de Doña Here, Inc.  </w:t>
      </w:r>
      <w:r w:rsidR="006864A6" w:rsidRPr="00E84FEC">
        <w:rPr>
          <w:rFonts w:ascii="Book Antiqua" w:hAnsi="Book Antiqua"/>
          <w:i/>
          <w:iCs/>
          <w:u w:val="single"/>
          <w:lang w:val="es-PR"/>
        </w:rPr>
        <w:tab/>
      </w:r>
      <w:r w:rsidRPr="003659B9">
        <w:rPr>
          <w:rFonts w:ascii="Book Antiqua" w:hAnsi="Book Antiqua"/>
          <w:i/>
          <w:iCs/>
          <w:u w:val="single"/>
        </w:rPr>
        <w:t xml:space="preserve">$3,000.00  </w:t>
      </w:r>
    </w:p>
    <w:p w14:paraId="525D079B" w14:textId="7EDCD45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406. La Casa de la Cultura Isabelina, Inc.  </w:t>
      </w:r>
      <w:r w:rsidR="006864A6" w:rsidRPr="00E84FEC">
        <w:rPr>
          <w:rFonts w:ascii="Book Antiqua" w:hAnsi="Book Antiqua"/>
          <w:i/>
          <w:iCs/>
          <w:u w:val="single"/>
        </w:rPr>
        <w:tab/>
      </w:r>
      <w:r w:rsidRPr="003659B9">
        <w:rPr>
          <w:rFonts w:ascii="Book Antiqua" w:hAnsi="Book Antiqua"/>
          <w:i/>
          <w:iCs/>
          <w:u w:val="single"/>
        </w:rPr>
        <w:t xml:space="preserve">$3,000.00  </w:t>
      </w:r>
    </w:p>
    <w:p w14:paraId="55F9A4C4" w14:textId="0D55F54E"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407. La Casa de </w:t>
      </w:r>
      <w:proofErr w:type="gramStart"/>
      <w:r w:rsidRPr="003659B9">
        <w:rPr>
          <w:rFonts w:ascii="Book Antiqua" w:hAnsi="Book Antiqua"/>
          <w:i/>
          <w:iCs/>
          <w:u w:val="single"/>
          <w:lang w:val="es-PR"/>
        </w:rPr>
        <w:t xml:space="preserve">Todos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$7</w:t>
      </w:r>
      <w:r w:rsidR="001D3CC1">
        <w:rPr>
          <w:rFonts w:ascii="Book Antiqua" w:hAnsi="Book Antiqua"/>
          <w:i/>
          <w:iCs/>
          <w:u w:val="single"/>
          <w:lang w:val="es-PR"/>
        </w:rPr>
        <w:t>2</w:t>
      </w:r>
      <w:r w:rsidRPr="003659B9">
        <w:rPr>
          <w:rFonts w:ascii="Book Antiqua" w:hAnsi="Book Antiqua"/>
          <w:i/>
          <w:iCs/>
          <w:u w:val="single"/>
          <w:lang w:val="es-PR"/>
        </w:rPr>
        <w:t>,</w:t>
      </w:r>
      <w:r w:rsidR="001D3CC1">
        <w:rPr>
          <w:rFonts w:ascii="Book Antiqua" w:hAnsi="Book Antiqua"/>
          <w:i/>
          <w:iCs/>
          <w:u w:val="single"/>
          <w:lang w:val="es-PR"/>
        </w:rPr>
        <w:t>5</w:t>
      </w:r>
      <w:r w:rsidRPr="003659B9">
        <w:rPr>
          <w:rFonts w:ascii="Book Antiqua" w:hAnsi="Book Antiqua"/>
          <w:i/>
          <w:iCs/>
          <w:u w:val="single"/>
          <w:lang w:val="es-PR"/>
        </w:rPr>
        <w:t xml:space="preserve">00.00  </w:t>
      </w:r>
    </w:p>
    <w:p w14:paraId="6532DCC6" w14:textId="015E9AC9"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408. La Casa del </w:t>
      </w:r>
      <w:proofErr w:type="gramStart"/>
      <w:r w:rsidRPr="003659B9">
        <w:rPr>
          <w:rFonts w:ascii="Book Antiqua" w:hAnsi="Book Antiqua"/>
          <w:i/>
          <w:iCs/>
          <w:u w:val="single"/>
          <w:lang w:val="es-PR"/>
        </w:rPr>
        <w:t xml:space="preserve">Libro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$30,000.00  </w:t>
      </w:r>
    </w:p>
    <w:p w14:paraId="6B4C9582" w14:textId="2564B7E9"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409. La Perla de Gran </w:t>
      </w:r>
      <w:proofErr w:type="gramStart"/>
      <w:r w:rsidRPr="003659B9">
        <w:rPr>
          <w:rFonts w:ascii="Book Antiqua" w:hAnsi="Book Antiqua"/>
          <w:i/>
          <w:iCs/>
          <w:u w:val="single"/>
          <w:lang w:val="es-PR"/>
        </w:rPr>
        <w:t xml:space="preserve">Precio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$30,000.00  </w:t>
      </w:r>
    </w:p>
    <w:p w14:paraId="7410868C" w14:textId="4E90257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410. LEAP Social Enterprise, Inc. </w:t>
      </w:r>
      <w:r w:rsidR="006864A6" w:rsidRPr="00E84FEC">
        <w:rPr>
          <w:rFonts w:ascii="Book Antiqua" w:hAnsi="Book Antiqua"/>
          <w:i/>
          <w:iCs/>
          <w:u w:val="single"/>
        </w:rPr>
        <w:tab/>
      </w:r>
      <w:r w:rsidRPr="003659B9">
        <w:rPr>
          <w:rFonts w:ascii="Book Antiqua" w:hAnsi="Book Antiqua"/>
          <w:i/>
          <w:iCs/>
          <w:u w:val="single"/>
        </w:rPr>
        <w:t xml:space="preserve">$50,000.00  </w:t>
      </w:r>
    </w:p>
    <w:p w14:paraId="39069F79" w14:textId="0AF9E42B"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411. Liga Añeja Gallitos de </w:t>
      </w:r>
      <w:proofErr w:type="gramStart"/>
      <w:r w:rsidRPr="003659B9">
        <w:rPr>
          <w:rFonts w:ascii="Book Antiqua" w:hAnsi="Book Antiqua"/>
          <w:i/>
          <w:iCs/>
          <w:u w:val="single"/>
          <w:lang w:val="es-PR"/>
        </w:rPr>
        <w:t xml:space="preserve">Isabela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$3,000.00  </w:t>
      </w:r>
    </w:p>
    <w:p w14:paraId="4E20AD1D" w14:textId="2FB2FB92"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412. Liga Baloncesto Femenino Vaqueras </w:t>
      </w:r>
      <w:proofErr w:type="gramStart"/>
      <w:r w:rsidRPr="003659B9">
        <w:rPr>
          <w:rFonts w:ascii="Book Antiqua" w:hAnsi="Book Antiqua"/>
          <w:i/>
          <w:iCs/>
          <w:u w:val="single"/>
          <w:lang w:val="es-PR"/>
        </w:rPr>
        <w:t xml:space="preserve">Bayamón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$10,000.00  </w:t>
      </w:r>
    </w:p>
    <w:p w14:paraId="569E084D" w14:textId="0069E17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413. Liga Baseball Gurabo Inc.  </w:t>
      </w:r>
      <w:r w:rsidR="006864A6" w:rsidRPr="00E84FEC">
        <w:rPr>
          <w:rFonts w:ascii="Book Antiqua" w:hAnsi="Book Antiqua"/>
          <w:i/>
          <w:iCs/>
          <w:u w:val="single"/>
        </w:rPr>
        <w:tab/>
      </w:r>
      <w:r w:rsidRPr="003659B9">
        <w:rPr>
          <w:rFonts w:ascii="Book Antiqua" w:hAnsi="Book Antiqua"/>
          <w:i/>
          <w:iCs/>
          <w:u w:val="single"/>
        </w:rPr>
        <w:t xml:space="preserve">$15,000.00  </w:t>
      </w:r>
    </w:p>
    <w:p w14:paraId="07B158DA" w14:textId="7FB8F7C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414. Liga de Baloncesto Superior Femenino, Inc. </w:t>
      </w:r>
      <w:r w:rsidR="006864A6" w:rsidRPr="00E84FEC">
        <w:rPr>
          <w:rFonts w:ascii="Book Antiqua" w:hAnsi="Book Antiqua"/>
          <w:i/>
          <w:iCs/>
          <w:u w:val="single"/>
        </w:rPr>
        <w:tab/>
      </w:r>
      <w:r w:rsidRPr="003659B9">
        <w:rPr>
          <w:rFonts w:ascii="Book Antiqua" w:hAnsi="Book Antiqua"/>
          <w:i/>
          <w:iCs/>
          <w:u w:val="single"/>
        </w:rPr>
        <w:t xml:space="preserve">$75,000.00  </w:t>
      </w:r>
    </w:p>
    <w:p w14:paraId="39AA65BB" w14:textId="76068CB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415. Liga Infantil de Baloncesto Arroyano LIBA, Inc. </w:t>
      </w:r>
      <w:r w:rsidR="006864A6" w:rsidRPr="00E84FEC">
        <w:rPr>
          <w:rFonts w:ascii="Book Antiqua" w:hAnsi="Book Antiqua"/>
          <w:i/>
          <w:iCs/>
          <w:u w:val="single"/>
        </w:rPr>
        <w:tab/>
      </w:r>
      <w:r w:rsidRPr="003659B9">
        <w:rPr>
          <w:rFonts w:ascii="Book Antiqua" w:hAnsi="Book Antiqua"/>
          <w:i/>
          <w:iCs/>
          <w:u w:val="single"/>
        </w:rPr>
        <w:t xml:space="preserve"> $15,000.00  </w:t>
      </w:r>
    </w:p>
    <w:p w14:paraId="590D9C29" w14:textId="7452542D"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416. Liga </w:t>
      </w:r>
      <w:proofErr w:type="spellStart"/>
      <w:r w:rsidRPr="003659B9">
        <w:rPr>
          <w:rFonts w:ascii="Book Antiqua" w:hAnsi="Book Antiqua"/>
          <w:i/>
          <w:iCs/>
          <w:u w:val="single"/>
        </w:rPr>
        <w:t>Puertorriqueña</w:t>
      </w:r>
      <w:proofErr w:type="spellEnd"/>
      <w:r w:rsidRPr="003659B9">
        <w:rPr>
          <w:rFonts w:ascii="Book Antiqua" w:hAnsi="Book Antiqua"/>
          <w:i/>
          <w:iCs/>
          <w:u w:val="single"/>
        </w:rPr>
        <w:t xml:space="preserve"> contra </w:t>
      </w:r>
      <w:proofErr w:type="spellStart"/>
      <w:r w:rsidRPr="003659B9">
        <w:rPr>
          <w:rFonts w:ascii="Book Antiqua" w:hAnsi="Book Antiqua"/>
          <w:i/>
          <w:iCs/>
          <w:u w:val="single"/>
        </w:rPr>
        <w:t>el</w:t>
      </w:r>
      <w:proofErr w:type="spellEnd"/>
      <w:r w:rsidRPr="003659B9">
        <w:rPr>
          <w:rFonts w:ascii="Book Antiqua" w:hAnsi="Book Antiqua"/>
          <w:i/>
          <w:iCs/>
          <w:u w:val="single"/>
        </w:rPr>
        <w:t xml:space="preserve"> </w:t>
      </w:r>
      <w:proofErr w:type="spellStart"/>
      <w:r w:rsidRPr="003659B9">
        <w:rPr>
          <w:rFonts w:ascii="Book Antiqua" w:hAnsi="Book Antiqua"/>
          <w:i/>
          <w:iCs/>
          <w:u w:val="single"/>
        </w:rPr>
        <w:t>Cáncer</w:t>
      </w:r>
      <w:proofErr w:type="spellEnd"/>
      <w:r w:rsidRPr="003659B9">
        <w:rPr>
          <w:rFonts w:ascii="Book Antiqua" w:hAnsi="Book Antiqua"/>
          <w:i/>
          <w:iCs/>
          <w:u w:val="single"/>
        </w:rPr>
        <w:t xml:space="preserve"> </w:t>
      </w:r>
      <w:r w:rsidR="006864A6" w:rsidRPr="00E84FEC">
        <w:rPr>
          <w:rFonts w:ascii="Book Antiqua" w:hAnsi="Book Antiqua"/>
          <w:i/>
          <w:iCs/>
          <w:u w:val="single"/>
        </w:rPr>
        <w:tab/>
      </w:r>
      <w:r w:rsidRPr="003659B9">
        <w:rPr>
          <w:rFonts w:ascii="Book Antiqua" w:hAnsi="Book Antiqua"/>
          <w:i/>
          <w:iCs/>
          <w:u w:val="single"/>
        </w:rPr>
        <w:t xml:space="preserve"> $89,500.00  </w:t>
      </w:r>
    </w:p>
    <w:p w14:paraId="7A2CB9F1" w14:textId="157425A1"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417. Little in Action Day Care &amp; Learning Inc.  </w:t>
      </w:r>
      <w:r w:rsidR="006864A6" w:rsidRPr="00E84FEC">
        <w:rPr>
          <w:rFonts w:ascii="Book Antiqua" w:hAnsi="Book Antiqua"/>
          <w:i/>
          <w:iCs/>
          <w:u w:val="single"/>
        </w:rPr>
        <w:tab/>
      </w:r>
      <w:r w:rsidRPr="003659B9">
        <w:rPr>
          <w:rFonts w:ascii="Book Antiqua" w:hAnsi="Book Antiqua"/>
          <w:i/>
          <w:iCs/>
          <w:u w:val="single"/>
        </w:rPr>
        <w:t xml:space="preserve">$3,000.00  </w:t>
      </w:r>
    </w:p>
    <w:p w14:paraId="20E645B8" w14:textId="23D45EE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418. Little Leagues of Puerto </w:t>
      </w:r>
      <w:proofErr w:type="gramStart"/>
      <w:r w:rsidRPr="003659B9">
        <w:rPr>
          <w:rFonts w:ascii="Book Antiqua" w:hAnsi="Book Antiqua"/>
          <w:i/>
          <w:iCs/>
          <w:u w:val="single"/>
        </w:rPr>
        <w:t xml:space="preserve">Rico  </w:t>
      </w:r>
      <w:r w:rsidR="006864A6" w:rsidRPr="00E84FEC">
        <w:rPr>
          <w:rFonts w:ascii="Book Antiqua" w:hAnsi="Book Antiqua"/>
          <w:i/>
          <w:iCs/>
          <w:u w:val="single"/>
        </w:rPr>
        <w:tab/>
      </w:r>
      <w:proofErr w:type="gramEnd"/>
      <w:r w:rsidRPr="003659B9">
        <w:rPr>
          <w:rFonts w:ascii="Book Antiqua" w:hAnsi="Book Antiqua"/>
          <w:i/>
          <w:iCs/>
          <w:u w:val="single"/>
        </w:rPr>
        <w:t xml:space="preserve">$35,000.00  </w:t>
      </w:r>
    </w:p>
    <w:p w14:paraId="3D0D5E5D" w14:textId="3FB180A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419. Living in Harmony </w:t>
      </w:r>
      <w:proofErr w:type="gramStart"/>
      <w:r w:rsidRPr="003659B9">
        <w:rPr>
          <w:rFonts w:ascii="Book Antiqua" w:hAnsi="Book Antiqua"/>
          <w:i/>
          <w:iCs/>
          <w:u w:val="single"/>
        </w:rPr>
        <w:t xml:space="preserve">Foundation  </w:t>
      </w:r>
      <w:r w:rsidR="006864A6" w:rsidRPr="00E84FEC">
        <w:rPr>
          <w:rFonts w:ascii="Book Antiqua" w:hAnsi="Book Antiqua"/>
          <w:i/>
          <w:iCs/>
          <w:u w:val="single"/>
        </w:rPr>
        <w:tab/>
      </w:r>
      <w:proofErr w:type="gramEnd"/>
      <w:r w:rsidRPr="003659B9">
        <w:rPr>
          <w:rFonts w:ascii="Book Antiqua" w:hAnsi="Book Antiqua"/>
          <w:i/>
          <w:iCs/>
          <w:u w:val="single"/>
        </w:rPr>
        <w:t xml:space="preserve">$150,000.00  </w:t>
      </w:r>
    </w:p>
    <w:p w14:paraId="44E9EA4E" w14:textId="530D48D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420. LU Tech Institute Inc.  </w:t>
      </w:r>
      <w:r w:rsidR="006864A6" w:rsidRPr="00E84FEC">
        <w:rPr>
          <w:rFonts w:ascii="Book Antiqua" w:hAnsi="Book Antiqua"/>
          <w:i/>
          <w:iCs/>
          <w:u w:val="single"/>
        </w:rPr>
        <w:tab/>
      </w:r>
      <w:r w:rsidRPr="003659B9">
        <w:rPr>
          <w:rFonts w:ascii="Book Antiqua" w:hAnsi="Book Antiqua"/>
          <w:i/>
          <w:iCs/>
          <w:u w:val="single"/>
        </w:rPr>
        <w:t xml:space="preserve">$25,000.00  </w:t>
      </w:r>
    </w:p>
    <w:p w14:paraId="5CCE87FA" w14:textId="626836D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 xml:space="preserve">421. Lucha Contra el SIDA, Inc.  </w:t>
      </w:r>
      <w:r w:rsidR="006864A6" w:rsidRPr="00E84FEC">
        <w:rPr>
          <w:rFonts w:ascii="Book Antiqua" w:hAnsi="Book Antiqua"/>
          <w:i/>
          <w:iCs/>
          <w:u w:val="single"/>
          <w:lang w:val="es-PR"/>
        </w:rPr>
        <w:tab/>
      </w:r>
      <w:r w:rsidRPr="003659B9">
        <w:rPr>
          <w:rFonts w:ascii="Book Antiqua" w:hAnsi="Book Antiqua"/>
          <w:i/>
          <w:iCs/>
          <w:u w:val="single"/>
        </w:rPr>
        <w:t xml:space="preserve">$10,000.00  </w:t>
      </w:r>
    </w:p>
    <w:p w14:paraId="7A437342" w14:textId="38F6780C"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422. Make-A-Wish Foundation of Puerto Rico, </w:t>
      </w:r>
      <w:proofErr w:type="gramStart"/>
      <w:r w:rsidRPr="003659B9">
        <w:rPr>
          <w:rFonts w:ascii="Book Antiqua" w:hAnsi="Book Antiqua"/>
          <w:i/>
          <w:iCs/>
          <w:u w:val="single"/>
        </w:rPr>
        <w:t xml:space="preserve">Inc  </w:t>
      </w:r>
      <w:r w:rsidR="006864A6" w:rsidRPr="00E84FEC">
        <w:rPr>
          <w:rFonts w:ascii="Book Antiqua" w:hAnsi="Book Antiqua"/>
          <w:i/>
          <w:iCs/>
          <w:u w:val="single"/>
        </w:rPr>
        <w:tab/>
      </w:r>
      <w:proofErr w:type="gramEnd"/>
      <w:r w:rsidRPr="003659B9">
        <w:rPr>
          <w:rFonts w:ascii="Book Antiqua" w:hAnsi="Book Antiqua"/>
          <w:i/>
          <w:iCs/>
          <w:u w:val="single"/>
        </w:rPr>
        <w:t xml:space="preserve">$90,000.00  </w:t>
      </w:r>
    </w:p>
    <w:p w14:paraId="08A9AB55" w14:textId="0C8A83F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423. Maratón Abraham Rosa, Inc.  </w:t>
      </w:r>
      <w:r w:rsidR="006864A6" w:rsidRPr="00E84FEC">
        <w:rPr>
          <w:rFonts w:ascii="Book Antiqua" w:hAnsi="Book Antiqua"/>
          <w:i/>
          <w:iCs/>
          <w:u w:val="single"/>
        </w:rPr>
        <w:tab/>
      </w:r>
      <w:r w:rsidRPr="003659B9">
        <w:rPr>
          <w:rFonts w:ascii="Book Antiqua" w:hAnsi="Book Antiqua"/>
          <w:i/>
          <w:iCs/>
          <w:u w:val="single"/>
        </w:rPr>
        <w:t xml:space="preserve">$15,000.00  </w:t>
      </w:r>
    </w:p>
    <w:p w14:paraId="701E9532" w14:textId="2477372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424. Mauro, Inc. </w:t>
      </w:r>
      <w:r w:rsidR="006864A6" w:rsidRPr="00E84FEC">
        <w:rPr>
          <w:rFonts w:ascii="Book Antiqua" w:hAnsi="Book Antiqua"/>
          <w:i/>
          <w:iCs/>
          <w:u w:val="single"/>
        </w:rPr>
        <w:tab/>
      </w:r>
      <w:r w:rsidRPr="003659B9">
        <w:rPr>
          <w:rFonts w:ascii="Book Antiqua" w:hAnsi="Book Antiqua"/>
          <w:i/>
          <w:iCs/>
          <w:u w:val="single"/>
        </w:rPr>
        <w:t xml:space="preserve"> $60,000.00  </w:t>
      </w:r>
    </w:p>
    <w:p w14:paraId="604E9DA4" w14:textId="44163EE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425. Mentes </w:t>
      </w:r>
      <w:proofErr w:type="spellStart"/>
      <w:r w:rsidRPr="003659B9">
        <w:rPr>
          <w:rFonts w:ascii="Book Antiqua" w:hAnsi="Book Antiqua"/>
          <w:i/>
          <w:iCs/>
          <w:u w:val="single"/>
        </w:rPr>
        <w:t>Puertorriqueñas</w:t>
      </w:r>
      <w:proofErr w:type="spellEnd"/>
      <w:r w:rsidRPr="003659B9">
        <w:rPr>
          <w:rFonts w:ascii="Book Antiqua" w:hAnsi="Book Antiqua"/>
          <w:i/>
          <w:iCs/>
          <w:u w:val="single"/>
        </w:rPr>
        <w:t xml:space="preserve"> </w:t>
      </w:r>
      <w:proofErr w:type="spellStart"/>
      <w:r w:rsidRPr="003659B9">
        <w:rPr>
          <w:rFonts w:ascii="Book Antiqua" w:hAnsi="Book Antiqua"/>
          <w:i/>
          <w:iCs/>
          <w:u w:val="single"/>
        </w:rPr>
        <w:t>en</w:t>
      </w:r>
      <w:proofErr w:type="spellEnd"/>
      <w:r w:rsidRPr="003659B9">
        <w:rPr>
          <w:rFonts w:ascii="Book Antiqua" w:hAnsi="Book Antiqua"/>
          <w:i/>
          <w:iCs/>
          <w:u w:val="single"/>
        </w:rPr>
        <w:t xml:space="preserve"> </w:t>
      </w:r>
      <w:proofErr w:type="spellStart"/>
      <w:r w:rsidRPr="003659B9">
        <w:rPr>
          <w:rFonts w:ascii="Book Antiqua" w:hAnsi="Book Antiqua"/>
          <w:i/>
          <w:iCs/>
          <w:u w:val="single"/>
        </w:rPr>
        <w:t>Acción</w:t>
      </w:r>
      <w:proofErr w:type="spellEnd"/>
      <w:r w:rsidRPr="003659B9">
        <w:rPr>
          <w:rFonts w:ascii="Book Antiqua" w:hAnsi="Book Antiqua"/>
          <w:i/>
          <w:iCs/>
          <w:u w:val="single"/>
        </w:rPr>
        <w:t xml:space="preserve"> </w:t>
      </w:r>
      <w:r w:rsidR="006864A6" w:rsidRPr="00E84FEC">
        <w:rPr>
          <w:rFonts w:ascii="Book Antiqua" w:hAnsi="Book Antiqua"/>
          <w:i/>
          <w:iCs/>
          <w:u w:val="single"/>
        </w:rPr>
        <w:tab/>
      </w:r>
      <w:r w:rsidRPr="003659B9">
        <w:rPr>
          <w:rFonts w:ascii="Book Antiqua" w:hAnsi="Book Antiqua"/>
          <w:i/>
          <w:iCs/>
          <w:u w:val="single"/>
        </w:rPr>
        <w:t xml:space="preserve"> $6,000.00  </w:t>
      </w:r>
    </w:p>
    <w:p w14:paraId="43028DCB" w14:textId="3AD6235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426. Milla Lanera TO, Inc.  </w:t>
      </w:r>
      <w:r w:rsidR="006864A6" w:rsidRPr="00E84FEC">
        <w:rPr>
          <w:rFonts w:ascii="Book Antiqua" w:hAnsi="Book Antiqua"/>
          <w:i/>
          <w:iCs/>
          <w:u w:val="single"/>
        </w:rPr>
        <w:tab/>
      </w:r>
      <w:r w:rsidRPr="003659B9">
        <w:rPr>
          <w:rFonts w:ascii="Book Antiqua" w:hAnsi="Book Antiqua"/>
          <w:i/>
          <w:iCs/>
          <w:u w:val="single"/>
        </w:rPr>
        <w:t xml:space="preserve">$3,000.00  </w:t>
      </w:r>
    </w:p>
    <w:p w14:paraId="54069031" w14:textId="683E588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427. MINISTERIO ACCION SOCIAL CINERET INC. </w:t>
      </w:r>
      <w:r w:rsidR="006864A6" w:rsidRPr="00E84FEC">
        <w:rPr>
          <w:rFonts w:ascii="Book Antiqua" w:hAnsi="Book Antiqua"/>
          <w:i/>
          <w:iCs/>
          <w:u w:val="single"/>
        </w:rPr>
        <w:tab/>
      </w:r>
      <w:r w:rsidRPr="003659B9">
        <w:rPr>
          <w:rFonts w:ascii="Book Antiqua" w:hAnsi="Book Antiqua"/>
          <w:i/>
          <w:iCs/>
          <w:u w:val="single"/>
        </w:rPr>
        <w:t xml:space="preserve">$3,000.00  </w:t>
      </w:r>
    </w:p>
    <w:p w14:paraId="1AD693C6" w14:textId="0BDA73E8"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 xml:space="preserve">428. Ministerio Ayudando a los Olvidados, Inc.  </w:t>
      </w:r>
      <w:r w:rsidR="006864A6" w:rsidRPr="00E84FEC">
        <w:rPr>
          <w:rFonts w:ascii="Book Antiqua" w:hAnsi="Book Antiqua"/>
          <w:i/>
          <w:iCs/>
          <w:u w:val="single"/>
          <w:lang w:val="es-PR"/>
        </w:rPr>
        <w:tab/>
      </w:r>
      <w:r w:rsidRPr="003659B9">
        <w:rPr>
          <w:rFonts w:ascii="Book Antiqua" w:hAnsi="Book Antiqua"/>
          <w:i/>
          <w:iCs/>
          <w:u w:val="single"/>
        </w:rPr>
        <w:t xml:space="preserve">$6,000.00  </w:t>
      </w:r>
    </w:p>
    <w:p w14:paraId="4A6004AC" w14:textId="77777777" w:rsidR="006864A6" w:rsidRPr="00E84FEC"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429. Ministerio Buen Samaritano MARC Marcos A Rivera </w:t>
      </w:r>
    </w:p>
    <w:p w14:paraId="34EFE2F4" w14:textId="44805F7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Córdova Inc </w:t>
      </w:r>
      <w:r w:rsidR="006864A6" w:rsidRPr="00E84FEC">
        <w:rPr>
          <w:rFonts w:ascii="Book Antiqua" w:hAnsi="Book Antiqua"/>
          <w:i/>
          <w:iCs/>
          <w:u w:val="single"/>
        </w:rPr>
        <w:tab/>
      </w:r>
      <w:r w:rsidRPr="003659B9">
        <w:rPr>
          <w:rFonts w:ascii="Book Antiqua" w:hAnsi="Book Antiqua"/>
          <w:i/>
          <w:iCs/>
          <w:u w:val="single"/>
        </w:rPr>
        <w:t xml:space="preserve">$400,000.00  </w:t>
      </w:r>
    </w:p>
    <w:p w14:paraId="71E2842D" w14:textId="574E8AF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430. Ministerio Evangelístico El Rio de Dios, Inc. </w:t>
      </w:r>
      <w:r w:rsidR="006864A6" w:rsidRPr="00E84FEC">
        <w:rPr>
          <w:rFonts w:ascii="Book Antiqua" w:hAnsi="Book Antiqua"/>
          <w:i/>
          <w:iCs/>
          <w:u w:val="single"/>
        </w:rPr>
        <w:tab/>
      </w:r>
      <w:r w:rsidRPr="003659B9">
        <w:rPr>
          <w:rFonts w:ascii="Book Antiqua" w:hAnsi="Book Antiqua"/>
          <w:i/>
          <w:iCs/>
          <w:u w:val="single"/>
        </w:rPr>
        <w:t xml:space="preserve"> $5,000.00  </w:t>
      </w:r>
    </w:p>
    <w:p w14:paraId="19F5B4E0" w14:textId="7B37084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431. Ministerio Sanando Heridas Inc.  </w:t>
      </w:r>
      <w:r w:rsidR="006864A6" w:rsidRPr="00E84FEC">
        <w:rPr>
          <w:rFonts w:ascii="Book Antiqua" w:hAnsi="Book Antiqua"/>
          <w:i/>
          <w:iCs/>
          <w:u w:val="single"/>
        </w:rPr>
        <w:tab/>
      </w:r>
      <w:r w:rsidRPr="003659B9">
        <w:rPr>
          <w:rFonts w:ascii="Book Antiqua" w:hAnsi="Book Antiqua"/>
          <w:i/>
          <w:iCs/>
          <w:u w:val="single"/>
        </w:rPr>
        <w:t xml:space="preserve">$10,000.00  </w:t>
      </w:r>
    </w:p>
    <w:p w14:paraId="0228B90A" w14:textId="0945ECC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432. Mis Amigos de </w:t>
      </w:r>
      <w:proofErr w:type="spellStart"/>
      <w:r w:rsidRPr="003659B9">
        <w:rPr>
          <w:rFonts w:ascii="Book Antiqua" w:hAnsi="Book Antiqua"/>
          <w:i/>
          <w:iCs/>
          <w:u w:val="single"/>
        </w:rPr>
        <w:t>Sindrome</w:t>
      </w:r>
      <w:proofErr w:type="spellEnd"/>
      <w:r w:rsidRPr="003659B9">
        <w:rPr>
          <w:rFonts w:ascii="Book Antiqua" w:hAnsi="Book Antiqua"/>
          <w:i/>
          <w:iCs/>
          <w:u w:val="single"/>
        </w:rPr>
        <w:t xml:space="preserve"> de Down </w:t>
      </w:r>
      <w:r w:rsidR="006864A6" w:rsidRPr="00E84FEC">
        <w:rPr>
          <w:rFonts w:ascii="Book Antiqua" w:hAnsi="Book Antiqua"/>
          <w:i/>
          <w:iCs/>
          <w:u w:val="single"/>
        </w:rPr>
        <w:tab/>
      </w:r>
      <w:r w:rsidRPr="003659B9">
        <w:rPr>
          <w:rFonts w:ascii="Book Antiqua" w:hAnsi="Book Antiqua"/>
          <w:i/>
          <w:iCs/>
          <w:u w:val="single"/>
        </w:rPr>
        <w:t xml:space="preserve">$145,600.00  </w:t>
      </w:r>
    </w:p>
    <w:p w14:paraId="6F4F68EE" w14:textId="5A9A604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433. Misión Abriendo Puertas, Inc.  </w:t>
      </w:r>
      <w:r w:rsidR="006864A6" w:rsidRPr="00E84FEC">
        <w:rPr>
          <w:rFonts w:ascii="Book Antiqua" w:hAnsi="Book Antiqua"/>
          <w:i/>
          <w:iCs/>
          <w:u w:val="single"/>
        </w:rPr>
        <w:tab/>
      </w:r>
      <w:r w:rsidRPr="003659B9">
        <w:rPr>
          <w:rFonts w:ascii="Book Antiqua" w:hAnsi="Book Antiqua"/>
          <w:i/>
          <w:iCs/>
          <w:u w:val="single"/>
        </w:rPr>
        <w:t xml:space="preserve">$5,000.00  </w:t>
      </w:r>
    </w:p>
    <w:p w14:paraId="54796A6C" w14:textId="5C9E521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434. </w:t>
      </w:r>
      <w:proofErr w:type="spellStart"/>
      <w:r w:rsidRPr="003659B9">
        <w:rPr>
          <w:rFonts w:ascii="Book Antiqua" w:hAnsi="Book Antiqua"/>
          <w:i/>
          <w:iCs/>
          <w:u w:val="single"/>
        </w:rPr>
        <w:t>Movimiento</w:t>
      </w:r>
      <w:proofErr w:type="spellEnd"/>
      <w:r w:rsidRPr="003659B9">
        <w:rPr>
          <w:rFonts w:ascii="Book Antiqua" w:hAnsi="Book Antiqua"/>
          <w:i/>
          <w:iCs/>
          <w:u w:val="single"/>
        </w:rPr>
        <w:t xml:space="preserve"> para </w:t>
      </w:r>
      <w:proofErr w:type="spellStart"/>
      <w:r w:rsidRPr="003659B9">
        <w:rPr>
          <w:rFonts w:ascii="Book Antiqua" w:hAnsi="Book Antiqua"/>
          <w:i/>
          <w:iCs/>
          <w:u w:val="single"/>
        </w:rPr>
        <w:t>Alcance</w:t>
      </w:r>
      <w:proofErr w:type="spellEnd"/>
      <w:r w:rsidRPr="003659B9">
        <w:rPr>
          <w:rFonts w:ascii="Book Antiqua" w:hAnsi="Book Antiqua"/>
          <w:i/>
          <w:iCs/>
          <w:u w:val="single"/>
        </w:rPr>
        <w:t xml:space="preserve"> de Vida Independiente - MAVI – </w:t>
      </w:r>
      <w:r w:rsidR="006864A6" w:rsidRPr="00E84FEC">
        <w:rPr>
          <w:rFonts w:ascii="Book Antiqua" w:hAnsi="Book Antiqua"/>
          <w:i/>
          <w:iCs/>
          <w:u w:val="single"/>
        </w:rPr>
        <w:tab/>
      </w:r>
      <w:r w:rsidRPr="003659B9">
        <w:rPr>
          <w:rFonts w:ascii="Book Antiqua" w:hAnsi="Book Antiqua"/>
          <w:i/>
          <w:iCs/>
          <w:u w:val="single"/>
        </w:rPr>
        <w:t xml:space="preserve">$50,000.00  </w:t>
      </w:r>
    </w:p>
    <w:p w14:paraId="50F49AA8" w14:textId="326A3C37"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435. Museo de Arte Contemporáneo de Puerto </w:t>
      </w:r>
      <w:proofErr w:type="gramStart"/>
      <w:r w:rsidRPr="003659B9">
        <w:rPr>
          <w:rFonts w:ascii="Book Antiqua" w:hAnsi="Book Antiqua"/>
          <w:i/>
          <w:iCs/>
          <w:u w:val="single"/>
          <w:lang w:val="es-PR"/>
        </w:rPr>
        <w:t xml:space="preserve">Rico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$309,651.00  </w:t>
      </w:r>
    </w:p>
    <w:p w14:paraId="52DE0EAC" w14:textId="06C3292D"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436. Museo De Arte De Puerto Rico Inc </w:t>
      </w:r>
      <w:r w:rsidR="006864A6" w:rsidRPr="00E84FEC">
        <w:rPr>
          <w:rFonts w:ascii="Book Antiqua" w:hAnsi="Book Antiqua"/>
          <w:i/>
          <w:iCs/>
          <w:u w:val="single"/>
        </w:rPr>
        <w:tab/>
      </w:r>
      <w:r w:rsidRPr="003659B9">
        <w:rPr>
          <w:rFonts w:ascii="Book Antiqua" w:hAnsi="Book Antiqua"/>
          <w:i/>
          <w:iCs/>
          <w:u w:val="single"/>
        </w:rPr>
        <w:t xml:space="preserve">$125,000.00  </w:t>
      </w:r>
    </w:p>
    <w:p w14:paraId="2BE5CF0D" w14:textId="5117FC1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437. Museo de Historia Natural y </w:t>
      </w:r>
      <w:proofErr w:type="spellStart"/>
      <w:r w:rsidRPr="003659B9">
        <w:rPr>
          <w:rFonts w:ascii="Book Antiqua" w:hAnsi="Book Antiqua"/>
          <w:i/>
          <w:iCs/>
          <w:u w:val="single"/>
        </w:rPr>
        <w:t>Conservación</w:t>
      </w:r>
      <w:proofErr w:type="spellEnd"/>
      <w:r w:rsidRPr="003659B9">
        <w:rPr>
          <w:rFonts w:ascii="Book Antiqua" w:hAnsi="Book Antiqua"/>
          <w:i/>
          <w:iCs/>
          <w:u w:val="single"/>
        </w:rPr>
        <w:t xml:space="preserve"> de Puerto Rico </w:t>
      </w:r>
      <w:r w:rsidR="006864A6" w:rsidRPr="00E84FEC">
        <w:rPr>
          <w:rFonts w:ascii="Book Antiqua" w:hAnsi="Book Antiqua"/>
          <w:i/>
          <w:iCs/>
          <w:u w:val="single"/>
        </w:rPr>
        <w:tab/>
      </w:r>
      <w:r w:rsidRPr="003659B9">
        <w:rPr>
          <w:rFonts w:ascii="Book Antiqua" w:hAnsi="Book Antiqua"/>
          <w:i/>
          <w:iCs/>
          <w:u w:val="single"/>
        </w:rPr>
        <w:t xml:space="preserve">$10,000.00  </w:t>
      </w:r>
    </w:p>
    <w:p w14:paraId="2A44F526" w14:textId="25491CA8"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 xml:space="preserve">438. Museo de la Historia de San </w:t>
      </w:r>
      <w:proofErr w:type="gramStart"/>
      <w:r w:rsidRPr="003659B9">
        <w:rPr>
          <w:rFonts w:ascii="Book Antiqua" w:hAnsi="Book Antiqua"/>
          <w:i/>
          <w:iCs/>
          <w:u w:val="single"/>
          <w:lang w:val="es-PR"/>
        </w:rPr>
        <w:t xml:space="preserve">Germán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$9,000.00  </w:t>
      </w:r>
    </w:p>
    <w:p w14:paraId="327D7AF6" w14:textId="00DD2BF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 xml:space="preserve">439. Museo de las Américas, Inc.  </w:t>
      </w:r>
      <w:r w:rsidR="006864A6" w:rsidRPr="00E84FEC">
        <w:rPr>
          <w:rFonts w:ascii="Book Antiqua" w:hAnsi="Book Antiqua"/>
          <w:i/>
          <w:iCs/>
          <w:u w:val="single"/>
          <w:lang w:val="es-PR"/>
        </w:rPr>
        <w:tab/>
      </w:r>
      <w:r w:rsidRPr="003659B9">
        <w:rPr>
          <w:rFonts w:ascii="Book Antiqua" w:hAnsi="Book Antiqua"/>
          <w:i/>
          <w:iCs/>
          <w:u w:val="single"/>
        </w:rPr>
        <w:t xml:space="preserve">$150,000.00  </w:t>
      </w:r>
    </w:p>
    <w:p w14:paraId="12E30623" w14:textId="0023130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440. Next Gen Cheer and Dance </w:t>
      </w:r>
      <w:r w:rsidR="006864A6" w:rsidRPr="00E84FEC">
        <w:rPr>
          <w:rFonts w:ascii="Book Antiqua" w:hAnsi="Book Antiqua"/>
          <w:i/>
          <w:iCs/>
          <w:u w:val="single"/>
        </w:rPr>
        <w:tab/>
      </w:r>
      <w:r w:rsidRPr="003659B9">
        <w:rPr>
          <w:rFonts w:ascii="Book Antiqua" w:hAnsi="Book Antiqua"/>
          <w:i/>
          <w:iCs/>
          <w:u w:val="single"/>
        </w:rPr>
        <w:t xml:space="preserve">$3,000.00  </w:t>
      </w:r>
    </w:p>
    <w:p w14:paraId="2A6F2D3B" w14:textId="27ACF60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441. Niños de Nueva Esperanza, Inc. </w:t>
      </w:r>
      <w:r w:rsidR="006864A6" w:rsidRPr="00E84FEC">
        <w:rPr>
          <w:rFonts w:ascii="Book Antiqua" w:hAnsi="Book Antiqua"/>
          <w:i/>
          <w:iCs/>
          <w:u w:val="single"/>
        </w:rPr>
        <w:tab/>
      </w:r>
      <w:r w:rsidRPr="003659B9">
        <w:rPr>
          <w:rFonts w:ascii="Book Antiqua" w:hAnsi="Book Antiqua"/>
          <w:i/>
          <w:iCs/>
          <w:u w:val="single"/>
        </w:rPr>
        <w:t xml:space="preserve">$30,000.00  </w:t>
      </w:r>
    </w:p>
    <w:p w14:paraId="0626F2F9" w14:textId="4BF89AD5"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442. Nuestra Escuela Inc</w:t>
      </w:r>
      <w:r w:rsidR="001D3CC1" w:rsidRPr="00E10572">
        <w:rPr>
          <w:rFonts w:ascii="Book Antiqua" w:hAnsi="Book Antiqua"/>
          <w:i/>
          <w:iCs/>
          <w:u w:val="single"/>
          <w:lang w:val="es-PR"/>
        </w:rPr>
        <w:t>.</w:t>
      </w:r>
      <w:r w:rsidR="006864A6" w:rsidRPr="00E10572">
        <w:rPr>
          <w:rFonts w:ascii="Book Antiqua" w:hAnsi="Book Antiqua"/>
          <w:i/>
          <w:iCs/>
          <w:u w:val="single"/>
          <w:lang w:val="es-PR"/>
        </w:rPr>
        <w:tab/>
      </w:r>
      <w:r w:rsidRPr="003659B9">
        <w:rPr>
          <w:rFonts w:ascii="Book Antiqua" w:hAnsi="Book Antiqua"/>
          <w:i/>
          <w:iCs/>
          <w:u w:val="single"/>
          <w:lang w:val="es-PR"/>
        </w:rPr>
        <w:t>$7</w:t>
      </w:r>
      <w:r w:rsidR="001D3CC1" w:rsidRPr="00E10572">
        <w:rPr>
          <w:rFonts w:ascii="Book Antiqua" w:hAnsi="Book Antiqua"/>
          <w:i/>
          <w:iCs/>
          <w:u w:val="single"/>
          <w:lang w:val="es-PR"/>
        </w:rPr>
        <w:t>5</w:t>
      </w:r>
      <w:r w:rsidRPr="003659B9">
        <w:rPr>
          <w:rFonts w:ascii="Book Antiqua" w:hAnsi="Book Antiqua"/>
          <w:i/>
          <w:iCs/>
          <w:u w:val="single"/>
          <w:lang w:val="es-PR"/>
        </w:rPr>
        <w:t xml:space="preserve">,000.00  </w:t>
      </w:r>
    </w:p>
    <w:p w14:paraId="0DC0A7D8" w14:textId="10834368"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44</w:t>
      </w:r>
      <w:r w:rsidR="00E10572" w:rsidRPr="00E10572">
        <w:rPr>
          <w:rFonts w:ascii="Book Antiqua" w:hAnsi="Book Antiqua"/>
          <w:i/>
          <w:iCs/>
          <w:u w:val="single"/>
          <w:lang w:val="es-PR"/>
        </w:rPr>
        <w:t>3</w:t>
      </w:r>
      <w:r w:rsidRPr="003659B9">
        <w:rPr>
          <w:rFonts w:ascii="Book Antiqua" w:hAnsi="Book Antiqua"/>
          <w:i/>
          <w:iCs/>
          <w:u w:val="single"/>
          <w:lang w:val="es-PR"/>
        </w:rPr>
        <w:t xml:space="preserve">. Nuevos Petateros AA, Inc.  </w:t>
      </w:r>
      <w:r w:rsidR="006864A6" w:rsidRPr="00E10572">
        <w:rPr>
          <w:rFonts w:ascii="Book Antiqua" w:hAnsi="Book Antiqua"/>
          <w:i/>
          <w:iCs/>
          <w:u w:val="single"/>
          <w:lang w:val="es-PR"/>
        </w:rPr>
        <w:tab/>
      </w:r>
      <w:r w:rsidRPr="003659B9">
        <w:rPr>
          <w:rFonts w:ascii="Book Antiqua" w:hAnsi="Book Antiqua"/>
          <w:i/>
          <w:iCs/>
          <w:u w:val="single"/>
        </w:rPr>
        <w:t xml:space="preserve">$10,000.00  </w:t>
      </w:r>
    </w:p>
    <w:p w14:paraId="32F3AFE8" w14:textId="02DC8DF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44</w:t>
      </w:r>
      <w:r w:rsidR="00E10572">
        <w:rPr>
          <w:rFonts w:ascii="Book Antiqua" w:hAnsi="Book Antiqua"/>
          <w:i/>
          <w:iCs/>
          <w:u w:val="single"/>
        </w:rPr>
        <w:t>4</w:t>
      </w:r>
      <w:r w:rsidRPr="003659B9">
        <w:rPr>
          <w:rFonts w:ascii="Book Antiqua" w:hAnsi="Book Antiqua"/>
          <w:i/>
          <w:iCs/>
          <w:u w:val="single"/>
        </w:rPr>
        <w:t xml:space="preserve">. Nutrición Espiritual Inc. </w:t>
      </w:r>
      <w:r w:rsidR="006864A6" w:rsidRPr="00E84FEC">
        <w:rPr>
          <w:rFonts w:ascii="Book Antiqua" w:hAnsi="Book Antiqua"/>
          <w:i/>
          <w:iCs/>
          <w:u w:val="single"/>
        </w:rPr>
        <w:tab/>
      </w:r>
      <w:r w:rsidRPr="003659B9">
        <w:rPr>
          <w:rFonts w:ascii="Book Antiqua" w:hAnsi="Book Antiqua"/>
          <w:i/>
          <w:iCs/>
          <w:u w:val="single"/>
        </w:rPr>
        <w:t xml:space="preserve">$3,000.00  </w:t>
      </w:r>
    </w:p>
    <w:p w14:paraId="49B03817" w14:textId="36C49DD0"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44</w:t>
      </w:r>
      <w:r w:rsidR="00E10572" w:rsidRPr="00E10572">
        <w:rPr>
          <w:rFonts w:ascii="Book Antiqua" w:hAnsi="Book Antiqua"/>
          <w:i/>
          <w:iCs/>
          <w:u w:val="single"/>
          <w:lang w:val="es-PR"/>
        </w:rPr>
        <w:t>5</w:t>
      </w:r>
      <w:r w:rsidRPr="003659B9">
        <w:rPr>
          <w:rFonts w:ascii="Book Antiqua" w:hAnsi="Book Antiqua"/>
          <w:i/>
          <w:iCs/>
          <w:u w:val="single"/>
          <w:lang w:val="es-PR"/>
        </w:rPr>
        <w:t xml:space="preserve">. NW </w:t>
      </w:r>
      <w:proofErr w:type="spellStart"/>
      <w:r w:rsidRPr="003659B9">
        <w:rPr>
          <w:rFonts w:ascii="Book Antiqua" w:hAnsi="Book Antiqua"/>
          <w:i/>
          <w:iCs/>
          <w:u w:val="single"/>
          <w:lang w:val="es-PR"/>
        </w:rPr>
        <w:t>Bilingual</w:t>
      </w:r>
      <w:proofErr w:type="spellEnd"/>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Academy</w:t>
      </w:r>
      <w:proofErr w:type="spellEnd"/>
      <w:r w:rsidRPr="003659B9">
        <w:rPr>
          <w:rFonts w:ascii="Book Antiqua" w:hAnsi="Book Antiqua"/>
          <w:i/>
          <w:iCs/>
          <w:u w:val="single"/>
          <w:lang w:val="es-PR"/>
        </w:rPr>
        <w:t xml:space="preserve"> </w:t>
      </w:r>
      <w:r w:rsidR="006864A6" w:rsidRPr="00E10572">
        <w:rPr>
          <w:rFonts w:ascii="Book Antiqua" w:hAnsi="Book Antiqua"/>
          <w:i/>
          <w:iCs/>
          <w:u w:val="single"/>
          <w:lang w:val="es-PR"/>
        </w:rPr>
        <w:tab/>
      </w:r>
      <w:r w:rsidRPr="003659B9">
        <w:rPr>
          <w:rFonts w:ascii="Book Antiqua" w:hAnsi="Book Antiqua"/>
          <w:i/>
          <w:iCs/>
          <w:u w:val="single"/>
          <w:lang w:val="es-PR"/>
        </w:rPr>
        <w:t xml:space="preserve">$10,000.00  </w:t>
      </w:r>
    </w:p>
    <w:p w14:paraId="086497E9" w14:textId="4F202B9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44</w:t>
      </w:r>
      <w:r w:rsidR="00E10572">
        <w:rPr>
          <w:rFonts w:ascii="Book Antiqua" w:hAnsi="Book Antiqua"/>
          <w:i/>
          <w:iCs/>
          <w:u w:val="single"/>
          <w:lang w:val="es-PR"/>
        </w:rPr>
        <w:t>6</w:t>
      </w:r>
      <w:r w:rsidRPr="003659B9">
        <w:rPr>
          <w:rFonts w:ascii="Book Antiqua" w:hAnsi="Book Antiqua"/>
          <w:i/>
          <w:iCs/>
          <w:u w:val="single"/>
          <w:lang w:val="es-PR"/>
        </w:rPr>
        <w:t xml:space="preserve">. Oblatas del Santísimo Redentor Hogar Fátima, Inc.  </w:t>
      </w:r>
      <w:r w:rsidR="006864A6" w:rsidRPr="00E84FEC">
        <w:rPr>
          <w:rFonts w:ascii="Book Antiqua" w:hAnsi="Book Antiqua"/>
          <w:i/>
          <w:iCs/>
          <w:u w:val="single"/>
          <w:lang w:val="es-PR"/>
        </w:rPr>
        <w:tab/>
      </w:r>
      <w:r w:rsidRPr="003659B9">
        <w:rPr>
          <w:rFonts w:ascii="Book Antiqua" w:hAnsi="Book Antiqua"/>
          <w:i/>
          <w:iCs/>
          <w:u w:val="single"/>
        </w:rPr>
        <w:t xml:space="preserve">$24,750.00  </w:t>
      </w:r>
    </w:p>
    <w:p w14:paraId="1624790C" w14:textId="215DDDA9"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44</w:t>
      </w:r>
      <w:r w:rsidR="00E10572">
        <w:rPr>
          <w:rFonts w:ascii="Book Antiqua" w:hAnsi="Book Antiqua"/>
          <w:i/>
          <w:iCs/>
          <w:u w:val="single"/>
          <w:lang w:val="es-PR"/>
        </w:rPr>
        <w:t>7</w:t>
      </w:r>
      <w:r w:rsidRPr="003659B9">
        <w:rPr>
          <w:rFonts w:ascii="Book Antiqua" w:hAnsi="Book Antiqua"/>
          <w:i/>
          <w:iCs/>
          <w:u w:val="single"/>
          <w:lang w:val="es-PR"/>
        </w:rPr>
        <w:t xml:space="preserve">. Oficina Legal de la Comunidad, Inc.  </w:t>
      </w:r>
      <w:r w:rsidR="006864A6" w:rsidRPr="00E84FEC">
        <w:rPr>
          <w:rFonts w:ascii="Book Antiqua" w:hAnsi="Book Antiqua"/>
          <w:i/>
          <w:iCs/>
          <w:u w:val="single"/>
          <w:lang w:val="es-PR"/>
        </w:rPr>
        <w:tab/>
      </w:r>
      <w:r w:rsidRPr="003659B9">
        <w:rPr>
          <w:rFonts w:ascii="Book Antiqua" w:hAnsi="Book Antiqua"/>
          <w:i/>
          <w:iCs/>
          <w:u w:val="single"/>
        </w:rPr>
        <w:t xml:space="preserve">$24,750.00  </w:t>
      </w:r>
    </w:p>
    <w:p w14:paraId="10448C11" w14:textId="0167310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44</w:t>
      </w:r>
      <w:r w:rsidR="00E10572">
        <w:rPr>
          <w:rFonts w:ascii="Book Antiqua" w:hAnsi="Book Antiqua"/>
          <w:i/>
          <w:iCs/>
          <w:u w:val="single"/>
        </w:rPr>
        <w:t>8</w:t>
      </w:r>
      <w:r w:rsidRPr="003659B9">
        <w:rPr>
          <w:rFonts w:ascii="Book Antiqua" w:hAnsi="Book Antiqua"/>
          <w:i/>
          <w:iCs/>
          <w:u w:val="single"/>
        </w:rPr>
        <w:t xml:space="preserve">. Olga Iglesias Project, Inc.  </w:t>
      </w:r>
      <w:r w:rsidR="006864A6" w:rsidRPr="00E84FEC">
        <w:rPr>
          <w:rFonts w:ascii="Book Antiqua" w:hAnsi="Book Antiqua"/>
          <w:i/>
          <w:iCs/>
          <w:u w:val="single"/>
        </w:rPr>
        <w:tab/>
      </w:r>
      <w:r w:rsidRPr="003659B9">
        <w:rPr>
          <w:rFonts w:ascii="Book Antiqua" w:hAnsi="Book Antiqua"/>
          <w:i/>
          <w:iCs/>
          <w:u w:val="single"/>
        </w:rPr>
        <w:t xml:space="preserve">$3,000.00  </w:t>
      </w:r>
    </w:p>
    <w:p w14:paraId="30BE1F53" w14:textId="1652273D"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w:t>
      </w:r>
      <w:r w:rsidR="00E10572" w:rsidRPr="00E10572">
        <w:rPr>
          <w:rFonts w:ascii="Book Antiqua" w:hAnsi="Book Antiqua"/>
          <w:i/>
          <w:iCs/>
          <w:u w:val="single"/>
          <w:lang w:val="es-PR"/>
        </w:rPr>
        <w:t>49</w:t>
      </w:r>
      <w:r w:rsidRPr="003659B9">
        <w:rPr>
          <w:rFonts w:ascii="Book Antiqua" w:hAnsi="Book Antiqua"/>
          <w:i/>
          <w:iCs/>
          <w:u w:val="single"/>
          <w:lang w:val="es-PR"/>
        </w:rPr>
        <w:t xml:space="preserve">. </w:t>
      </w:r>
      <w:proofErr w:type="gramStart"/>
      <w:r w:rsidRPr="003659B9">
        <w:rPr>
          <w:rFonts w:ascii="Book Antiqua" w:hAnsi="Book Antiqua"/>
          <w:i/>
          <w:iCs/>
          <w:u w:val="single"/>
          <w:lang w:val="es-PR"/>
        </w:rPr>
        <w:t xml:space="preserve">OPDH  </w:t>
      </w:r>
      <w:r w:rsidR="006864A6" w:rsidRPr="00E10572">
        <w:rPr>
          <w:rFonts w:ascii="Book Antiqua" w:hAnsi="Book Antiqua"/>
          <w:i/>
          <w:iCs/>
          <w:u w:val="single"/>
          <w:lang w:val="es-PR"/>
        </w:rPr>
        <w:tab/>
      </w:r>
      <w:proofErr w:type="gramEnd"/>
      <w:r w:rsidRPr="003659B9">
        <w:rPr>
          <w:rFonts w:ascii="Book Antiqua" w:hAnsi="Book Antiqua"/>
          <w:i/>
          <w:iCs/>
          <w:u w:val="single"/>
          <w:lang w:val="es-PR"/>
        </w:rPr>
        <w:t xml:space="preserve">$10,000.00  </w:t>
      </w:r>
    </w:p>
    <w:p w14:paraId="08C48102" w14:textId="76EAF1A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45</w:t>
      </w:r>
      <w:r w:rsidR="00E10572" w:rsidRPr="00E10572">
        <w:rPr>
          <w:rFonts w:ascii="Book Antiqua" w:hAnsi="Book Antiqua"/>
          <w:i/>
          <w:iCs/>
          <w:u w:val="single"/>
          <w:lang w:val="es-PR"/>
        </w:rPr>
        <w:t>0</w:t>
      </w:r>
      <w:r w:rsidRPr="003659B9">
        <w:rPr>
          <w:rFonts w:ascii="Book Antiqua" w:hAnsi="Book Antiqua"/>
          <w:i/>
          <w:iCs/>
          <w:u w:val="single"/>
          <w:lang w:val="es-PR"/>
        </w:rPr>
        <w:t xml:space="preserve">. Organización Batey Criollo Inc. </w:t>
      </w:r>
      <w:r w:rsidR="006864A6" w:rsidRPr="00E10572">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$14,750.00  </w:t>
      </w:r>
    </w:p>
    <w:p w14:paraId="7595D2A2" w14:textId="2CDF2C37"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45</w:t>
      </w:r>
      <w:r w:rsidR="00E10572" w:rsidRPr="00E10572">
        <w:rPr>
          <w:rFonts w:ascii="Book Antiqua" w:hAnsi="Book Antiqua"/>
          <w:i/>
          <w:iCs/>
          <w:u w:val="single"/>
          <w:lang w:val="es-PR"/>
        </w:rPr>
        <w:t>1</w:t>
      </w:r>
      <w:r w:rsidRPr="003659B9">
        <w:rPr>
          <w:rFonts w:ascii="Book Antiqua" w:hAnsi="Book Antiqua"/>
          <w:i/>
          <w:iCs/>
          <w:u w:val="single"/>
          <w:lang w:val="es-PR"/>
        </w:rPr>
        <w:t xml:space="preserve">. Organización </w:t>
      </w:r>
      <w:proofErr w:type="gramStart"/>
      <w:r w:rsidRPr="003659B9">
        <w:rPr>
          <w:rFonts w:ascii="Book Antiqua" w:hAnsi="Book Antiqua"/>
          <w:i/>
          <w:iCs/>
          <w:u w:val="single"/>
          <w:lang w:val="es-PR"/>
        </w:rPr>
        <w:t>Pro Ambiente</w:t>
      </w:r>
      <w:proofErr w:type="gramEnd"/>
      <w:r w:rsidRPr="003659B9">
        <w:rPr>
          <w:rFonts w:ascii="Book Antiqua" w:hAnsi="Book Antiqua"/>
          <w:i/>
          <w:iCs/>
          <w:u w:val="single"/>
          <w:lang w:val="es-PR"/>
        </w:rPr>
        <w:t xml:space="preserve"> </w:t>
      </w:r>
      <w:proofErr w:type="gramStart"/>
      <w:r w:rsidRPr="003659B9">
        <w:rPr>
          <w:rFonts w:ascii="Book Antiqua" w:hAnsi="Book Antiqua"/>
          <w:i/>
          <w:iCs/>
          <w:u w:val="single"/>
          <w:lang w:val="es-PR"/>
        </w:rPr>
        <w:t xml:space="preserve">Sustentable  </w:t>
      </w:r>
      <w:r w:rsidR="006864A6" w:rsidRPr="00E10572">
        <w:rPr>
          <w:rFonts w:ascii="Book Antiqua" w:hAnsi="Book Antiqua"/>
          <w:i/>
          <w:iCs/>
          <w:u w:val="single"/>
          <w:lang w:val="es-PR"/>
        </w:rPr>
        <w:tab/>
      </w:r>
      <w:proofErr w:type="gramEnd"/>
      <w:r w:rsidRPr="003659B9">
        <w:rPr>
          <w:rFonts w:ascii="Book Antiqua" w:hAnsi="Book Antiqua"/>
          <w:i/>
          <w:iCs/>
          <w:u w:val="single"/>
          <w:lang w:val="es-PR"/>
        </w:rPr>
        <w:t xml:space="preserve">$3,500.00  </w:t>
      </w:r>
    </w:p>
    <w:p w14:paraId="0FBE97CD" w14:textId="6415268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45</w:t>
      </w:r>
      <w:r w:rsidR="00E10572" w:rsidRPr="00E10572">
        <w:rPr>
          <w:rFonts w:ascii="Book Antiqua" w:hAnsi="Book Antiqua"/>
          <w:i/>
          <w:iCs/>
          <w:u w:val="single"/>
          <w:lang w:val="es-PR"/>
        </w:rPr>
        <w:t>2</w:t>
      </w:r>
      <w:r w:rsidRPr="003659B9">
        <w:rPr>
          <w:rFonts w:ascii="Book Antiqua" w:hAnsi="Book Antiqua"/>
          <w:i/>
          <w:iCs/>
          <w:u w:val="single"/>
          <w:lang w:val="es-PR"/>
        </w:rPr>
        <w:t xml:space="preserve">. Organización Pro-Deportes Bo. </w:t>
      </w:r>
      <w:proofErr w:type="spellStart"/>
      <w:r w:rsidRPr="003659B9">
        <w:rPr>
          <w:rFonts w:ascii="Book Antiqua" w:hAnsi="Book Antiqua"/>
          <w:i/>
          <w:iCs/>
          <w:u w:val="single"/>
          <w:lang w:val="es-PR"/>
        </w:rPr>
        <w:t>Yaurel</w:t>
      </w:r>
      <w:proofErr w:type="spellEnd"/>
      <w:r w:rsidRPr="003659B9">
        <w:rPr>
          <w:rFonts w:ascii="Book Antiqua" w:hAnsi="Book Antiqua"/>
          <w:i/>
          <w:iCs/>
          <w:u w:val="single"/>
          <w:lang w:val="es-PR"/>
        </w:rPr>
        <w:t xml:space="preserve"> Inc.  </w:t>
      </w:r>
      <w:r w:rsidR="006864A6" w:rsidRPr="00E10572">
        <w:rPr>
          <w:rFonts w:ascii="Book Antiqua" w:hAnsi="Book Antiqua"/>
          <w:i/>
          <w:iCs/>
          <w:u w:val="single"/>
          <w:lang w:val="es-PR"/>
        </w:rPr>
        <w:tab/>
      </w:r>
      <w:r w:rsidRPr="003659B9">
        <w:rPr>
          <w:rFonts w:ascii="Book Antiqua" w:hAnsi="Book Antiqua"/>
          <w:i/>
          <w:iCs/>
          <w:u w:val="single"/>
        </w:rPr>
        <w:t xml:space="preserve">$40,000.00  </w:t>
      </w:r>
    </w:p>
    <w:p w14:paraId="1DD24C32" w14:textId="18675CD8"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45</w:t>
      </w:r>
      <w:r w:rsidR="00E10572">
        <w:rPr>
          <w:rFonts w:ascii="Book Antiqua" w:hAnsi="Book Antiqua"/>
          <w:i/>
          <w:iCs/>
          <w:u w:val="single"/>
          <w:lang w:val="es-PR"/>
        </w:rPr>
        <w:t>3</w:t>
      </w:r>
      <w:r w:rsidRPr="003659B9">
        <w:rPr>
          <w:rFonts w:ascii="Book Antiqua" w:hAnsi="Book Antiqua"/>
          <w:i/>
          <w:iCs/>
          <w:u w:val="single"/>
          <w:lang w:val="es-PR"/>
        </w:rPr>
        <w:t xml:space="preserve">. Pabellón de la Fama del deporte </w:t>
      </w:r>
      <w:proofErr w:type="spellStart"/>
      <w:proofErr w:type="gramStart"/>
      <w:r w:rsidRPr="003659B9">
        <w:rPr>
          <w:rFonts w:ascii="Book Antiqua" w:hAnsi="Book Antiqua"/>
          <w:i/>
          <w:iCs/>
          <w:u w:val="single"/>
          <w:lang w:val="es-PR"/>
        </w:rPr>
        <w:t>Cagueño</w:t>
      </w:r>
      <w:proofErr w:type="spellEnd"/>
      <w:r w:rsidRPr="003659B9">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$10,000.00  </w:t>
      </w:r>
    </w:p>
    <w:p w14:paraId="27C1E0E6" w14:textId="46F2E10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45</w:t>
      </w:r>
      <w:r w:rsidR="00E10572">
        <w:rPr>
          <w:rFonts w:ascii="Book Antiqua" w:hAnsi="Book Antiqua"/>
          <w:i/>
          <w:iCs/>
          <w:u w:val="single"/>
          <w:lang w:val="es-PR"/>
        </w:rPr>
        <w:t>4</w:t>
      </w:r>
      <w:r w:rsidRPr="003659B9">
        <w:rPr>
          <w:rFonts w:ascii="Book Antiqua" w:hAnsi="Book Antiqua"/>
          <w:i/>
          <w:iCs/>
          <w:u w:val="single"/>
          <w:lang w:val="es-PR"/>
        </w:rPr>
        <w:t xml:space="preserve">. Pabellón de la Fama del deporte Santurce Inc.  </w:t>
      </w:r>
      <w:r w:rsidR="006864A6" w:rsidRPr="00E84FEC">
        <w:rPr>
          <w:rFonts w:ascii="Book Antiqua" w:hAnsi="Book Antiqua"/>
          <w:i/>
          <w:iCs/>
          <w:u w:val="single"/>
          <w:lang w:val="es-PR"/>
        </w:rPr>
        <w:tab/>
      </w:r>
      <w:r w:rsidRPr="003659B9">
        <w:rPr>
          <w:rFonts w:ascii="Book Antiqua" w:hAnsi="Book Antiqua"/>
          <w:i/>
          <w:iCs/>
          <w:u w:val="single"/>
        </w:rPr>
        <w:t xml:space="preserve">$5,000.00  </w:t>
      </w:r>
    </w:p>
    <w:p w14:paraId="53DD9D03" w14:textId="7A45CD79"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45</w:t>
      </w:r>
      <w:r w:rsidR="00E10572" w:rsidRPr="00E10572">
        <w:rPr>
          <w:rFonts w:ascii="Book Antiqua" w:hAnsi="Book Antiqua"/>
          <w:i/>
          <w:iCs/>
          <w:u w:val="single"/>
          <w:lang w:val="es-PR"/>
        </w:rPr>
        <w:t>5</w:t>
      </w:r>
      <w:r w:rsidRPr="003659B9">
        <w:rPr>
          <w:rFonts w:ascii="Book Antiqua" w:hAnsi="Book Antiqua"/>
          <w:i/>
          <w:iCs/>
          <w:u w:val="single"/>
          <w:lang w:val="es-PR"/>
        </w:rPr>
        <w:t xml:space="preserve">. Pabellón de la Música, Cultura y Deporte Mocano Inc. </w:t>
      </w:r>
      <w:r w:rsidR="006864A6" w:rsidRPr="00E10572">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$10,000.00  </w:t>
      </w:r>
    </w:p>
    <w:p w14:paraId="77DD6489" w14:textId="0D032EC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45</w:t>
      </w:r>
      <w:r w:rsidR="00E10572">
        <w:rPr>
          <w:rFonts w:ascii="Book Antiqua" w:hAnsi="Book Antiqua"/>
          <w:i/>
          <w:iCs/>
          <w:u w:val="single"/>
        </w:rPr>
        <w:t>6</w:t>
      </w:r>
      <w:r w:rsidRPr="003659B9">
        <w:rPr>
          <w:rFonts w:ascii="Book Antiqua" w:hAnsi="Book Antiqua"/>
          <w:i/>
          <w:iCs/>
          <w:u w:val="single"/>
        </w:rPr>
        <w:t xml:space="preserve">. Paraíso Infantil, Inc.  </w:t>
      </w:r>
      <w:r w:rsidR="006864A6" w:rsidRPr="00E84FEC">
        <w:rPr>
          <w:rFonts w:ascii="Book Antiqua" w:hAnsi="Book Antiqua"/>
          <w:i/>
          <w:iCs/>
          <w:u w:val="single"/>
        </w:rPr>
        <w:tab/>
      </w:r>
      <w:r w:rsidRPr="003659B9">
        <w:rPr>
          <w:rFonts w:ascii="Book Antiqua" w:hAnsi="Book Antiqua"/>
          <w:i/>
          <w:iCs/>
          <w:u w:val="single"/>
        </w:rPr>
        <w:t xml:space="preserve">$4,500.00  </w:t>
      </w:r>
    </w:p>
    <w:p w14:paraId="0366E3EB" w14:textId="223614D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45</w:t>
      </w:r>
      <w:r w:rsidR="00E10572">
        <w:rPr>
          <w:rFonts w:ascii="Book Antiqua" w:hAnsi="Book Antiqua"/>
          <w:i/>
          <w:iCs/>
          <w:u w:val="single"/>
        </w:rPr>
        <w:t>7</w:t>
      </w:r>
      <w:r w:rsidRPr="003659B9">
        <w:rPr>
          <w:rFonts w:ascii="Book Antiqua" w:hAnsi="Book Antiqua"/>
          <w:i/>
          <w:iCs/>
          <w:u w:val="single"/>
        </w:rPr>
        <w:t xml:space="preserve">. Parcelas Falú Renace Inc.  </w:t>
      </w:r>
      <w:r w:rsidR="006864A6" w:rsidRPr="00E84FEC">
        <w:rPr>
          <w:rFonts w:ascii="Book Antiqua" w:hAnsi="Book Antiqua"/>
          <w:i/>
          <w:iCs/>
          <w:u w:val="single"/>
        </w:rPr>
        <w:tab/>
      </w:r>
      <w:r w:rsidRPr="003659B9">
        <w:rPr>
          <w:rFonts w:ascii="Book Antiqua" w:hAnsi="Book Antiqua"/>
          <w:i/>
          <w:iCs/>
          <w:u w:val="single"/>
        </w:rPr>
        <w:t xml:space="preserve">$10,000.00  </w:t>
      </w:r>
    </w:p>
    <w:p w14:paraId="1D42637F" w14:textId="371D7115"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45</w:t>
      </w:r>
      <w:r w:rsidR="00E10572">
        <w:rPr>
          <w:rFonts w:ascii="Book Antiqua" w:hAnsi="Book Antiqua"/>
          <w:i/>
          <w:iCs/>
          <w:u w:val="single"/>
          <w:lang w:val="es-PR"/>
        </w:rPr>
        <w:t>8</w:t>
      </w:r>
      <w:r w:rsidRPr="003659B9">
        <w:rPr>
          <w:rFonts w:ascii="Book Antiqua" w:hAnsi="Book Antiqua"/>
          <w:i/>
          <w:iCs/>
          <w:u w:val="single"/>
          <w:lang w:val="es-PR"/>
        </w:rPr>
        <w:t xml:space="preserve">. Pasión y Lucha </w:t>
      </w:r>
      <w:proofErr w:type="spellStart"/>
      <w:proofErr w:type="gramStart"/>
      <w:r w:rsidRPr="003659B9">
        <w:rPr>
          <w:rFonts w:ascii="Book Antiqua" w:hAnsi="Book Antiqua"/>
          <w:i/>
          <w:iCs/>
          <w:u w:val="single"/>
          <w:lang w:val="es-PR"/>
        </w:rPr>
        <w:t>Inc</w:t>
      </w:r>
      <w:proofErr w:type="spellEnd"/>
      <w:r w:rsidRPr="003659B9">
        <w:rPr>
          <w:rFonts w:ascii="Book Antiqua" w:hAnsi="Book Antiqua"/>
          <w:i/>
          <w:iCs/>
          <w:u w:val="single"/>
          <w:lang w:val="es-PR"/>
        </w:rPr>
        <w:t xml:space="preserve">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$3,000.00  </w:t>
      </w:r>
    </w:p>
    <w:p w14:paraId="16EFD0A9" w14:textId="4DAD362F"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w:t>
      </w:r>
      <w:r w:rsidR="00E10572">
        <w:rPr>
          <w:rFonts w:ascii="Book Antiqua" w:hAnsi="Book Antiqua"/>
          <w:i/>
          <w:iCs/>
          <w:u w:val="single"/>
          <w:lang w:val="es-PR"/>
        </w:rPr>
        <w:t>59</w:t>
      </w:r>
      <w:r w:rsidRPr="003659B9">
        <w:rPr>
          <w:rFonts w:ascii="Book Antiqua" w:hAnsi="Book Antiqua"/>
          <w:i/>
          <w:iCs/>
          <w:u w:val="single"/>
          <w:lang w:val="es-PR"/>
        </w:rPr>
        <w:t xml:space="preserve">. Pasos para el Aprendizaje sin Obstáculos </w:t>
      </w:r>
      <w:proofErr w:type="gramStart"/>
      <w:r w:rsidRPr="003659B9">
        <w:rPr>
          <w:rFonts w:ascii="Book Antiqua" w:hAnsi="Book Antiqua"/>
          <w:i/>
          <w:iCs/>
          <w:u w:val="single"/>
          <w:lang w:val="es-PR"/>
        </w:rPr>
        <w:t xml:space="preserve">Sociales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$6,000.00  </w:t>
      </w:r>
    </w:p>
    <w:p w14:paraId="0924AEDA" w14:textId="0CB1E199"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46</w:t>
      </w:r>
      <w:r w:rsidR="00E10572" w:rsidRPr="00E10572">
        <w:rPr>
          <w:rFonts w:ascii="Book Antiqua" w:hAnsi="Book Antiqua"/>
          <w:i/>
          <w:iCs/>
          <w:u w:val="single"/>
          <w:lang w:val="es-PR"/>
        </w:rPr>
        <w:t>0</w:t>
      </w:r>
      <w:r w:rsidRPr="003659B9">
        <w:rPr>
          <w:rFonts w:ascii="Book Antiqua" w:hAnsi="Book Antiqua"/>
          <w:i/>
          <w:iCs/>
          <w:u w:val="single"/>
          <w:lang w:val="es-PR"/>
        </w:rPr>
        <w:t xml:space="preserve">. PASOS Proyecto de Ayuda Social y Sistemático Inc. </w:t>
      </w:r>
      <w:r w:rsidR="006864A6" w:rsidRPr="00E10572">
        <w:rPr>
          <w:rFonts w:ascii="Book Antiqua" w:hAnsi="Book Antiqua"/>
          <w:i/>
          <w:iCs/>
          <w:u w:val="single"/>
          <w:lang w:val="es-PR"/>
        </w:rPr>
        <w:tab/>
      </w:r>
      <w:r w:rsidRPr="003659B9">
        <w:rPr>
          <w:rFonts w:ascii="Book Antiqua" w:hAnsi="Book Antiqua"/>
          <w:i/>
          <w:iCs/>
          <w:u w:val="single"/>
        </w:rPr>
        <w:t xml:space="preserve">$4,000.00  </w:t>
      </w:r>
    </w:p>
    <w:p w14:paraId="5F54914C" w14:textId="6B14B27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46</w:t>
      </w:r>
      <w:r w:rsidR="00E10572">
        <w:rPr>
          <w:rFonts w:ascii="Book Antiqua" w:hAnsi="Book Antiqua"/>
          <w:i/>
          <w:iCs/>
          <w:u w:val="single"/>
        </w:rPr>
        <w:t>1</w:t>
      </w:r>
      <w:r w:rsidRPr="003659B9">
        <w:rPr>
          <w:rFonts w:ascii="Book Antiqua" w:hAnsi="Book Antiqua"/>
          <w:i/>
          <w:iCs/>
          <w:u w:val="single"/>
        </w:rPr>
        <w:t xml:space="preserve">. </w:t>
      </w:r>
      <w:proofErr w:type="spellStart"/>
      <w:r w:rsidRPr="003659B9">
        <w:rPr>
          <w:rFonts w:ascii="Book Antiqua" w:hAnsi="Book Antiqua"/>
          <w:i/>
          <w:iCs/>
          <w:u w:val="single"/>
        </w:rPr>
        <w:t>PaTi</w:t>
      </w:r>
      <w:proofErr w:type="spellEnd"/>
      <w:r w:rsidRPr="003659B9">
        <w:rPr>
          <w:rFonts w:ascii="Book Antiqua" w:hAnsi="Book Antiqua"/>
          <w:i/>
          <w:iCs/>
          <w:u w:val="single"/>
        </w:rPr>
        <w:t xml:space="preserve"> Mar</w:t>
      </w:r>
      <w:r w:rsidR="006864A6" w:rsidRPr="00E84FEC">
        <w:rPr>
          <w:rFonts w:ascii="Book Antiqua" w:hAnsi="Book Antiqua"/>
          <w:i/>
          <w:iCs/>
          <w:u w:val="single"/>
        </w:rPr>
        <w:tab/>
      </w:r>
      <w:r w:rsidRPr="003659B9">
        <w:rPr>
          <w:rFonts w:ascii="Book Antiqua" w:hAnsi="Book Antiqua"/>
          <w:i/>
          <w:iCs/>
          <w:u w:val="single"/>
        </w:rPr>
        <w:t xml:space="preserve">$3,000.00  </w:t>
      </w:r>
    </w:p>
    <w:p w14:paraId="4A5701FA" w14:textId="2C8B114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46</w:t>
      </w:r>
      <w:r w:rsidR="00E10572">
        <w:rPr>
          <w:rFonts w:ascii="Book Antiqua" w:hAnsi="Book Antiqua"/>
          <w:i/>
          <w:iCs/>
          <w:u w:val="single"/>
        </w:rPr>
        <w:t>2</w:t>
      </w:r>
      <w:r w:rsidRPr="003659B9">
        <w:rPr>
          <w:rFonts w:ascii="Book Antiqua" w:hAnsi="Book Antiqua"/>
          <w:i/>
          <w:iCs/>
          <w:u w:val="single"/>
        </w:rPr>
        <w:t xml:space="preserve">. </w:t>
      </w:r>
      <w:proofErr w:type="spellStart"/>
      <w:r w:rsidRPr="003659B9">
        <w:rPr>
          <w:rFonts w:ascii="Book Antiqua" w:hAnsi="Book Antiqua"/>
          <w:i/>
          <w:iCs/>
          <w:u w:val="single"/>
        </w:rPr>
        <w:t>Patillas</w:t>
      </w:r>
      <w:proofErr w:type="spellEnd"/>
      <w:r w:rsidRPr="003659B9">
        <w:rPr>
          <w:rFonts w:ascii="Book Antiqua" w:hAnsi="Book Antiqua"/>
          <w:i/>
          <w:iCs/>
          <w:u w:val="single"/>
        </w:rPr>
        <w:t xml:space="preserve"> Basketball Club, Inc. </w:t>
      </w:r>
      <w:r w:rsidR="006864A6" w:rsidRPr="00E84FEC">
        <w:rPr>
          <w:rFonts w:ascii="Book Antiqua" w:hAnsi="Book Antiqua"/>
          <w:i/>
          <w:iCs/>
          <w:u w:val="single"/>
        </w:rPr>
        <w:tab/>
      </w:r>
      <w:r w:rsidRPr="003659B9">
        <w:rPr>
          <w:rFonts w:ascii="Book Antiqua" w:hAnsi="Book Antiqua"/>
          <w:i/>
          <w:iCs/>
          <w:u w:val="single"/>
        </w:rPr>
        <w:t xml:space="preserve">$6,000.00  </w:t>
      </w:r>
    </w:p>
    <w:p w14:paraId="06F3A6D8" w14:textId="34A7DF6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46</w:t>
      </w:r>
      <w:r w:rsidR="00E10572">
        <w:rPr>
          <w:rFonts w:ascii="Book Antiqua" w:hAnsi="Book Antiqua"/>
          <w:i/>
          <w:iCs/>
          <w:u w:val="single"/>
        </w:rPr>
        <w:t>3</w:t>
      </w:r>
      <w:r w:rsidRPr="003659B9">
        <w:rPr>
          <w:rFonts w:ascii="Book Antiqua" w:hAnsi="Book Antiqua"/>
          <w:i/>
          <w:iCs/>
          <w:u w:val="single"/>
        </w:rPr>
        <w:t xml:space="preserve">. Patria y Cultura Inc. </w:t>
      </w:r>
      <w:r w:rsidR="006864A6" w:rsidRPr="00E84FEC">
        <w:rPr>
          <w:rFonts w:ascii="Book Antiqua" w:hAnsi="Book Antiqua"/>
          <w:i/>
          <w:iCs/>
          <w:u w:val="single"/>
        </w:rPr>
        <w:tab/>
      </w:r>
      <w:r w:rsidRPr="003659B9">
        <w:rPr>
          <w:rFonts w:ascii="Book Antiqua" w:hAnsi="Book Antiqua"/>
          <w:i/>
          <w:iCs/>
          <w:u w:val="single"/>
        </w:rPr>
        <w:t xml:space="preserve">$3,000.00  </w:t>
      </w:r>
    </w:p>
    <w:p w14:paraId="4C5469D6" w14:textId="609E8E1B"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46</w:t>
      </w:r>
      <w:r w:rsidR="00E10572" w:rsidRPr="00E10572">
        <w:rPr>
          <w:rFonts w:ascii="Book Antiqua" w:hAnsi="Book Antiqua"/>
          <w:i/>
          <w:iCs/>
          <w:u w:val="single"/>
          <w:lang w:val="es-PR"/>
        </w:rPr>
        <w:t>4</w:t>
      </w:r>
      <w:r w:rsidRPr="003659B9">
        <w:rPr>
          <w:rFonts w:ascii="Book Antiqua" w:hAnsi="Book Antiqua"/>
          <w:i/>
          <w:iCs/>
          <w:u w:val="single"/>
          <w:lang w:val="es-PR"/>
        </w:rPr>
        <w:t xml:space="preserve">. Patronato del Castillo </w:t>
      </w:r>
      <w:proofErr w:type="spellStart"/>
      <w:r w:rsidRPr="003659B9">
        <w:rPr>
          <w:rFonts w:ascii="Book Antiqua" w:hAnsi="Book Antiqua"/>
          <w:i/>
          <w:iCs/>
          <w:u w:val="single"/>
          <w:lang w:val="es-PR"/>
        </w:rPr>
        <w:t>Seralles</w:t>
      </w:r>
      <w:proofErr w:type="spellEnd"/>
      <w:r w:rsidRPr="003659B9">
        <w:rPr>
          <w:rFonts w:ascii="Book Antiqua" w:hAnsi="Book Antiqua"/>
          <w:i/>
          <w:iCs/>
          <w:u w:val="single"/>
          <w:lang w:val="es-PR"/>
        </w:rPr>
        <w:t xml:space="preserve"> –</w:t>
      </w:r>
      <w:r w:rsidR="006864A6" w:rsidRPr="00E10572">
        <w:rPr>
          <w:rFonts w:ascii="Book Antiqua" w:hAnsi="Book Antiqua"/>
          <w:i/>
          <w:iCs/>
          <w:u w:val="single"/>
          <w:lang w:val="es-PR"/>
        </w:rPr>
        <w:tab/>
      </w:r>
      <w:r w:rsidRPr="003659B9">
        <w:rPr>
          <w:rFonts w:ascii="Book Antiqua" w:hAnsi="Book Antiqua"/>
          <w:i/>
          <w:iCs/>
          <w:u w:val="single"/>
          <w:lang w:val="es-PR"/>
        </w:rPr>
        <w:t xml:space="preserve"> $8,000.00  </w:t>
      </w:r>
    </w:p>
    <w:p w14:paraId="5D6D0783" w14:textId="52DBFB79"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46</w:t>
      </w:r>
      <w:r w:rsidR="00E10572">
        <w:rPr>
          <w:rFonts w:ascii="Book Antiqua" w:hAnsi="Book Antiqua"/>
          <w:i/>
          <w:iCs/>
          <w:u w:val="single"/>
          <w:lang w:val="es-PR"/>
        </w:rPr>
        <w:t>5</w:t>
      </w:r>
      <w:r w:rsidRPr="003659B9">
        <w:rPr>
          <w:rFonts w:ascii="Book Antiqua" w:hAnsi="Book Antiqua"/>
          <w:i/>
          <w:iCs/>
          <w:u w:val="single"/>
          <w:lang w:val="es-PR"/>
        </w:rPr>
        <w:t xml:space="preserve">. Pequeñas Ligas Maunabo Beisbol </w:t>
      </w:r>
      <w:r w:rsidR="00DA11C9" w:rsidRPr="00E84FEC">
        <w:rPr>
          <w:rFonts w:ascii="Book Antiqua" w:hAnsi="Book Antiqua"/>
          <w:i/>
          <w:iCs/>
          <w:u w:val="single"/>
          <w:lang w:val="es-PR"/>
        </w:rPr>
        <w:t>I</w:t>
      </w:r>
      <w:r w:rsidRPr="003659B9">
        <w:rPr>
          <w:rFonts w:ascii="Book Antiqua" w:hAnsi="Book Antiqua"/>
          <w:i/>
          <w:iCs/>
          <w:u w:val="single"/>
          <w:lang w:val="es-PR"/>
        </w:rPr>
        <w:t xml:space="preserve">nc. </w:t>
      </w:r>
      <w:r w:rsidR="006864A6" w:rsidRPr="00E84FEC">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$10,000.00  </w:t>
      </w:r>
    </w:p>
    <w:p w14:paraId="3AC62573" w14:textId="49C430A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46</w:t>
      </w:r>
      <w:r w:rsidR="00E10572" w:rsidRPr="00E10572">
        <w:rPr>
          <w:rFonts w:ascii="Book Antiqua" w:hAnsi="Book Antiqua"/>
          <w:i/>
          <w:iCs/>
          <w:u w:val="single"/>
          <w:lang w:val="es-PR"/>
        </w:rPr>
        <w:t>6</w:t>
      </w:r>
      <w:r w:rsidRPr="003659B9">
        <w:rPr>
          <w:rFonts w:ascii="Book Antiqua" w:hAnsi="Book Antiqua"/>
          <w:i/>
          <w:iCs/>
          <w:u w:val="single"/>
          <w:lang w:val="es-PR"/>
        </w:rPr>
        <w:t xml:space="preserve">. Pequeñas Ligas </w:t>
      </w:r>
      <w:proofErr w:type="spellStart"/>
      <w:r w:rsidRPr="003659B9">
        <w:rPr>
          <w:rFonts w:ascii="Book Antiqua" w:hAnsi="Book Antiqua"/>
          <w:i/>
          <w:iCs/>
          <w:u w:val="single"/>
          <w:lang w:val="es-PR"/>
        </w:rPr>
        <w:t>Radames</w:t>
      </w:r>
      <w:proofErr w:type="spellEnd"/>
      <w:r w:rsidRPr="003659B9">
        <w:rPr>
          <w:rFonts w:ascii="Book Antiqua" w:hAnsi="Book Antiqua"/>
          <w:i/>
          <w:iCs/>
          <w:u w:val="single"/>
          <w:lang w:val="es-PR"/>
        </w:rPr>
        <w:t xml:space="preserve"> López, Inc. </w:t>
      </w:r>
      <w:r w:rsidR="006864A6" w:rsidRPr="00E10572">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$50,000.00  </w:t>
      </w:r>
    </w:p>
    <w:p w14:paraId="5E978617" w14:textId="1E2E208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46</w:t>
      </w:r>
      <w:r w:rsidR="00E10572">
        <w:rPr>
          <w:rFonts w:ascii="Book Antiqua" w:hAnsi="Book Antiqua"/>
          <w:i/>
          <w:iCs/>
          <w:u w:val="single"/>
          <w:lang w:val="es-PR"/>
        </w:rPr>
        <w:t>7</w:t>
      </w:r>
      <w:r w:rsidRPr="003659B9">
        <w:rPr>
          <w:rFonts w:ascii="Book Antiqua" w:hAnsi="Book Antiqua"/>
          <w:i/>
          <w:iCs/>
          <w:u w:val="single"/>
          <w:lang w:val="es-PR"/>
        </w:rPr>
        <w:t xml:space="preserve">. Pequeño Campeón de Jesús, Inc.  </w:t>
      </w:r>
      <w:r w:rsidR="006864A6" w:rsidRPr="00E84FEC">
        <w:rPr>
          <w:rFonts w:ascii="Book Antiqua" w:hAnsi="Book Antiqua"/>
          <w:i/>
          <w:iCs/>
          <w:u w:val="single"/>
          <w:lang w:val="es-PR"/>
        </w:rPr>
        <w:tab/>
      </w:r>
      <w:r w:rsidRPr="003659B9">
        <w:rPr>
          <w:rFonts w:ascii="Book Antiqua" w:hAnsi="Book Antiqua"/>
          <w:i/>
          <w:iCs/>
          <w:u w:val="single"/>
        </w:rPr>
        <w:t xml:space="preserve">$30,000.00  </w:t>
      </w:r>
    </w:p>
    <w:p w14:paraId="76000DF9" w14:textId="237A6FBA"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46</w:t>
      </w:r>
      <w:r w:rsidR="00E10572">
        <w:rPr>
          <w:rFonts w:ascii="Book Antiqua" w:hAnsi="Book Antiqua"/>
          <w:i/>
          <w:iCs/>
          <w:u w:val="single"/>
          <w:lang w:val="es-PR"/>
        </w:rPr>
        <w:t>8</w:t>
      </w:r>
      <w:r w:rsidRPr="003659B9">
        <w:rPr>
          <w:rFonts w:ascii="Book Antiqua" w:hAnsi="Book Antiqua"/>
          <w:i/>
          <w:iCs/>
          <w:u w:val="single"/>
          <w:lang w:val="es-PR"/>
        </w:rPr>
        <w:t xml:space="preserve">. PESCA: Proyecto Educativo Ser, Crecer y </w:t>
      </w:r>
      <w:proofErr w:type="gramStart"/>
      <w:r w:rsidRPr="003659B9">
        <w:rPr>
          <w:rFonts w:ascii="Book Antiqua" w:hAnsi="Book Antiqua"/>
          <w:i/>
          <w:iCs/>
          <w:u w:val="single"/>
          <w:lang w:val="es-PR"/>
        </w:rPr>
        <w:t xml:space="preserve">Aprender  </w:t>
      </w:r>
      <w:r w:rsidR="006864A6" w:rsidRPr="00E84FEC">
        <w:rPr>
          <w:rFonts w:ascii="Book Antiqua" w:hAnsi="Book Antiqua"/>
          <w:i/>
          <w:iCs/>
          <w:u w:val="single"/>
          <w:lang w:val="es-PR"/>
        </w:rPr>
        <w:tab/>
      </w:r>
      <w:proofErr w:type="gramEnd"/>
      <w:r w:rsidRPr="003659B9">
        <w:rPr>
          <w:rFonts w:ascii="Book Antiqua" w:hAnsi="Book Antiqua"/>
          <w:i/>
          <w:iCs/>
          <w:u w:val="single"/>
          <w:lang w:val="es-PR"/>
        </w:rPr>
        <w:t xml:space="preserve">$15,000.00  </w:t>
      </w:r>
    </w:p>
    <w:p w14:paraId="7B24FFB1" w14:textId="77E04259"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w:t>
      </w:r>
      <w:r w:rsidR="00E10572" w:rsidRPr="00E10572">
        <w:rPr>
          <w:rFonts w:ascii="Book Antiqua" w:hAnsi="Book Antiqua"/>
          <w:i/>
          <w:iCs/>
          <w:u w:val="single"/>
          <w:lang w:val="es-PR"/>
        </w:rPr>
        <w:t>69</w:t>
      </w:r>
      <w:r w:rsidRPr="003659B9">
        <w:rPr>
          <w:rFonts w:ascii="Book Antiqua" w:hAnsi="Book Antiqua"/>
          <w:i/>
          <w:iCs/>
          <w:u w:val="single"/>
          <w:lang w:val="es-PR"/>
        </w:rPr>
        <w:t xml:space="preserve">. Peter s </w:t>
      </w:r>
      <w:proofErr w:type="spellStart"/>
      <w:r w:rsidRPr="003659B9">
        <w:rPr>
          <w:rFonts w:ascii="Book Antiqua" w:hAnsi="Book Antiqua"/>
          <w:i/>
          <w:iCs/>
          <w:u w:val="single"/>
          <w:lang w:val="es-PR"/>
        </w:rPr>
        <w:t>Sons</w:t>
      </w:r>
      <w:proofErr w:type="spellEnd"/>
      <w:r w:rsidRPr="003659B9">
        <w:rPr>
          <w:rFonts w:ascii="Book Antiqua" w:hAnsi="Book Antiqua"/>
          <w:i/>
          <w:iCs/>
          <w:u w:val="single"/>
          <w:lang w:val="es-PR"/>
        </w:rPr>
        <w:t xml:space="preserve"> </w:t>
      </w:r>
      <w:r w:rsidR="006864A6" w:rsidRPr="00E10572">
        <w:rPr>
          <w:rFonts w:ascii="Book Antiqua" w:hAnsi="Book Antiqua"/>
          <w:i/>
          <w:iCs/>
          <w:u w:val="single"/>
          <w:lang w:val="es-PR"/>
        </w:rPr>
        <w:tab/>
      </w:r>
      <w:r w:rsidRPr="003659B9">
        <w:rPr>
          <w:rFonts w:ascii="Book Antiqua" w:hAnsi="Book Antiqua"/>
          <w:i/>
          <w:iCs/>
          <w:u w:val="single"/>
          <w:lang w:val="es-PR"/>
        </w:rPr>
        <w:t xml:space="preserve"> $</w:t>
      </w:r>
      <w:r w:rsidR="00E10572" w:rsidRPr="00E10572">
        <w:rPr>
          <w:rFonts w:ascii="Book Antiqua" w:hAnsi="Book Antiqua"/>
          <w:i/>
          <w:iCs/>
          <w:u w:val="single"/>
          <w:lang w:val="es-PR"/>
        </w:rPr>
        <w:t>14</w:t>
      </w:r>
      <w:r w:rsidRPr="003659B9">
        <w:rPr>
          <w:rFonts w:ascii="Book Antiqua" w:hAnsi="Book Antiqua"/>
          <w:i/>
          <w:iCs/>
          <w:u w:val="single"/>
          <w:lang w:val="es-PR"/>
        </w:rPr>
        <w:t xml:space="preserve">,000.00  </w:t>
      </w:r>
    </w:p>
    <w:p w14:paraId="55721B6A" w14:textId="4902780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47</w:t>
      </w:r>
      <w:r w:rsidR="00E10572">
        <w:rPr>
          <w:rFonts w:ascii="Book Antiqua" w:hAnsi="Book Antiqua"/>
          <w:i/>
          <w:iCs/>
          <w:u w:val="single"/>
          <w:lang w:val="es-PR"/>
        </w:rPr>
        <w:t>0</w:t>
      </w:r>
      <w:r w:rsidRPr="003659B9">
        <w:rPr>
          <w:rFonts w:ascii="Book Antiqua" w:hAnsi="Book Antiqua"/>
          <w:i/>
          <w:iCs/>
          <w:u w:val="single"/>
          <w:lang w:val="es-PR"/>
        </w:rPr>
        <w:t xml:space="preserve">. Politécnico Amigo, Inc.  </w:t>
      </w:r>
      <w:r w:rsidR="006864A6" w:rsidRPr="00E10572">
        <w:rPr>
          <w:rFonts w:ascii="Book Antiqua" w:hAnsi="Book Antiqua"/>
          <w:i/>
          <w:iCs/>
          <w:u w:val="single"/>
          <w:lang w:val="es-PR"/>
        </w:rPr>
        <w:tab/>
      </w:r>
      <w:r w:rsidRPr="003659B9">
        <w:rPr>
          <w:rFonts w:ascii="Book Antiqua" w:hAnsi="Book Antiqua"/>
          <w:i/>
          <w:iCs/>
          <w:u w:val="single"/>
        </w:rPr>
        <w:t xml:space="preserve">$140,000.00  </w:t>
      </w:r>
    </w:p>
    <w:p w14:paraId="1592A3ED" w14:textId="05C1095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47</w:t>
      </w:r>
      <w:r w:rsidR="00E10572">
        <w:rPr>
          <w:rFonts w:ascii="Book Antiqua" w:hAnsi="Book Antiqua"/>
          <w:i/>
          <w:iCs/>
          <w:u w:val="single"/>
        </w:rPr>
        <w:t>1</w:t>
      </w:r>
      <w:r w:rsidRPr="003659B9">
        <w:rPr>
          <w:rFonts w:ascii="Book Antiqua" w:hAnsi="Book Antiqua"/>
          <w:i/>
          <w:iCs/>
          <w:u w:val="single"/>
        </w:rPr>
        <w:t xml:space="preserve">. Ponce Leonas Club de </w:t>
      </w:r>
      <w:proofErr w:type="spellStart"/>
      <w:r w:rsidRPr="003659B9">
        <w:rPr>
          <w:rFonts w:ascii="Book Antiqua" w:hAnsi="Book Antiqua"/>
          <w:i/>
          <w:iCs/>
          <w:u w:val="single"/>
        </w:rPr>
        <w:t>Baloncesto</w:t>
      </w:r>
      <w:proofErr w:type="spellEnd"/>
      <w:r w:rsidRPr="003659B9">
        <w:rPr>
          <w:rFonts w:ascii="Book Antiqua" w:hAnsi="Book Antiqua"/>
          <w:i/>
          <w:iCs/>
          <w:u w:val="single"/>
        </w:rPr>
        <w:t xml:space="preserve"> </w:t>
      </w:r>
      <w:proofErr w:type="spellStart"/>
      <w:r w:rsidRPr="003659B9">
        <w:rPr>
          <w:rFonts w:ascii="Book Antiqua" w:hAnsi="Book Antiqua"/>
          <w:i/>
          <w:iCs/>
          <w:u w:val="single"/>
        </w:rPr>
        <w:t>Femenino</w:t>
      </w:r>
      <w:proofErr w:type="spellEnd"/>
      <w:r w:rsidRPr="003659B9">
        <w:rPr>
          <w:rFonts w:ascii="Book Antiqua" w:hAnsi="Book Antiqua"/>
          <w:i/>
          <w:iCs/>
          <w:u w:val="single"/>
        </w:rPr>
        <w:t xml:space="preserve">, Inc.  </w:t>
      </w:r>
      <w:r w:rsidR="006864A6" w:rsidRPr="00E84FEC">
        <w:rPr>
          <w:rFonts w:ascii="Book Antiqua" w:hAnsi="Book Antiqua"/>
          <w:i/>
          <w:iCs/>
          <w:u w:val="single"/>
        </w:rPr>
        <w:tab/>
      </w:r>
      <w:r w:rsidRPr="003659B9">
        <w:rPr>
          <w:rFonts w:ascii="Book Antiqua" w:hAnsi="Book Antiqua"/>
          <w:i/>
          <w:iCs/>
          <w:u w:val="single"/>
        </w:rPr>
        <w:t xml:space="preserve">$3,000.00  </w:t>
      </w:r>
    </w:p>
    <w:p w14:paraId="35A77C96" w14:textId="7824C1A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47</w:t>
      </w:r>
      <w:r w:rsidR="00E10572">
        <w:rPr>
          <w:rFonts w:ascii="Book Antiqua" w:hAnsi="Book Antiqua"/>
          <w:i/>
          <w:iCs/>
          <w:u w:val="single"/>
        </w:rPr>
        <w:t>2</w:t>
      </w:r>
      <w:r w:rsidRPr="003659B9">
        <w:rPr>
          <w:rFonts w:ascii="Book Antiqua" w:hAnsi="Book Antiqua"/>
          <w:i/>
          <w:iCs/>
          <w:u w:val="single"/>
        </w:rPr>
        <w:t xml:space="preserve">. PPR Baseball </w:t>
      </w:r>
      <w:proofErr w:type="gramStart"/>
      <w:r w:rsidRPr="003659B9">
        <w:rPr>
          <w:rFonts w:ascii="Book Antiqua" w:hAnsi="Book Antiqua"/>
          <w:i/>
          <w:iCs/>
          <w:u w:val="single"/>
        </w:rPr>
        <w:t xml:space="preserve">Club  </w:t>
      </w:r>
      <w:r w:rsidR="006864A6" w:rsidRPr="00E84FEC">
        <w:rPr>
          <w:rFonts w:ascii="Book Antiqua" w:hAnsi="Book Antiqua"/>
          <w:i/>
          <w:iCs/>
          <w:u w:val="single"/>
        </w:rPr>
        <w:tab/>
      </w:r>
      <w:proofErr w:type="gramEnd"/>
      <w:r w:rsidRPr="003659B9">
        <w:rPr>
          <w:rFonts w:ascii="Book Antiqua" w:hAnsi="Book Antiqua"/>
          <w:i/>
          <w:iCs/>
          <w:u w:val="single"/>
        </w:rPr>
        <w:t xml:space="preserve">$8,000.00  </w:t>
      </w:r>
    </w:p>
    <w:p w14:paraId="756356E3" w14:textId="6A3F0BCC"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47</w:t>
      </w:r>
      <w:r w:rsidR="00E10572">
        <w:rPr>
          <w:rFonts w:ascii="Book Antiqua" w:hAnsi="Book Antiqua"/>
          <w:i/>
          <w:iCs/>
          <w:u w:val="single"/>
        </w:rPr>
        <w:t>3</w:t>
      </w:r>
      <w:r w:rsidRPr="003659B9">
        <w:rPr>
          <w:rFonts w:ascii="Book Antiqua" w:hAnsi="Book Antiqua"/>
          <w:i/>
          <w:iCs/>
          <w:u w:val="single"/>
        </w:rPr>
        <w:t xml:space="preserve">. PR Education Initiative </w:t>
      </w:r>
      <w:r w:rsidR="006864A6" w:rsidRPr="00E84FEC">
        <w:rPr>
          <w:rFonts w:ascii="Book Antiqua" w:hAnsi="Book Antiqua"/>
          <w:i/>
          <w:iCs/>
          <w:u w:val="single"/>
        </w:rPr>
        <w:tab/>
      </w:r>
      <w:r w:rsidRPr="003659B9">
        <w:rPr>
          <w:rFonts w:ascii="Book Antiqua" w:hAnsi="Book Antiqua"/>
          <w:i/>
          <w:iCs/>
          <w:u w:val="single"/>
        </w:rPr>
        <w:t xml:space="preserve">$30,000.00  </w:t>
      </w:r>
    </w:p>
    <w:p w14:paraId="7F093ED8" w14:textId="18F60CC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47</w:t>
      </w:r>
      <w:r w:rsidR="00E10572">
        <w:rPr>
          <w:rFonts w:ascii="Book Antiqua" w:hAnsi="Book Antiqua"/>
          <w:i/>
          <w:iCs/>
          <w:u w:val="single"/>
        </w:rPr>
        <w:t>4</w:t>
      </w:r>
      <w:r w:rsidRPr="003659B9">
        <w:rPr>
          <w:rFonts w:ascii="Book Antiqua" w:hAnsi="Book Antiqua"/>
          <w:i/>
          <w:iCs/>
          <w:u w:val="single"/>
        </w:rPr>
        <w:t xml:space="preserve">. Pro </w:t>
      </w:r>
      <w:proofErr w:type="spellStart"/>
      <w:r w:rsidRPr="003659B9">
        <w:rPr>
          <w:rFonts w:ascii="Book Antiqua" w:hAnsi="Book Antiqua"/>
          <w:i/>
          <w:iCs/>
          <w:u w:val="single"/>
        </w:rPr>
        <w:t>Techos</w:t>
      </w:r>
      <w:proofErr w:type="spellEnd"/>
      <w:r w:rsidRPr="003659B9">
        <w:rPr>
          <w:rFonts w:ascii="Book Antiqua" w:hAnsi="Book Antiqua"/>
          <w:i/>
          <w:iCs/>
          <w:u w:val="single"/>
        </w:rPr>
        <w:t xml:space="preserve">, Inc.  </w:t>
      </w:r>
      <w:r w:rsidR="00CF159C" w:rsidRPr="00E84FEC">
        <w:rPr>
          <w:rFonts w:ascii="Book Antiqua" w:hAnsi="Book Antiqua"/>
          <w:i/>
          <w:iCs/>
          <w:u w:val="single"/>
        </w:rPr>
        <w:tab/>
      </w:r>
      <w:r w:rsidRPr="003659B9">
        <w:rPr>
          <w:rFonts w:ascii="Book Antiqua" w:hAnsi="Book Antiqua"/>
          <w:i/>
          <w:iCs/>
          <w:u w:val="single"/>
        </w:rPr>
        <w:t xml:space="preserve">$3,000.00  </w:t>
      </w:r>
    </w:p>
    <w:p w14:paraId="20BCD264" w14:textId="592FD550"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47</w:t>
      </w:r>
      <w:r w:rsidR="00E10572">
        <w:rPr>
          <w:rFonts w:ascii="Book Antiqua" w:hAnsi="Book Antiqua"/>
          <w:i/>
          <w:iCs/>
          <w:u w:val="single"/>
          <w:lang w:val="es-PR"/>
        </w:rPr>
        <w:t>5</w:t>
      </w:r>
      <w:r w:rsidRPr="003659B9">
        <w:rPr>
          <w:rFonts w:ascii="Book Antiqua" w:hAnsi="Book Antiqua"/>
          <w:i/>
          <w:iCs/>
          <w:u w:val="single"/>
          <w:lang w:val="es-PR"/>
        </w:rPr>
        <w:t xml:space="preserve">. Producciones </w:t>
      </w:r>
      <w:proofErr w:type="gramStart"/>
      <w:r w:rsidRPr="003659B9">
        <w:rPr>
          <w:rFonts w:ascii="Book Antiqua" w:hAnsi="Book Antiqua"/>
          <w:i/>
          <w:iCs/>
          <w:u w:val="single"/>
          <w:lang w:val="es-PR"/>
        </w:rPr>
        <w:t xml:space="preserve">Acrópolis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$4,250.00  </w:t>
      </w:r>
    </w:p>
    <w:p w14:paraId="06E00BCA" w14:textId="67382E8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47</w:t>
      </w:r>
      <w:r w:rsidR="00E10572">
        <w:rPr>
          <w:rFonts w:ascii="Book Antiqua" w:hAnsi="Book Antiqua"/>
          <w:i/>
          <w:iCs/>
          <w:u w:val="single"/>
          <w:lang w:val="es-PR"/>
        </w:rPr>
        <w:t>6</w:t>
      </w:r>
      <w:r w:rsidRPr="003659B9">
        <w:rPr>
          <w:rFonts w:ascii="Book Antiqua" w:hAnsi="Book Antiqua"/>
          <w:i/>
          <w:iCs/>
          <w:u w:val="single"/>
          <w:lang w:val="es-PR"/>
        </w:rPr>
        <w:t xml:space="preserve">. Producciones Artemisa, Inc. </w:t>
      </w:r>
      <w:r w:rsidR="00CF159C" w:rsidRPr="00E84FEC">
        <w:rPr>
          <w:rFonts w:ascii="Book Antiqua" w:hAnsi="Book Antiqua"/>
          <w:i/>
          <w:iCs/>
          <w:u w:val="single"/>
          <w:lang w:val="es-PR"/>
        </w:rPr>
        <w:tab/>
      </w:r>
      <w:r w:rsidRPr="003659B9">
        <w:rPr>
          <w:rFonts w:ascii="Book Antiqua" w:hAnsi="Book Antiqua"/>
          <w:i/>
          <w:iCs/>
          <w:u w:val="single"/>
        </w:rPr>
        <w:t xml:space="preserve">$3,000.00  </w:t>
      </w:r>
    </w:p>
    <w:p w14:paraId="5C310678" w14:textId="3462C71D"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47</w:t>
      </w:r>
      <w:r w:rsidR="00E10572" w:rsidRPr="00E10572">
        <w:rPr>
          <w:rFonts w:ascii="Book Antiqua" w:hAnsi="Book Antiqua"/>
          <w:i/>
          <w:iCs/>
          <w:u w:val="single"/>
          <w:lang w:val="es-PR"/>
        </w:rPr>
        <w:t>7</w:t>
      </w:r>
      <w:r w:rsidRPr="003659B9">
        <w:rPr>
          <w:rFonts w:ascii="Book Antiqua" w:hAnsi="Book Antiqua"/>
          <w:i/>
          <w:iCs/>
          <w:u w:val="single"/>
          <w:lang w:val="es-PR"/>
        </w:rPr>
        <w:t>. Productora Ángeles-del-</w:t>
      </w:r>
      <w:proofErr w:type="gramStart"/>
      <w:r w:rsidRPr="003659B9">
        <w:rPr>
          <w:rFonts w:ascii="Book Antiqua" w:hAnsi="Book Antiqua"/>
          <w:i/>
          <w:iCs/>
          <w:u w:val="single"/>
          <w:lang w:val="es-PR"/>
        </w:rPr>
        <w:t xml:space="preserve">fin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$10,000.00  </w:t>
      </w:r>
    </w:p>
    <w:p w14:paraId="5FD20B60" w14:textId="039BF06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47</w:t>
      </w:r>
      <w:r w:rsidR="00E10572" w:rsidRPr="00E10572">
        <w:rPr>
          <w:rFonts w:ascii="Book Antiqua" w:hAnsi="Book Antiqua"/>
          <w:i/>
          <w:iCs/>
          <w:u w:val="single"/>
          <w:lang w:val="es-PR"/>
        </w:rPr>
        <w:t>8</w:t>
      </w:r>
      <w:r w:rsidRPr="003659B9">
        <w:rPr>
          <w:rFonts w:ascii="Book Antiqua" w:hAnsi="Book Antiqua"/>
          <w:i/>
          <w:iCs/>
          <w:u w:val="single"/>
          <w:lang w:val="es-PR"/>
        </w:rPr>
        <w:t xml:space="preserve">. Programa de Apoyo y Enlace Comunitario, Inc. </w:t>
      </w:r>
      <w:r w:rsidR="00CF159C" w:rsidRPr="00E10572">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$30,000.00  </w:t>
      </w:r>
    </w:p>
    <w:p w14:paraId="180B3D4A" w14:textId="22895E8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w:t>
      </w:r>
      <w:r w:rsidR="00E10572">
        <w:rPr>
          <w:rFonts w:ascii="Book Antiqua" w:hAnsi="Book Antiqua"/>
          <w:i/>
          <w:iCs/>
          <w:u w:val="single"/>
        </w:rPr>
        <w:t>79</w:t>
      </w:r>
      <w:r w:rsidRPr="003659B9">
        <w:rPr>
          <w:rFonts w:ascii="Book Antiqua" w:hAnsi="Book Antiqua"/>
          <w:i/>
          <w:iCs/>
          <w:u w:val="single"/>
        </w:rPr>
        <w:t xml:space="preserve">. Programa del Adolescente de Naranjito, Inc.  </w:t>
      </w:r>
      <w:r w:rsidR="00CF159C" w:rsidRPr="00E84FEC">
        <w:rPr>
          <w:rFonts w:ascii="Book Antiqua" w:hAnsi="Book Antiqua"/>
          <w:i/>
          <w:iCs/>
          <w:u w:val="single"/>
        </w:rPr>
        <w:tab/>
      </w:r>
      <w:r w:rsidRPr="003659B9">
        <w:rPr>
          <w:rFonts w:ascii="Book Antiqua" w:hAnsi="Book Antiqua"/>
          <w:i/>
          <w:iCs/>
          <w:u w:val="single"/>
        </w:rPr>
        <w:t xml:space="preserve">$20,000.00  </w:t>
      </w:r>
    </w:p>
    <w:p w14:paraId="023B0A71" w14:textId="1AFB7783"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48</w:t>
      </w:r>
      <w:r w:rsidR="00E10572">
        <w:rPr>
          <w:rFonts w:ascii="Book Antiqua" w:hAnsi="Book Antiqua"/>
          <w:i/>
          <w:iCs/>
          <w:u w:val="single"/>
          <w:lang w:val="es-PR"/>
        </w:rPr>
        <w:t>0</w:t>
      </w:r>
      <w:r w:rsidRPr="003659B9">
        <w:rPr>
          <w:rFonts w:ascii="Book Antiqua" w:hAnsi="Book Antiqua"/>
          <w:i/>
          <w:iCs/>
          <w:u w:val="single"/>
          <w:lang w:val="es-PR"/>
        </w:rPr>
        <w:t xml:space="preserve">. Programa </w:t>
      </w:r>
      <w:proofErr w:type="gramStart"/>
      <w:r w:rsidRPr="003659B9">
        <w:rPr>
          <w:rFonts w:ascii="Book Antiqua" w:hAnsi="Book Antiqua"/>
          <w:i/>
          <w:iCs/>
          <w:u w:val="single"/>
          <w:lang w:val="es-PR"/>
        </w:rPr>
        <w:t>Pro Ayuda</w:t>
      </w:r>
      <w:proofErr w:type="gramEnd"/>
      <w:r w:rsidRPr="003659B9">
        <w:rPr>
          <w:rFonts w:ascii="Book Antiqua" w:hAnsi="Book Antiqua"/>
          <w:i/>
          <w:iCs/>
          <w:u w:val="single"/>
          <w:lang w:val="es-PR"/>
        </w:rPr>
        <w:t xml:space="preserve"> a Edad </w:t>
      </w:r>
      <w:proofErr w:type="gramStart"/>
      <w:r w:rsidRPr="003659B9">
        <w:rPr>
          <w:rFonts w:ascii="Book Antiqua" w:hAnsi="Book Antiqua"/>
          <w:i/>
          <w:iCs/>
          <w:u w:val="single"/>
          <w:lang w:val="es-PR"/>
        </w:rPr>
        <w:t xml:space="preserve">Avanzada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$14,000.00  </w:t>
      </w:r>
    </w:p>
    <w:p w14:paraId="2E0C3A43" w14:textId="619AEF24"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48</w:t>
      </w:r>
      <w:r w:rsidR="00E10572">
        <w:rPr>
          <w:rFonts w:ascii="Book Antiqua" w:hAnsi="Book Antiqua"/>
          <w:i/>
          <w:iCs/>
          <w:u w:val="single"/>
          <w:lang w:val="es-PR"/>
        </w:rPr>
        <w:t>1</w:t>
      </w:r>
      <w:r w:rsidRPr="003659B9">
        <w:rPr>
          <w:rFonts w:ascii="Book Antiqua" w:hAnsi="Book Antiqua"/>
          <w:i/>
          <w:iCs/>
          <w:u w:val="single"/>
          <w:lang w:val="es-PR"/>
        </w:rPr>
        <w:t xml:space="preserve">. Proyecto </w:t>
      </w:r>
      <w:proofErr w:type="gramStart"/>
      <w:r w:rsidRPr="003659B9">
        <w:rPr>
          <w:rFonts w:ascii="Book Antiqua" w:hAnsi="Book Antiqua"/>
          <w:i/>
          <w:iCs/>
          <w:u w:val="single"/>
          <w:lang w:val="es-PR"/>
        </w:rPr>
        <w:t xml:space="preserve">Actívate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$32,000.00  </w:t>
      </w:r>
    </w:p>
    <w:p w14:paraId="2623F270" w14:textId="7C7931E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48</w:t>
      </w:r>
      <w:r w:rsidR="00E10572">
        <w:rPr>
          <w:rFonts w:ascii="Book Antiqua" w:hAnsi="Book Antiqua"/>
          <w:i/>
          <w:iCs/>
          <w:u w:val="single"/>
          <w:lang w:val="es-PR"/>
        </w:rPr>
        <w:t>2</w:t>
      </w:r>
      <w:r w:rsidRPr="003659B9">
        <w:rPr>
          <w:rFonts w:ascii="Book Antiqua" w:hAnsi="Book Antiqua"/>
          <w:i/>
          <w:iCs/>
          <w:u w:val="single"/>
          <w:lang w:val="es-PR"/>
        </w:rPr>
        <w:t xml:space="preserve">. Proyecto Amor que Sana, Inc.  </w:t>
      </w:r>
      <w:r w:rsidR="00CF159C" w:rsidRPr="00E84FEC">
        <w:rPr>
          <w:rFonts w:ascii="Book Antiqua" w:hAnsi="Book Antiqua"/>
          <w:i/>
          <w:iCs/>
          <w:u w:val="single"/>
          <w:lang w:val="es-PR"/>
        </w:rPr>
        <w:tab/>
      </w:r>
      <w:r w:rsidRPr="003659B9">
        <w:rPr>
          <w:rFonts w:ascii="Book Antiqua" w:hAnsi="Book Antiqua"/>
          <w:i/>
          <w:iCs/>
          <w:u w:val="single"/>
        </w:rPr>
        <w:t xml:space="preserve">$3,000.00  </w:t>
      </w:r>
    </w:p>
    <w:p w14:paraId="4C1871DA" w14:textId="4D9133C1"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48</w:t>
      </w:r>
      <w:r w:rsidR="00E10572">
        <w:rPr>
          <w:rFonts w:ascii="Book Antiqua" w:hAnsi="Book Antiqua"/>
          <w:i/>
          <w:iCs/>
          <w:u w:val="single"/>
          <w:lang w:val="es-PR"/>
        </w:rPr>
        <w:t>3</w:t>
      </w:r>
      <w:r w:rsidRPr="003659B9">
        <w:rPr>
          <w:rFonts w:ascii="Book Antiqua" w:hAnsi="Book Antiqua"/>
          <w:i/>
          <w:iCs/>
          <w:u w:val="single"/>
          <w:lang w:val="es-PR"/>
        </w:rPr>
        <w:t xml:space="preserve">. Proyecto la Nueva Esperanza, Inc.  </w:t>
      </w:r>
      <w:r w:rsidR="00CF159C" w:rsidRPr="00E84FEC">
        <w:rPr>
          <w:rFonts w:ascii="Book Antiqua" w:hAnsi="Book Antiqua"/>
          <w:i/>
          <w:iCs/>
          <w:u w:val="single"/>
          <w:lang w:val="es-PR"/>
        </w:rPr>
        <w:tab/>
      </w:r>
      <w:r w:rsidRPr="003659B9">
        <w:rPr>
          <w:rFonts w:ascii="Book Antiqua" w:hAnsi="Book Antiqua"/>
          <w:i/>
          <w:iCs/>
          <w:u w:val="single"/>
        </w:rPr>
        <w:t xml:space="preserve">$13,000.00  </w:t>
      </w:r>
    </w:p>
    <w:p w14:paraId="60D496C1" w14:textId="528EE67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48</w:t>
      </w:r>
      <w:r w:rsidR="00E10572">
        <w:rPr>
          <w:rFonts w:ascii="Book Antiqua" w:hAnsi="Book Antiqua"/>
          <w:i/>
          <w:iCs/>
          <w:u w:val="single"/>
        </w:rPr>
        <w:t>4</w:t>
      </w:r>
      <w:r w:rsidRPr="003659B9">
        <w:rPr>
          <w:rFonts w:ascii="Book Antiqua" w:hAnsi="Book Antiqua"/>
          <w:i/>
          <w:iCs/>
          <w:u w:val="single"/>
        </w:rPr>
        <w:t xml:space="preserve">. Proyecto Nacer, Inc.  </w:t>
      </w:r>
      <w:r w:rsidR="00CF159C" w:rsidRPr="00E84FEC">
        <w:rPr>
          <w:rFonts w:ascii="Book Antiqua" w:hAnsi="Book Antiqua"/>
          <w:i/>
          <w:iCs/>
          <w:u w:val="single"/>
        </w:rPr>
        <w:tab/>
      </w:r>
      <w:r w:rsidRPr="003659B9">
        <w:rPr>
          <w:rFonts w:ascii="Book Antiqua" w:hAnsi="Book Antiqua"/>
          <w:i/>
          <w:iCs/>
          <w:u w:val="single"/>
        </w:rPr>
        <w:t xml:space="preserve">$250,000.00  </w:t>
      </w:r>
    </w:p>
    <w:p w14:paraId="56A84CCB" w14:textId="68089F9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48</w:t>
      </w:r>
      <w:r w:rsidR="00E10572">
        <w:rPr>
          <w:rFonts w:ascii="Book Antiqua" w:hAnsi="Book Antiqua"/>
          <w:i/>
          <w:iCs/>
          <w:u w:val="single"/>
          <w:lang w:val="es-PR"/>
        </w:rPr>
        <w:t>5</w:t>
      </w:r>
      <w:r w:rsidRPr="003659B9">
        <w:rPr>
          <w:rFonts w:ascii="Book Antiqua" w:hAnsi="Book Antiqua"/>
          <w:i/>
          <w:iCs/>
          <w:u w:val="single"/>
          <w:lang w:val="es-PR"/>
        </w:rPr>
        <w:t xml:space="preserve">. Proyecto Oasis de Amor, Inc.  </w:t>
      </w:r>
      <w:r w:rsidR="00CF159C" w:rsidRPr="00E84FEC">
        <w:rPr>
          <w:rFonts w:ascii="Book Antiqua" w:hAnsi="Book Antiqua"/>
          <w:i/>
          <w:iCs/>
          <w:u w:val="single"/>
          <w:lang w:val="es-PR"/>
        </w:rPr>
        <w:tab/>
      </w:r>
      <w:r w:rsidRPr="003659B9">
        <w:rPr>
          <w:rFonts w:ascii="Book Antiqua" w:hAnsi="Book Antiqua"/>
          <w:i/>
          <w:iCs/>
          <w:u w:val="single"/>
        </w:rPr>
        <w:t xml:space="preserve">$8,400.00  </w:t>
      </w:r>
    </w:p>
    <w:p w14:paraId="2ABD3DB9" w14:textId="6AB2EBCA" w:rsidR="00CF159C" w:rsidRPr="00E84FEC" w:rsidRDefault="003659B9" w:rsidP="007B793F">
      <w:pPr>
        <w:tabs>
          <w:tab w:val="decimal" w:pos="8280"/>
        </w:tabs>
        <w:rPr>
          <w:rFonts w:ascii="Book Antiqua" w:hAnsi="Book Antiqua"/>
          <w:i/>
          <w:iCs/>
          <w:u w:val="single"/>
        </w:rPr>
      </w:pPr>
      <w:r w:rsidRPr="003659B9">
        <w:rPr>
          <w:rFonts w:ascii="Book Antiqua" w:hAnsi="Book Antiqua"/>
          <w:i/>
          <w:iCs/>
          <w:u w:val="single"/>
        </w:rPr>
        <w:t>48</w:t>
      </w:r>
      <w:r w:rsidR="00E10572">
        <w:rPr>
          <w:rFonts w:ascii="Book Antiqua" w:hAnsi="Book Antiqua"/>
          <w:i/>
          <w:iCs/>
          <w:u w:val="single"/>
        </w:rPr>
        <w:t>6</w:t>
      </w:r>
      <w:r w:rsidRPr="003659B9">
        <w:rPr>
          <w:rFonts w:ascii="Book Antiqua" w:hAnsi="Book Antiqua"/>
          <w:i/>
          <w:iCs/>
          <w:u w:val="single"/>
        </w:rPr>
        <w:t xml:space="preserve">. Puente Abiertos Comunidades Transformadas y </w:t>
      </w:r>
    </w:p>
    <w:p w14:paraId="1196EA0E" w14:textId="1F728F70" w:rsidR="003659B9" w:rsidRPr="003659B9" w:rsidRDefault="003659B9" w:rsidP="007B793F">
      <w:pPr>
        <w:tabs>
          <w:tab w:val="decimal" w:pos="8280"/>
        </w:tabs>
        <w:rPr>
          <w:rFonts w:ascii="Book Antiqua" w:hAnsi="Book Antiqua"/>
          <w:i/>
          <w:iCs/>
          <w:u w:val="single"/>
        </w:rPr>
      </w:pPr>
      <w:proofErr w:type="spellStart"/>
      <w:r w:rsidRPr="003659B9">
        <w:rPr>
          <w:rFonts w:ascii="Book Antiqua" w:hAnsi="Book Antiqua"/>
          <w:i/>
          <w:iCs/>
          <w:u w:val="single"/>
        </w:rPr>
        <w:t>Autosuficientes</w:t>
      </w:r>
      <w:proofErr w:type="spellEnd"/>
      <w:r w:rsidRPr="003659B9">
        <w:rPr>
          <w:rFonts w:ascii="Book Antiqua" w:hAnsi="Book Antiqua"/>
          <w:i/>
          <w:iCs/>
          <w:u w:val="single"/>
        </w:rPr>
        <w:t xml:space="preserve">, Inc. </w:t>
      </w:r>
      <w:r w:rsidR="00CF159C" w:rsidRPr="00E84FEC">
        <w:rPr>
          <w:rFonts w:ascii="Book Antiqua" w:hAnsi="Book Antiqua"/>
          <w:i/>
          <w:iCs/>
          <w:u w:val="single"/>
        </w:rPr>
        <w:tab/>
      </w:r>
      <w:r w:rsidRPr="003659B9">
        <w:rPr>
          <w:rFonts w:ascii="Book Antiqua" w:hAnsi="Book Antiqua"/>
          <w:i/>
          <w:iCs/>
          <w:u w:val="single"/>
        </w:rPr>
        <w:t xml:space="preserve">$10,000.00  </w:t>
      </w:r>
    </w:p>
    <w:p w14:paraId="659DDA8C" w14:textId="13F13B4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48</w:t>
      </w:r>
      <w:r w:rsidR="00E10572">
        <w:rPr>
          <w:rFonts w:ascii="Book Antiqua" w:hAnsi="Book Antiqua"/>
          <w:i/>
          <w:iCs/>
          <w:u w:val="single"/>
        </w:rPr>
        <w:t>7</w:t>
      </w:r>
      <w:r w:rsidRPr="003659B9">
        <w:rPr>
          <w:rFonts w:ascii="Book Antiqua" w:hAnsi="Book Antiqua"/>
          <w:i/>
          <w:iCs/>
          <w:u w:val="single"/>
        </w:rPr>
        <w:t xml:space="preserve">. Puerto Rico Alliance for Companion Animals, Inc.  </w:t>
      </w:r>
      <w:r w:rsidR="00CF159C" w:rsidRPr="00E84FEC">
        <w:rPr>
          <w:rFonts w:ascii="Book Antiqua" w:hAnsi="Book Antiqua"/>
          <w:i/>
          <w:iCs/>
          <w:u w:val="single"/>
        </w:rPr>
        <w:tab/>
      </w:r>
      <w:r w:rsidRPr="003659B9">
        <w:rPr>
          <w:rFonts w:ascii="Book Antiqua" w:hAnsi="Book Antiqua"/>
          <w:i/>
          <w:iCs/>
          <w:u w:val="single"/>
        </w:rPr>
        <w:t xml:space="preserve">$3,000.00  </w:t>
      </w:r>
    </w:p>
    <w:p w14:paraId="73D6274A" w14:textId="246B55BD"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48</w:t>
      </w:r>
      <w:r w:rsidR="00E10572">
        <w:rPr>
          <w:rFonts w:ascii="Book Antiqua" w:hAnsi="Book Antiqua"/>
          <w:i/>
          <w:iCs/>
          <w:u w:val="single"/>
        </w:rPr>
        <w:t>8</w:t>
      </w:r>
      <w:r w:rsidRPr="003659B9">
        <w:rPr>
          <w:rFonts w:ascii="Book Antiqua" w:hAnsi="Book Antiqua"/>
          <w:i/>
          <w:iCs/>
          <w:u w:val="single"/>
        </w:rPr>
        <w:t xml:space="preserve">. Puerto Rico Archery League, Corp.  </w:t>
      </w:r>
      <w:r w:rsidR="00CF159C" w:rsidRPr="00E84FEC">
        <w:rPr>
          <w:rFonts w:ascii="Book Antiqua" w:hAnsi="Book Antiqua"/>
          <w:i/>
          <w:iCs/>
          <w:u w:val="single"/>
        </w:rPr>
        <w:tab/>
      </w:r>
      <w:r w:rsidRPr="003659B9">
        <w:rPr>
          <w:rFonts w:ascii="Book Antiqua" w:hAnsi="Book Antiqua"/>
          <w:i/>
          <w:iCs/>
          <w:u w:val="single"/>
        </w:rPr>
        <w:t xml:space="preserve">$3,000.00  </w:t>
      </w:r>
    </w:p>
    <w:p w14:paraId="79AE3A70" w14:textId="4D2E88C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w:t>
      </w:r>
      <w:r w:rsidR="00E10572">
        <w:rPr>
          <w:rFonts w:ascii="Book Antiqua" w:hAnsi="Book Antiqua"/>
          <w:i/>
          <w:iCs/>
          <w:u w:val="single"/>
        </w:rPr>
        <w:t>89</w:t>
      </w:r>
      <w:r w:rsidRPr="003659B9">
        <w:rPr>
          <w:rFonts w:ascii="Book Antiqua" w:hAnsi="Book Antiqua"/>
          <w:i/>
          <w:iCs/>
          <w:u w:val="single"/>
        </w:rPr>
        <w:t xml:space="preserve">. Puerto Rico Baseball Academy and High </w:t>
      </w:r>
      <w:proofErr w:type="gramStart"/>
      <w:r w:rsidRPr="003659B9">
        <w:rPr>
          <w:rFonts w:ascii="Book Antiqua" w:hAnsi="Book Antiqua"/>
          <w:i/>
          <w:iCs/>
          <w:u w:val="single"/>
        </w:rPr>
        <w:t xml:space="preserve">School  </w:t>
      </w:r>
      <w:r w:rsidR="00CF159C" w:rsidRPr="00E84FEC">
        <w:rPr>
          <w:rFonts w:ascii="Book Antiqua" w:hAnsi="Book Antiqua"/>
          <w:i/>
          <w:iCs/>
          <w:u w:val="single"/>
        </w:rPr>
        <w:tab/>
      </w:r>
      <w:proofErr w:type="gramEnd"/>
      <w:r w:rsidRPr="003659B9">
        <w:rPr>
          <w:rFonts w:ascii="Book Antiqua" w:hAnsi="Book Antiqua"/>
          <w:i/>
          <w:iCs/>
          <w:u w:val="single"/>
        </w:rPr>
        <w:t xml:space="preserve">$99,500.00  </w:t>
      </w:r>
    </w:p>
    <w:p w14:paraId="2C04E4EF" w14:textId="1FA5699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49</w:t>
      </w:r>
      <w:r w:rsidR="00E10572">
        <w:rPr>
          <w:rFonts w:ascii="Book Antiqua" w:hAnsi="Book Antiqua"/>
          <w:i/>
          <w:iCs/>
          <w:u w:val="single"/>
        </w:rPr>
        <w:t>0</w:t>
      </w:r>
      <w:r w:rsidRPr="003659B9">
        <w:rPr>
          <w:rFonts w:ascii="Book Antiqua" w:hAnsi="Book Antiqua"/>
          <w:i/>
          <w:iCs/>
          <w:u w:val="single"/>
        </w:rPr>
        <w:t xml:space="preserve">. Puerto Rico Basketball </w:t>
      </w:r>
      <w:proofErr w:type="gramStart"/>
      <w:r w:rsidRPr="003659B9">
        <w:rPr>
          <w:rFonts w:ascii="Book Antiqua" w:hAnsi="Book Antiqua"/>
          <w:i/>
          <w:iCs/>
          <w:u w:val="single"/>
        </w:rPr>
        <w:t xml:space="preserve">School  </w:t>
      </w:r>
      <w:r w:rsidR="00CF159C" w:rsidRPr="00E84FEC">
        <w:rPr>
          <w:rFonts w:ascii="Book Antiqua" w:hAnsi="Book Antiqua"/>
          <w:i/>
          <w:iCs/>
          <w:u w:val="single"/>
        </w:rPr>
        <w:tab/>
      </w:r>
      <w:proofErr w:type="gramEnd"/>
      <w:r w:rsidRPr="003659B9">
        <w:rPr>
          <w:rFonts w:ascii="Book Antiqua" w:hAnsi="Book Antiqua"/>
          <w:i/>
          <w:iCs/>
          <w:u w:val="single"/>
        </w:rPr>
        <w:t xml:space="preserve">$50,000.00  </w:t>
      </w:r>
    </w:p>
    <w:p w14:paraId="52CF5D3F" w14:textId="78DBC183"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49</w:t>
      </w:r>
      <w:r w:rsidR="00E10572">
        <w:rPr>
          <w:rFonts w:ascii="Book Antiqua" w:hAnsi="Book Antiqua"/>
          <w:i/>
          <w:iCs/>
          <w:u w:val="single"/>
        </w:rPr>
        <w:t>1</w:t>
      </w:r>
      <w:r w:rsidRPr="003659B9">
        <w:rPr>
          <w:rFonts w:ascii="Book Antiqua" w:hAnsi="Book Antiqua"/>
          <w:i/>
          <w:iCs/>
          <w:u w:val="single"/>
        </w:rPr>
        <w:t xml:space="preserve">. Puerto Rico Caribbean Stars FC, Inc.  </w:t>
      </w:r>
      <w:r w:rsidR="00CF159C" w:rsidRPr="00E84FEC">
        <w:rPr>
          <w:rFonts w:ascii="Book Antiqua" w:hAnsi="Book Antiqua"/>
          <w:i/>
          <w:iCs/>
          <w:u w:val="single"/>
        </w:rPr>
        <w:tab/>
      </w:r>
      <w:r w:rsidRPr="003659B9">
        <w:rPr>
          <w:rFonts w:ascii="Book Antiqua" w:hAnsi="Book Antiqua"/>
          <w:i/>
          <w:iCs/>
          <w:u w:val="single"/>
        </w:rPr>
        <w:t xml:space="preserve">$49,999.00  </w:t>
      </w:r>
    </w:p>
    <w:p w14:paraId="78390B1B" w14:textId="6CBFDCD7"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49</w:t>
      </w:r>
      <w:r w:rsidR="00E10572" w:rsidRPr="00E10572">
        <w:rPr>
          <w:rFonts w:ascii="Book Antiqua" w:hAnsi="Book Antiqua"/>
          <w:i/>
          <w:iCs/>
          <w:u w:val="single"/>
          <w:lang w:val="es-PR"/>
        </w:rPr>
        <w:t>2</w:t>
      </w:r>
      <w:r w:rsidRPr="003659B9">
        <w:rPr>
          <w:rFonts w:ascii="Book Antiqua" w:hAnsi="Book Antiqua"/>
          <w:i/>
          <w:iCs/>
          <w:u w:val="single"/>
          <w:lang w:val="es-PR"/>
        </w:rPr>
        <w:t xml:space="preserve">. Puerto Rico Centro de Artes y Tecnología </w:t>
      </w:r>
      <w:r w:rsidR="00CF159C" w:rsidRPr="00E10572">
        <w:rPr>
          <w:rFonts w:ascii="Book Antiqua" w:hAnsi="Book Antiqua"/>
          <w:i/>
          <w:iCs/>
          <w:u w:val="single"/>
          <w:lang w:val="es-PR"/>
        </w:rPr>
        <w:tab/>
      </w:r>
      <w:r w:rsidRPr="003659B9">
        <w:rPr>
          <w:rFonts w:ascii="Book Antiqua" w:hAnsi="Book Antiqua"/>
          <w:i/>
          <w:iCs/>
          <w:u w:val="single"/>
          <w:lang w:val="es-PR"/>
        </w:rPr>
        <w:t xml:space="preserve"> $23,000.00  </w:t>
      </w:r>
    </w:p>
    <w:p w14:paraId="7CBC7366" w14:textId="58708FDD" w:rsidR="00CF159C" w:rsidRPr="00E84FEC" w:rsidRDefault="003659B9" w:rsidP="007B793F">
      <w:pPr>
        <w:tabs>
          <w:tab w:val="decimal" w:pos="8280"/>
        </w:tabs>
        <w:rPr>
          <w:rFonts w:ascii="Book Antiqua" w:hAnsi="Book Antiqua"/>
          <w:i/>
          <w:iCs/>
          <w:u w:val="single"/>
        </w:rPr>
      </w:pPr>
      <w:r w:rsidRPr="003659B9">
        <w:rPr>
          <w:rFonts w:ascii="Book Antiqua" w:hAnsi="Book Antiqua"/>
          <w:i/>
          <w:iCs/>
          <w:u w:val="single"/>
        </w:rPr>
        <w:t>49</w:t>
      </w:r>
      <w:r w:rsidR="00E10572">
        <w:rPr>
          <w:rFonts w:ascii="Book Antiqua" w:hAnsi="Book Antiqua"/>
          <w:i/>
          <w:iCs/>
          <w:u w:val="single"/>
        </w:rPr>
        <w:t>3</w:t>
      </w:r>
      <w:r w:rsidRPr="003659B9">
        <w:rPr>
          <w:rFonts w:ascii="Book Antiqua" w:hAnsi="Book Antiqua"/>
          <w:i/>
          <w:iCs/>
          <w:u w:val="single"/>
        </w:rPr>
        <w:t xml:space="preserve">. Puerto Rico Community Network for Clinical Services </w:t>
      </w:r>
    </w:p>
    <w:p w14:paraId="3F6C071D" w14:textId="5B2BBBFD"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 xml:space="preserve">Research and Health Advancement PR CONCRA, Inc.  </w:t>
      </w:r>
      <w:r w:rsidR="00CF159C" w:rsidRPr="00E84FEC">
        <w:rPr>
          <w:rFonts w:ascii="Book Antiqua" w:hAnsi="Book Antiqua"/>
          <w:i/>
          <w:iCs/>
          <w:u w:val="single"/>
        </w:rPr>
        <w:tab/>
      </w:r>
      <w:r w:rsidRPr="003659B9">
        <w:rPr>
          <w:rFonts w:ascii="Book Antiqua" w:hAnsi="Book Antiqua"/>
          <w:i/>
          <w:iCs/>
          <w:u w:val="single"/>
        </w:rPr>
        <w:t xml:space="preserve">$16,000.00  </w:t>
      </w:r>
    </w:p>
    <w:p w14:paraId="2E59CA90" w14:textId="08851C6E"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49</w:t>
      </w:r>
      <w:r w:rsidR="00E10572">
        <w:rPr>
          <w:rFonts w:ascii="Book Antiqua" w:hAnsi="Book Antiqua"/>
          <w:i/>
          <w:iCs/>
          <w:u w:val="single"/>
        </w:rPr>
        <w:t>4</w:t>
      </w:r>
      <w:r w:rsidRPr="003659B9">
        <w:rPr>
          <w:rFonts w:ascii="Book Antiqua" w:hAnsi="Book Antiqua"/>
          <w:i/>
          <w:iCs/>
          <w:u w:val="single"/>
        </w:rPr>
        <w:t xml:space="preserve">. Puerto Rico Council Boy Scouts of America, Inc. </w:t>
      </w:r>
      <w:r w:rsidR="00CF159C" w:rsidRPr="00E84FEC">
        <w:rPr>
          <w:rFonts w:ascii="Book Antiqua" w:hAnsi="Book Antiqua"/>
          <w:i/>
          <w:iCs/>
          <w:u w:val="single"/>
        </w:rPr>
        <w:tab/>
      </w:r>
      <w:r w:rsidRPr="003659B9">
        <w:rPr>
          <w:rFonts w:ascii="Book Antiqua" w:hAnsi="Book Antiqua"/>
          <w:i/>
          <w:iCs/>
          <w:u w:val="single"/>
        </w:rPr>
        <w:t xml:space="preserve">$15,000.00  </w:t>
      </w:r>
    </w:p>
    <w:p w14:paraId="45BCC6C9" w14:textId="247062E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49</w:t>
      </w:r>
      <w:r w:rsidR="00E10572">
        <w:rPr>
          <w:rFonts w:ascii="Book Antiqua" w:hAnsi="Book Antiqua"/>
          <w:i/>
          <w:iCs/>
          <w:u w:val="single"/>
          <w:lang w:val="es-PR"/>
        </w:rPr>
        <w:t>5</w:t>
      </w:r>
      <w:r w:rsidRPr="003659B9">
        <w:rPr>
          <w:rFonts w:ascii="Book Antiqua" w:hAnsi="Book Antiqua"/>
          <w:i/>
          <w:iCs/>
          <w:u w:val="single"/>
          <w:lang w:val="es-PR"/>
        </w:rPr>
        <w:t xml:space="preserve">. Puerto Rico </w:t>
      </w:r>
      <w:proofErr w:type="spellStart"/>
      <w:r w:rsidRPr="003659B9">
        <w:rPr>
          <w:rFonts w:ascii="Book Antiqua" w:hAnsi="Book Antiqua"/>
          <w:i/>
          <w:iCs/>
          <w:u w:val="single"/>
          <w:lang w:val="es-PR"/>
        </w:rPr>
        <w:t>Dream</w:t>
      </w:r>
      <w:proofErr w:type="spellEnd"/>
      <w:r w:rsidRPr="003659B9">
        <w:rPr>
          <w:rFonts w:ascii="Book Antiqua" w:hAnsi="Book Antiqua"/>
          <w:i/>
          <w:iCs/>
          <w:u w:val="single"/>
          <w:lang w:val="es-PR"/>
        </w:rPr>
        <w:t xml:space="preserve"> Center, Inc.  </w:t>
      </w:r>
      <w:r w:rsidR="00CF159C" w:rsidRPr="00E84FEC">
        <w:rPr>
          <w:rFonts w:ascii="Book Antiqua" w:hAnsi="Book Antiqua"/>
          <w:i/>
          <w:iCs/>
          <w:u w:val="single"/>
          <w:lang w:val="es-PR"/>
        </w:rPr>
        <w:tab/>
      </w:r>
      <w:r w:rsidRPr="003659B9">
        <w:rPr>
          <w:rFonts w:ascii="Book Antiqua" w:hAnsi="Book Antiqua"/>
          <w:i/>
          <w:iCs/>
          <w:u w:val="single"/>
        </w:rPr>
        <w:t xml:space="preserve">$3,000.00  </w:t>
      </w:r>
    </w:p>
    <w:p w14:paraId="57143385" w14:textId="2BF62EED" w:rsidR="00FB51A3" w:rsidRPr="00FB51A3" w:rsidRDefault="003659B9" w:rsidP="007B793F">
      <w:pPr>
        <w:tabs>
          <w:tab w:val="decimal" w:pos="8280"/>
        </w:tabs>
        <w:rPr>
          <w:rFonts w:ascii="Book Antiqua" w:hAnsi="Book Antiqua"/>
          <w:i/>
          <w:iCs/>
          <w:u w:val="single"/>
        </w:rPr>
      </w:pPr>
      <w:r w:rsidRPr="003659B9">
        <w:rPr>
          <w:rFonts w:ascii="Book Antiqua" w:hAnsi="Book Antiqua"/>
          <w:i/>
          <w:iCs/>
          <w:u w:val="single"/>
        </w:rPr>
        <w:t>49</w:t>
      </w:r>
      <w:r w:rsidR="00E10572">
        <w:rPr>
          <w:rFonts w:ascii="Book Antiqua" w:hAnsi="Book Antiqua"/>
          <w:i/>
          <w:iCs/>
          <w:u w:val="single"/>
        </w:rPr>
        <w:t>6</w:t>
      </w:r>
      <w:r w:rsidRPr="003659B9">
        <w:rPr>
          <w:rFonts w:ascii="Book Antiqua" w:hAnsi="Book Antiqua"/>
          <w:i/>
          <w:iCs/>
          <w:u w:val="single"/>
        </w:rPr>
        <w:t xml:space="preserve">. Puerto Rico Gifted School Alliance Inc.  </w:t>
      </w:r>
      <w:r w:rsidR="00CF159C" w:rsidRPr="00E84FEC">
        <w:rPr>
          <w:rFonts w:ascii="Book Antiqua" w:hAnsi="Book Antiqua"/>
          <w:i/>
          <w:iCs/>
          <w:u w:val="single"/>
        </w:rPr>
        <w:tab/>
      </w:r>
      <w:r w:rsidRPr="003659B9">
        <w:rPr>
          <w:rFonts w:ascii="Book Antiqua" w:hAnsi="Book Antiqua"/>
          <w:i/>
          <w:iCs/>
          <w:u w:val="single"/>
        </w:rPr>
        <w:t xml:space="preserve">$10,000.00  </w:t>
      </w:r>
    </w:p>
    <w:p w14:paraId="0F203573" w14:textId="400FED0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49</w:t>
      </w:r>
      <w:r w:rsidR="00E10572">
        <w:rPr>
          <w:rFonts w:ascii="Book Antiqua" w:hAnsi="Book Antiqua"/>
          <w:i/>
          <w:iCs/>
          <w:u w:val="single"/>
        </w:rPr>
        <w:t>7</w:t>
      </w:r>
      <w:r w:rsidRPr="003659B9">
        <w:rPr>
          <w:rFonts w:ascii="Book Antiqua" w:hAnsi="Book Antiqua"/>
          <w:i/>
          <w:iCs/>
          <w:u w:val="single"/>
        </w:rPr>
        <w:t xml:space="preserve">. Puerto Rico Industries for the Blind, Corp.  </w:t>
      </w:r>
      <w:r w:rsidR="00CF159C" w:rsidRPr="00E84FEC">
        <w:rPr>
          <w:rFonts w:ascii="Book Antiqua" w:hAnsi="Book Antiqua"/>
          <w:i/>
          <w:iCs/>
          <w:u w:val="single"/>
        </w:rPr>
        <w:tab/>
      </w:r>
      <w:r w:rsidRPr="003659B9">
        <w:rPr>
          <w:rFonts w:ascii="Book Antiqua" w:hAnsi="Book Antiqua"/>
          <w:i/>
          <w:iCs/>
          <w:u w:val="single"/>
        </w:rPr>
        <w:t xml:space="preserve">$125,000.00  </w:t>
      </w:r>
    </w:p>
    <w:p w14:paraId="61AF3A5E" w14:textId="4D5F03BF"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49</w:t>
      </w:r>
      <w:r w:rsidR="00E10572" w:rsidRPr="00E10572">
        <w:rPr>
          <w:rFonts w:ascii="Book Antiqua" w:hAnsi="Book Antiqua"/>
          <w:i/>
          <w:iCs/>
          <w:u w:val="single"/>
          <w:lang w:val="es-PR"/>
        </w:rPr>
        <w:t>8</w:t>
      </w:r>
      <w:r w:rsidRPr="003659B9">
        <w:rPr>
          <w:rFonts w:ascii="Book Antiqua" w:hAnsi="Book Antiqua"/>
          <w:i/>
          <w:iCs/>
          <w:u w:val="single"/>
          <w:lang w:val="es-PR"/>
        </w:rPr>
        <w:t xml:space="preserve">. Puerto Rico </w:t>
      </w:r>
      <w:proofErr w:type="spellStart"/>
      <w:r w:rsidRPr="003659B9">
        <w:rPr>
          <w:rFonts w:ascii="Book Antiqua" w:hAnsi="Book Antiqua"/>
          <w:i/>
          <w:iCs/>
          <w:u w:val="single"/>
          <w:lang w:val="es-PR"/>
        </w:rPr>
        <w:t>Institute</w:t>
      </w:r>
      <w:proofErr w:type="spellEnd"/>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of</w:t>
      </w:r>
      <w:proofErr w:type="spellEnd"/>
      <w:r w:rsidRPr="003659B9">
        <w:rPr>
          <w:rFonts w:ascii="Book Antiqua" w:hAnsi="Book Antiqua"/>
          <w:i/>
          <w:iCs/>
          <w:u w:val="single"/>
          <w:lang w:val="es-PR"/>
        </w:rPr>
        <w:t xml:space="preserve"> </w:t>
      </w:r>
      <w:proofErr w:type="spellStart"/>
      <w:proofErr w:type="gramStart"/>
      <w:r w:rsidRPr="003659B9">
        <w:rPr>
          <w:rFonts w:ascii="Book Antiqua" w:hAnsi="Book Antiqua"/>
          <w:i/>
          <w:iCs/>
          <w:u w:val="single"/>
          <w:lang w:val="es-PR"/>
        </w:rPr>
        <w:t>Robotics</w:t>
      </w:r>
      <w:proofErr w:type="spellEnd"/>
      <w:r w:rsidRPr="003659B9">
        <w:rPr>
          <w:rFonts w:ascii="Book Antiqua" w:hAnsi="Book Antiqua"/>
          <w:i/>
          <w:iCs/>
          <w:u w:val="single"/>
          <w:lang w:val="es-PR"/>
        </w:rPr>
        <w:t xml:space="preserve">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$3,000.00  </w:t>
      </w:r>
    </w:p>
    <w:p w14:paraId="1A5F0DD4" w14:textId="34592353" w:rsidR="003659B9" w:rsidRPr="003659B9" w:rsidRDefault="00E10572" w:rsidP="007B793F">
      <w:pPr>
        <w:tabs>
          <w:tab w:val="decimal" w:pos="8280"/>
        </w:tabs>
        <w:rPr>
          <w:rFonts w:ascii="Book Antiqua" w:hAnsi="Book Antiqua"/>
          <w:i/>
          <w:iCs/>
          <w:u w:val="single"/>
        </w:rPr>
      </w:pPr>
      <w:r w:rsidRPr="00E10572">
        <w:rPr>
          <w:rFonts w:ascii="Book Antiqua" w:hAnsi="Book Antiqua"/>
          <w:i/>
          <w:iCs/>
          <w:u w:val="single"/>
          <w:lang w:val="es-PR"/>
        </w:rPr>
        <w:t>499</w:t>
      </w:r>
      <w:r w:rsidR="003659B9" w:rsidRPr="003659B9">
        <w:rPr>
          <w:rFonts w:ascii="Book Antiqua" w:hAnsi="Book Antiqua"/>
          <w:i/>
          <w:iCs/>
          <w:u w:val="single"/>
          <w:lang w:val="es-PR"/>
        </w:rPr>
        <w:t xml:space="preserve">. Puerto Rico Integral </w:t>
      </w:r>
      <w:proofErr w:type="spellStart"/>
      <w:r w:rsidR="003659B9" w:rsidRPr="003659B9">
        <w:rPr>
          <w:rFonts w:ascii="Book Antiqua" w:hAnsi="Book Antiqua"/>
          <w:i/>
          <w:iCs/>
          <w:u w:val="single"/>
          <w:lang w:val="es-PR"/>
        </w:rPr>
        <w:t>Services</w:t>
      </w:r>
      <w:proofErr w:type="spellEnd"/>
      <w:r w:rsidR="003659B9" w:rsidRPr="003659B9">
        <w:rPr>
          <w:rFonts w:ascii="Book Antiqua" w:hAnsi="Book Antiqua"/>
          <w:i/>
          <w:iCs/>
          <w:u w:val="single"/>
          <w:lang w:val="es-PR"/>
        </w:rPr>
        <w:t xml:space="preserve"> Center Inc. </w:t>
      </w:r>
      <w:r w:rsidR="00CF159C" w:rsidRPr="00E10572">
        <w:rPr>
          <w:rFonts w:ascii="Book Antiqua" w:hAnsi="Book Antiqua"/>
          <w:i/>
          <w:iCs/>
          <w:u w:val="single"/>
          <w:lang w:val="es-PR"/>
        </w:rPr>
        <w:tab/>
      </w:r>
      <w:r w:rsidR="003659B9" w:rsidRPr="003659B9">
        <w:rPr>
          <w:rFonts w:ascii="Book Antiqua" w:hAnsi="Book Antiqua"/>
          <w:i/>
          <w:iCs/>
          <w:u w:val="single"/>
          <w:lang w:val="es-PR"/>
        </w:rPr>
        <w:t xml:space="preserve"> </w:t>
      </w:r>
      <w:r w:rsidR="003659B9" w:rsidRPr="003659B9">
        <w:rPr>
          <w:rFonts w:ascii="Book Antiqua" w:hAnsi="Book Antiqua"/>
          <w:i/>
          <w:iCs/>
          <w:u w:val="single"/>
        </w:rPr>
        <w:t xml:space="preserve">$5,000.00  </w:t>
      </w:r>
    </w:p>
    <w:p w14:paraId="4BA24426" w14:textId="3743020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50</w:t>
      </w:r>
      <w:r w:rsidR="00E10572">
        <w:rPr>
          <w:rFonts w:ascii="Book Antiqua" w:hAnsi="Book Antiqua"/>
          <w:i/>
          <w:iCs/>
          <w:u w:val="single"/>
        </w:rPr>
        <w:t>0</w:t>
      </w:r>
      <w:r w:rsidRPr="003659B9">
        <w:rPr>
          <w:rFonts w:ascii="Book Antiqua" w:hAnsi="Book Antiqua"/>
          <w:i/>
          <w:iCs/>
          <w:u w:val="single"/>
        </w:rPr>
        <w:t xml:space="preserve">. Puerto Rico Law Enforcement Athletic ASSO </w:t>
      </w:r>
      <w:r w:rsidR="00CF159C" w:rsidRPr="00E84FEC">
        <w:rPr>
          <w:rFonts w:ascii="Book Antiqua" w:hAnsi="Book Antiqua"/>
          <w:i/>
          <w:iCs/>
          <w:u w:val="single"/>
        </w:rPr>
        <w:tab/>
      </w:r>
      <w:r w:rsidRPr="003659B9">
        <w:rPr>
          <w:rFonts w:ascii="Book Antiqua" w:hAnsi="Book Antiqua"/>
          <w:i/>
          <w:iCs/>
          <w:u w:val="single"/>
        </w:rPr>
        <w:t xml:space="preserve"> $4,000.00  </w:t>
      </w:r>
    </w:p>
    <w:p w14:paraId="2B1D403F" w14:textId="4BC0FE4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50</w:t>
      </w:r>
      <w:r w:rsidR="00E10572">
        <w:rPr>
          <w:rFonts w:ascii="Book Antiqua" w:hAnsi="Book Antiqua"/>
          <w:i/>
          <w:iCs/>
          <w:u w:val="single"/>
        </w:rPr>
        <w:t>1</w:t>
      </w:r>
      <w:r w:rsidRPr="003659B9">
        <w:rPr>
          <w:rFonts w:ascii="Book Antiqua" w:hAnsi="Book Antiqua"/>
          <w:i/>
          <w:iCs/>
          <w:u w:val="single"/>
        </w:rPr>
        <w:t xml:space="preserve">. Puerto Rico Masters Association, Inc. </w:t>
      </w:r>
      <w:r w:rsidR="00CF159C" w:rsidRPr="00E84FEC">
        <w:rPr>
          <w:rFonts w:ascii="Book Antiqua" w:hAnsi="Book Antiqua"/>
          <w:i/>
          <w:iCs/>
          <w:u w:val="single"/>
        </w:rPr>
        <w:tab/>
      </w:r>
      <w:r w:rsidRPr="003659B9">
        <w:rPr>
          <w:rFonts w:ascii="Book Antiqua" w:hAnsi="Book Antiqua"/>
          <w:i/>
          <w:iCs/>
          <w:u w:val="single"/>
        </w:rPr>
        <w:t xml:space="preserve"> $10,000.00  </w:t>
      </w:r>
    </w:p>
    <w:p w14:paraId="1C366D95" w14:textId="63D3975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50</w:t>
      </w:r>
      <w:r w:rsidR="00E10572">
        <w:rPr>
          <w:rFonts w:ascii="Book Antiqua" w:hAnsi="Book Antiqua"/>
          <w:i/>
          <w:iCs/>
          <w:u w:val="single"/>
        </w:rPr>
        <w:t>2</w:t>
      </w:r>
      <w:r w:rsidRPr="003659B9">
        <w:rPr>
          <w:rFonts w:ascii="Book Antiqua" w:hAnsi="Book Antiqua"/>
          <w:i/>
          <w:iCs/>
          <w:u w:val="single"/>
        </w:rPr>
        <w:t xml:space="preserve">. Puerto Rico Special Community Services, Inc. </w:t>
      </w:r>
      <w:r w:rsidR="00CF159C" w:rsidRPr="00E84FEC">
        <w:rPr>
          <w:rFonts w:ascii="Book Antiqua" w:hAnsi="Book Antiqua"/>
          <w:i/>
          <w:iCs/>
          <w:u w:val="single"/>
        </w:rPr>
        <w:tab/>
      </w:r>
      <w:r w:rsidRPr="003659B9">
        <w:rPr>
          <w:rFonts w:ascii="Book Antiqua" w:hAnsi="Book Antiqua"/>
          <w:i/>
          <w:iCs/>
          <w:u w:val="single"/>
        </w:rPr>
        <w:t xml:space="preserve">$13,000.00  </w:t>
      </w:r>
    </w:p>
    <w:p w14:paraId="6F16A58C" w14:textId="23401F5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50</w:t>
      </w:r>
      <w:r w:rsidR="00E10572" w:rsidRPr="00E10572">
        <w:rPr>
          <w:rFonts w:ascii="Book Antiqua" w:hAnsi="Book Antiqua"/>
          <w:i/>
          <w:iCs/>
          <w:u w:val="single"/>
          <w:lang w:val="es-PR"/>
        </w:rPr>
        <w:t>3</w:t>
      </w:r>
      <w:r w:rsidRPr="003659B9">
        <w:rPr>
          <w:rFonts w:ascii="Book Antiqua" w:hAnsi="Book Antiqua"/>
          <w:i/>
          <w:iCs/>
          <w:u w:val="single"/>
          <w:lang w:val="es-PR"/>
        </w:rPr>
        <w:t xml:space="preserve">. Puesto 25 Legión Americana Camuy PR, Inc. </w:t>
      </w:r>
      <w:r w:rsidR="00CF159C" w:rsidRPr="00E10572">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$60,000.00  </w:t>
      </w:r>
    </w:p>
    <w:p w14:paraId="52D9E372" w14:textId="47AA8ACC"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50</w:t>
      </w:r>
      <w:r w:rsidR="00E10572" w:rsidRPr="00E10572">
        <w:rPr>
          <w:rFonts w:ascii="Book Antiqua" w:hAnsi="Book Antiqua"/>
          <w:i/>
          <w:iCs/>
          <w:u w:val="single"/>
          <w:lang w:val="es-PR"/>
        </w:rPr>
        <w:t>4</w:t>
      </w:r>
      <w:r w:rsidRPr="003659B9">
        <w:rPr>
          <w:rFonts w:ascii="Book Antiqua" w:hAnsi="Book Antiqua"/>
          <w:i/>
          <w:iCs/>
          <w:u w:val="single"/>
          <w:lang w:val="es-PR"/>
        </w:rPr>
        <w:t xml:space="preserve">. REBORN FAMILY </w:t>
      </w:r>
      <w:proofErr w:type="gramStart"/>
      <w:r w:rsidRPr="003659B9">
        <w:rPr>
          <w:rFonts w:ascii="Book Antiqua" w:hAnsi="Book Antiqua"/>
          <w:i/>
          <w:iCs/>
          <w:u w:val="single"/>
          <w:lang w:val="es-PR"/>
        </w:rPr>
        <w:t xml:space="preserve">CENTER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$15,000.00  </w:t>
      </w:r>
    </w:p>
    <w:p w14:paraId="0BF7625C" w14:textId="0F7BEB2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50</w:t>
      </w:r>
      <w:r w:rsidR="00E10572">
        <w:rPr>
          <w:rFonts w:ascii="Book Antiqua" w:hAnsi="Book Antiqua"/>
          <w:i/>
          <w:iCs/>
          <w:u w:val="single"/>
          <w:lang w:val="es-PR"/>
        </w:rPr>
        <w:t>5</w:t>
      </w:r>
      <w:r w:rsidRPr="003659B9">
        <w:rPr>
          <w:rFonts w:ascii="Book Antiqua" w:hAnsi="Book Antiqua"/>
          <w:i/>
          <w:iCs/>
          <w:u w:val="single"/>
          <w:lang w:val="es-PR"/>
        </w:rPr>
        <w:t xml:space="preserve">. Red Caribeña de Varamientos, Inc.  </w:t>
      </w:r>
      <w:r w:rsidR="00CF159C" w:rsidRPr="00E84FEC">
        <w:rPr>
          <w:rFonts w:ascii="Book Antiqua" w:hAnsi="Book Antiqua"/>
          <w:i/>
          <w:iCs/>
          <w:u w:val="single"/>
          <w:lang w:val="es-PR"/>
        </w:rPr>
        <w:tab/>
      </w:r>
      <w:r w:rsidRPr="003659B9">
        <w:rPr>
          <w:rFonts w:ascii="Book Antiqua" w:hAnsi="Book Antiqua"/>
          <w:i/>
          <w:iCs/>
          <w:u w:val="single"/>
        </w:rPr>
        <w:t xml:space="preserve">$20,000.00  </w:t>
      </w:r>
    </w:p>
    <w:p w14:paraId="2C852403" w14:textId="02136880"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50</w:t>
      </w:r>
      <w:r w:rsidR="00E10572">
        <w:rPr>
          <w:rFonts w:ascii="Book Antiqua" w:hAnsi="Book Antiqua"/>
          <w:i/>
          <w:iCs/>
          <w:u w:val="single"/>
          <w:lang w:val="es-PR"/>
        </w:rPr>
        <w:t>6</w:t>
      </w:r>
      <w:r w:rsidRPr="003659B9">
        <w:rPr>
          <w:rFonts w:ascii="Book Antiqua" w:hAnsi="Book Antiqua"/>
          <w:i/>
          <w:iCs/>
          <w:u w:val="single"/>
          <w:lang w:val="es-PR"/>
        </w:rPr>
        <w:t xml:space="preserve">. Red Nacional de Albergues de Violencia de </w:t>
      </w:r>
      <w:proofErr w:type="gramStart"/>
      <w:r w:rsidRPr="003659B9">
        <w:rPr>
          <w:rFonts w:ascii="Book Antiqua" w:hAnsi="Book Antiqua"/>
          <w:i/>
          <w:iCs/>
          <w:u w:val="single"/>
          <w:lang w:val="es-PR"/>
        </w:rPr>
        <w:t xml:space="preserve">Género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$3,000.00  </w:t>
      </w:r>
    </w:p>
    <w:p w14:paraId="0AC35099" w14:textId="40BB5044"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50</w:t>
      </w:r>
      <w:r w:rsidR="00E10572">
        <w:rPr>
          <w:rFonts w:ascii="Book Antiqua" w:hAnsi="Book Antiqua"/>
          <w:i/>
          <w:iCs/>
          <w:u w:val="single"/>
          <w:lang w:val="es-PR"/>
        </w:rPr>
        <w:t>7</w:t>
      </w:r>
      <w:r w:rsidRPr="003659B9">
        <w:rPr>
          <w:rFonts w:ascii="Book Antiqua" w:hAnsi="Book Antiqua"/>
          <w:i/>
          <w:iCs/>
          <w:u w:val="single"/>
          <w:lang w:val="es-PR"/>
        </w:rPr>
        <w:t xml:space="preserve">. Red por los Derechos de la Niñez y Juventud de Puerto </w:t>
      </w:r>
      <w:proofErr w:type="gramStart"/>
      <w:r w:rsidRPr="003659B9">
        <w:rPr>
          <w:rFonts w:ascii="Book Antiqua" w:hAnsi="Book Antiqua"/>
          <w:i/>
          <w:iCs/>
          <w:u w:val="single"/>
          <w:lang w:val="es-PR"/>
        </w:rPr>
        <w:t xml:space="preserve">Rico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$80,000.00  </w:t>
      </w:r>
    </w:p>
    <w:p w14:paraId="01F7B854" w14:textId="2CE7239B"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50</w:t>
      </w:r>
      <w:r w:rsidR="00E10572">
        <w:rPr>
          <w:rFonts w:ascii="Book Antiqua" w:hAnsi="Book Antiqua"/>
          <w:i/>
          <w:iCs/>
          <w:u w:val="single"/>
          <w:lang w:val="es-PR"/>
        </w:rPr>
        <w:t>8</w:t>
      </w:r>
      <w:r w:rsidRPr="003659B9">
        <w:rPr>
          <w:rFonts w:ascii="Book Antiqua" w:hAnsi="Book Antiqua"/>
          <w:i/>
          <w:iCs/>
          <w:u w:val="single"/>
          <w:lang w:val="es-PR"/>
        </w:rPr>
        <w:t xml:space="preserve">. Regalos de Amor </w:t>
      </w:r>
      <w:r w:rsidR="00CF159C" w:rsidRPr="00E84FEC">
        <w:rPr>
          <w:rFonts w:ascii="Book Antiqua" w:hAnsi="Book Antiqua"/>
          <w:i/>
          <w:iCs/>
          <w:u w:val="single"/>
          <w:lang w:val="es-PR"/>
        </w:rPr>
        <w:tab/>
      </w:r>
      <w:r w:rsidRPr="003659B9">
        <w:rPr>
          <w:rFonts w:ascii="Book Antiqua" w:hAnsi="Book Antiqua"/>
          <w:i/>
          <w:iCs/>
          <w:u w:val="single"/>
          <w:lang w:val="es-PR"/>
        </w:rPr>
        <w:t xml:space="preserve">$3,000.00  </w:t>
      </w:r>
    </w:p>
    <w:p w14:paraId="17673194" w14:textId="61037A03"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w:t>
      </w:r>
      <w:r w:rsidR="00E10572">
        <w:rPr>
          <w:rFonts w:ascii="Book Antiqua" w:hAnsi="Book Antiqua"/>
          <w:i/>
          <w:iCs/>
          <w:u w:val="single"/>
          <w:lang w:val="es-PR"/>
        </w:rPr>
        <w:t>09</w:t>
      </w:r>
      <w:r w:rsidRPr="003659B9">
        <w:rPr>
          <w:rFonts w:ascii="Book Antiqua" w:hAnsi="Book Antiqua"/>
          <w:i/>
          <w:iCs/>
          <w:u w:val="single"/>
          <w:lang w:val="es-PR"/>
        </w:rPr>
        <w:t xml:space="preserve">. Rescatando a través del Deporte RAD, Inc.  </w:t>
      </w:r>
      <w:r w:rsidR="00CF159C" w:rsidRPr="00E84FEC">
        <w:rPr>
          <w:rFonts w:ascii="Book Antiqua" w:hAnsi="Book Antiqua"/>
          <w:i/>
          <w:iCs/>
          <w:u w:val="single"/>
          <w:lang w:val="es-PR"/>
        </w:rPr>
        <w:tab/>
      </w:r>
      <w:r w:rsidRPr="003659B9">
        <w:rPr>
          <w:rFonts w:ascii="Book Antiqua" w:hAnsi="Book Antiqua"/>
          <w:i/>
          <w:iCs/>
          <w:u w:val="single"/>
        </w:rPr>
        <w:t xml:space="preserve">$13,000.00  </w:t>
      </w:r>
    </w:p>
    <w:p w14:paraId="6CE5C40C" w14:textId="3004E97D"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0</w:t>
      </w:r>
      <w:r w:rsidRPr="003659B9">
        <w:rPr>
          <w:rFonts w:ascii="Book Antiqua" w:hAnsi="Book Antiqua"/>
          <w:i/>
          <w:iCs/>
          <w:u w:val="single"/>
        </w:rPr>
        <w:t xml:space="preserve">. Rescate Central, Inc.  </w:t>
      </w:r>
      <w:r w:rsidR="00CF159C" w:rsidRPr="00E84FEC">
        <w:rPr>
          <w:rFonts w:ascii="Book Antiqua" w:hAnsi="Book Antiqua"/>
          <w:i/>
          <w:iCs/>
          <w:u w:val="single"/>
        </w:rPr>
        <w:tab/>
      </w:r>
      <w:r w:rsidRPr="003659B9">
        <w:rPr>
          <w:rFonts w:ascii="Book Antiqua" w:hAnsi="Book Antiqua"/>
          <w:i/>
          <w:iCs/>
          <w:u w:val="single"/>
        </w:rPr>
        <w:t xml:space="preserve">$40,000.00  </w:t>
      </w:r>
    </w:p>
    <w:p w14:paraId="459EE390" w14:textId="50317F0F"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51</w:t>
      </w:r>
      <w:r w:rsidR="00E10572">
        <w:rPr>
          <w:rFonts w:ascii="Book Antiqua" w:hAnsi="Book Antiqua"/>
          <w:i/>
          <w:iCs/>
          <w:u w:val="single"/>
          <w:lang w:val="es-PR"/>
        </w:rPr>
        <w:t>1</w:t>
      </w:r>
      <w:r w:rsidRPr="003659B9">
        <w:rPr>
          <w:rFonts w:ascii="Book Antiqua" w:hAnsi="Book Antiqua"/>
          <w:i/>
          <w:iCs/>
          <w:u w:val="single"/>
          <w:lang w:val="es-PR"/>
        </w:rPr>
        <w:t xml:space="preserve">. Rescate Civil de Las Piedras, Inc.  </w:t>
      </w:r>
      <w:r w:rsidR="00CF159C" w:rsidRPr="00E84FEC">
        <w:rPr>
          <w:rFonts w:ascii="Book Antiqua" w:hAnsi="Book Antiqua"/>
          <w:i/>
          <w:iCs/>
          <w:u w:val="single"/>
          <w:lang w:val="es-PR"/>
        </w:rPr>
        <w:tab/>
      </w:r>
      <w:r w:rsidRPr="003659B9">
        <w:rPr>
          <w:rFonts w:ascii="Book Antiqua" w:hAnsi="Book Antiqua"/>
          <w:i/>
          <w:iCs/>
          <w:u w:val="single"/>
          <w:lang w:val="es-PR"/>
        </w:rPr>
        <w:t>$</w:t>
      </w:r>
      <w:r w:rsidR="001D3CC1" w:rsidRPr="00E10572">
        <w:rPr>
          <w:rFonts w:ascii="Book Antiqua" w:hAnsi="Book Antiqua"/>
          <w:i/>
          <w:iCs/>
          <w:u w:val="single"/>
          <w:lang w:val="es-PR"/>
        </w:rPr>
        <w:t>25,000</w:t>
      </w:r>
      <w:r w:rsidRPr="003659B9">
        <w:rPr>
          <w:rFonts w:ascii="Book Antiqua" w:hAnsi="Book Antiqua"/>
          <w:i/>
          <w:iCs/>
          <w:u w:val="single"/>
          <w:lang w:val="es-PR"/>
        </w:rPr>
        <w:t xml:space="preserve">.00  </w:t>
      </w:r>
    </w:p>
    <w:p w14:paraId="7B8CF808" w14:textId="725C585C"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sidRPr="00E10572">
        <w:rPr>
          <w:rFonts w:ascii="Book Antiqua" w:hAnsi="Book Antiqua"/>
          <w:i/>
          <w:iCs/>
          <w:u w:val="single"/>
        </w:rPr>
        <w:t>2</w:t>
      </w:r>
      <w:r w:rsidRPr="003659B9">
        <w:rPr>
          <w:rFonts w:ascii="Book Antiqua" w:hAnsi="Book Antiqua"/>
          <w:i/>
          <w:iCs/>
          <w:u w:val="single"/>
        </w:rPr>
        <w:t xml:space="preserve">. </w:t>
      </w:r>
      <w:proofErr w:type="spellStart"/>
      <w:r w:rsidRPr="003659B9">
        <w:rPr>
          <w:rFonts w:ascii="Book Antiqua" w:hAnsi="Book Antiqua"/>
          <w:i/>
          <w:iCs/>
          <w:u w:val="single"/>
        </w:rPr>
        <w:t>Rescate</w:t>
      </w:r>
      <w:proofErr w:type="spellEnd"/>
      <w:r w:rsidRPr="003659B9">
        <w:rPr>
          <w:rFonts w:ascii="Book Antiqua" w:hAnsi="Book Antiqua"/>
          <w:i/>
          <w:iCs/>
          <w:u w:val="single"/>
        </w:rPr>
        <w:t xml:space="preserve"> Playas </w:t>
      </w:r>
      <w:proofErr w:type="gramStart"/>
      <w:r w:rsidRPr="003659B9">
        <w:rPr>
          <w:rFonts w:ascii="Book Antiqua" w:hAnsi="Book Antiqua"/>
          <w:i/>
          <w:iCs/>
          <w:u w:val="single"/>
        </w:rPr>
        <w:t xml:space="preserve">Borinquen  </w:t>
      </w:r>
      <w:r w:rsidR="00CF159C" w:rsidRPr="00E10572">
        <w:rPr>
          <w:rFonts w:ascii="Book Antiqua" w:hAnsi="Book Antiqua"/>
          <w:i/>
          <w:iCs/>
          <w:u w:val="single"/>
        </w:rPr>
        <w:tab/>
      </w:r>
      <w:proofErr w:type="gramEnd"/>
      <w:r w:rsidRPr="003659B9">
        <w:rPr>
          <w:rFonts w:ascii="Book Antiqua" w:hAnsi="Book Antiqua"/>
          <w:i/>
          <w:iCs/>
          <w:u w:val="single"/>
        </w:rPr>
        <w:t xml:space="preserve">$5,000.00  </w:t>
      </w:r>
    </w:p>
    <w:p w14:paraId="6A143A3F" w14:textId="0AB6855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3</w:t>
      </w:r>
      <w:r w:rsidRPr="003659B9">
        <w:rPr>
          <w:rFonts w:ascii="Book Antiqua" w:hAnsi="Book Antiqua"/>
          <w:i/>
          <w:iCs/>
          <w:u w:val="single"/>
        </w:rPr>
        <w:t xml:space="preserve">. Rising Star Foundation </w:t>
      </w:r>
      <w:r w:rsidR="00CF159C" w:rsidRPr="00E84FEC">
        <w:rPr>
          <w:rFonts w:ascii="Book Antiqua" w:hAnsi="Book Antiqua"/>
          <w:i/>
          <w:iCs/>
          <w:u w:val="single"/>
        </w:rPr>
        <w:tab/>
      </w:r>
      <w:r w:rsidRPr="003659B9">
        <w:rPr>
          <w:rFonts w:ascii="Book Antiqua" w:hAnsi="Book Antiqua"/>
          <w:i/>
          <w:iCs/>
          <w:u w:val="single"/>
        </w:rPr>
        <w:t xml:space="preserve">$6,500.00  </w:t>
      </w:r>
    </w:p>
    <w:p w14:paraId="250B8018" w14:textId="17958103"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4</w:t>
      </w:r>
      <w:r w:rsidRPr="003659B9">
        <w:rPr>
          <w:rFonts w:ascii="Book Antiqua" w:hAnsi="Book Antiqua"/>
          <w:i/>
          <w:iCs/>
          <w:u w:val="single"/>
        </w:rPr>
        <w:t xml:space="preserve">. RO 40 INC.  </w:t>
      </w:r>
      <w:r w:rsidR="00CF159C" w:rsidRPr="00E84FEC">
        <w:rPr>
          <w:rFonts w:ascii="Book Antiqua" w:hAnsi="Book Antiqua"/>
          <w:i/>
          <w:iCs/>
          <w:u w:val="single"/>
        </w:rPr>
        <w:tab/>
      </w:r>
      <w:r w:rsidRPr="003659B9">
        <w:rPr>
          <w:rFonts w:ascii="Book Antiqua" w:hAnsi="Book Antiqua"/>
          <w:i/>
          <w:iCs/>
          <w:u w:val="single"/>
        </w:rPr>
        <w:t xml:space="preserve">$20,000.00  </w:t>
      </w:r>
    </w:p>
    <w:p w14:paraId="453DE033" w14:textId="053E0E1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5</w:t>
      </w:r>
      <w:r w:rsidRPr="003659B9">
        <w:rPr>
          <w:rFonts w:ascii="Book Antiqua" w:hAnsi="Book Antiqua"/>
          <w:i/>
          <w:iCs/>
          <w:u w:val="single"/>
        </w:rPr>
        <w:t xml:space="preserve">. Roosevelt Baseball Corporation </w:t>
      </w:r>
      <w:r w:rsidR="00CF159C" w:rsidRPr="00E84FEC">
        <w:rPr>
          <w:rFonts w:ascii="Book Antiqua" w:hAnsi="Book Antiqua"/>
          <w:i/>
          <w:iCs/>
          <w:u w:val="single"/>
        </w:rPr>
        <w:tab/>
      </w:r>
      <w:r w:rsidRPr="003659B9">
        <w:rPr>
          <w:rFonts w:ascii="Book Antiqua" w:hAnsi="Book Antiqua"/>
          <w:i/>
          <w:iCs/>
          <w:u w:val="single"/>
        </w:rPr>
        <w:t xml:space="preserve"> $4,000.00  </w:t>
      </w:r>
    </w:p>
    <w:p w14:paraId="71CEE94E" w14:textId="2F4A949B"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6</w:t>
      </w:r>
      <w:r w:rsidRPr="003659B9">
        <w:rPr>
          <w:rFonts w:ascii="Book Antiqua" w:hAnsi="Book Antiqua"/>
          <w:i/>
          <w:iCs/>
          <w:u w:val="single"/>
        </w:rPr>
        <w:t xml:space="preserve">. Ruta </w:t>
      </w:r>
      <w:proofErr w:type="spellStart"/>
      <w:r w:rsidRPr="003659B9">
        <w:rPr>
          <w:rFonts w:ascii="Book Antiqua" w:hAnsi="Book Antiqua"/>
          <w:i/>
          <w:iCs/>
          <w:u w:val="single"/>
        </w:rPr>
        <w:t>Crítica</w:t>
      </w:r>
      <w:proofErr w:type="spellEnd"/>
      <w:r w:rsidRPr="003659B9">
        <w:rPr>
          <w:rFonts w:ascii="Book Antiqua" w:hAnsi="Book Antiqua"/>
          <w:i/>
          <w:iCs/>
          <w:u w:val="single"/>
        </w:rPr>
        <w:t xml:space="preserve"> </w:t>
      </w:r>
      <w:proofErr w:type="gramStart"/>
      <w:r w:rsidRPr="003659B9">
        <w:rPr>
          <w:rFonts w:ascii="Book Antiqua" w:hAnsi="Book Antiqua"/>
          <w:i/>
          <w:iCs/>
          <w:u w:val="single"/>
        </w:rPr>
        <w:t xml:space="preserve">Inc  </w:t>
      </w:r>
      <w:r w:rsidR="00CF159C" w:rsidRPr="00E84FEC">
        <w:rPr>
          <w:rFonts w:ascii="Book Antiqua" w:hAnsi="Book Antiqua"/>
          <w:i/>
          <w:iCs/>
          <w:u w:val="single"/>
        </w:rPr>
        <w:tab/>
      </w:r>
      <w:proofErr w:type="gramEnd"/>
      <w:r w:rsidRPr="003659B9">
        <w:rPr>
          <w:rFonts w:ascii="Book Antiqua" w:hAnsi="Book Antiqua"/>
          <w:i/>
          <w:iCs/>
          <w:u w:val="single"/>
        </w:rPr>
        <w:t xml:space="preserve">$3,000.00  </w:t>
      </w:r>
    </w:p>
    <w:p w14:paraId="29D93AF1" w14:textId="6AAB0D0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7</w:t>
      </w:r>
      <w:r w:rsidRPr="003659B9">
        <w:rPr>
          <w:rFonts w:ascii="Book Antiqua" w:hAnsi="Book Antiqua"/>
          <w:i/>
          <w:iCs/>
          <w:u w:val="single"/>
        </w:rPr>
        <w:t xml:space="preserve">. </w:t>
      </w:r>
      <w:proofErr w:type="spellStart"/>
      <w:r w:rsidRPr="003659B9">
        <w:rPr>
          <w:rFonts w:ascii="Book Antiqua" w:hAnsi="Book Antiqua"/>
          <w:i/>
          <w:iCs/>
          <w:u w:val="single"/>
        </w:rPr>
        <w:t>Saced</w:t>
      </w:r>
      <w:proofErr w:type="spellEnd"/>
      <w:r w:rsidRPr="003659B9">
        <w:rPr>
          <w:rFonts w:ascii="Book Antiqua" w:hAnsi="Book Antiqua"/>
          <w:i/>
          <w:iCs/>
          <w:u w:val="single"/>
        </w:rPr>
        <w:t xml:space="preserve">, Inc. </w:t>
      </w:r>
      <w:r w:rsidR="00CF159C" w:rsidRPr="00E84FEC">
        <w:rPr>
          <w:rFonts w:ascii="Book Antiqua" w:hAnsi="Book Antiqua"/>
          <w:i/>
          <w:iCs/>
          <w:u w:val="single"/>
        </w:rPr>
        <w:tab/>
      </w:r>
      <w:r w:rsidRPr="003659B9">
        <w:rPr>
          <w:rFonts w:ascii="Book Antiqua" w:hAnsi="Book Antiqua"/>
          <w:i/>
          <w:iCs/>
          <w:u w:val="single"/>
        </w:rPr>
        <w:t xml:space="preserve">$5,000.00  </w:t>
      </w:r>
    </w:p>
    <w:p w14:paraId="0DB6EEB8" w14:textId="1F3426A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51</w:t>
      </w:r>
      <w:r w:rsidR="00E10572">
        <w:rPr>
          <w:rFonts w:ascii="Book Antiqua" w:hAnsi="Book Antiqua"/>
          <w:i/>
          <w:iCs/>
          <w:u w:val="single"/>
        </w:rPr>
        <w:t>8</w:t>
      </w:r>
      <w:r w:rsidRPr="003659B9">
        <w:rPr>
          <w:rFonts w:ascii="Book Antiqua" w:hAnsi="Book Antiqua"/>
          <w:i/>
          <w:iCs/>
          <w:u w:val="single"/>
        </w:rPr>
        <w:t xml:space="preserve">. Safe Child Coalition, Inc. </w:t>
      </w:r>
      <w:r w:rsidR="00CF159C" w:rsidRPr="00E84FEC">
        <w:rPr>
          <w:rFonts w:ascii="Book Antiqua" w:hAnsi="Book Antiqua"/>
          <w:i/>
          <w:iCs/>
          <w:u w:val="single"/>
        </w:rPr>
        <w:tab/>
      </w:r>
      <w:r w:rsidRPr="003659B9">
        <w:rPr>
          <w:rFonts w:ascii="Book Antiqua" w:hAnsi="Book Antiqua"/>
          <w:i/>
          <w:iCs/>
          <w:u w:val="single"/>
        </w:rPr>
        <w:t xml:space="preserve"> $10,000.00  </w:t>
      </w:r>
    </w:p>
    <w:p w14:paraId="3DF0C10A" w14:textId="3170ECF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w:t>
      </w:r>
      <w:r w:rsidR="00E10572">
        <w:rPr>
          <w:rFonts w:ascii="Book Antiqua" w:hAnsi="Book Antiqua"/>
          <w:i/>
          <w:iCs/>
          <w:u w:val="single"/>
        </w:rPr>
        <w:t>19</w:t>
      </w:r>
      <w:r w:rsidRPr="003659B9">
        <w:rPr>
          <w:rFonts w:ascii="Book Antiqua" w:hAnsi="Book Antiqua"/>
          <w:i/>
          <w:iCs/>
          <w:u w:val="single"/>
        </w:rPr>
        <w:t xml:space="preserve">. Salinas Baseball Club, Inc. </w:t>
      </w:r>
      <w:r w:rsidR="00CF159C" w:rsidRPr="00E84FEC">
        <w:rPr>
          <w:rFonts w:ascii="Book Antiqua" w:hAnsi="Book Antiqua"/>
          <w:i/>
          <w:iCs/>
          <w:u w:val="single"/>
        </w:rPr>
        <w:tab/>
      </w:r>
      <w:r w:rsidRPr="003659B9">
        <w:rPr>
          <w:rFonts w:ascii="Book Antiqua" w:hAnsi="Book Antiqua"/>
          <w:i/>
          <w:iCs/>
          <w:u w:val="single"/>
        </w:rPr>
        <w:t xml:space="preserve">$35,000.00  </w:t>
      </w:r>
    </w:p>
    <w:p w14:paraId="582A7F50" w14:textId="3510852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52</w:t>
      </w:r>
      <w:r w:rsidR="00E10572">
        <w:rPr>
          <w:rFonts w:ascii="Book Antiqua" w:hAnsi="Book Antiqua"/>
          <w:i/>
          <w:iCs/>
          <w:u w:val="single"/>
        </w:rPr>
        <w:t>0</w:t>
      </w:r>
      <w:r w:rsidRPr="003659B9">
        <w:rPr>
          <w:rFonts w:ascii="Book Antiqua" w:hAnsi="Book Antiqua"/>
          <w:i/>
          <w:iCs/>
          <w:u w:val="single"/>
        </w:rPr>
        <w:t xml:space="preserve">. Salinas Softball Academy, Inc. </w:t>
      </w:r>
      <w:r w:rsidR="00CF159C" w:rsidRPr="00E84FEC">
        <w:rPr>
          <w:rFonts w:ascii="Book Antiqua" w:hAnsi="Book Antiqua"/>
          <w:i/>
          <w:iCs/>
          <w:u w:val="single"/>
        </w:rPr>
        <w:tab/>
      </w:r>
      <w:r w:rsidRPr="003659B9">
        <w:rPr>
          <w:rFonts w:ascii="Book Antiqua" w:hAnsi="Book Antiqua"/>
          <w:i/>
          <w:iCs/>
          <w:u w:val="single"/>
        </w:rPr>
        <w:t xml:space="preserve"> $20,000.00  </w:t>
      </w:r>
    </w:p>
    <w:p w14:paraId="7163025E" w14:textId="48711A5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52</w:t>
      </w:r>
      <w:r w:rsidR="00E10572">
        <w:rPr>
          <w:rFonts w:ascii="Book Antiqua" w:hAnsi="Book Antiqua"/>
          <w:i/>
          <w:iCs/>
          <w:u w:val="single"/>
          <w:lang w:val="es-PR"/>
        </w:rPr>
        <w:t>1</w:t>
      </w:r>
      <w:r w:rsidRPr="003659B9">
        <w:rPr>
          <w:rFonts w:ascii="Book Antiqua" w:hAnsi="Book Antiqua"/>
          <w:i/>
          <w:iCs/>
          <w:u w:val="single"/>
          <w:lang w:val="es-PR"/>
        </w:rPr>
        <w:t xml:space="preserve">. Salón de la Fama del Deporte Cayeyano, Inc.  </w:t>
      </w:r>
      <w:r w:rsidR="00CF159C" w:rsidRPr="00E84FEC">
        <w:rPr>
          <w:rFonts w:ascii="Book Antiqua" w:hAnsi="Book Antiqua"/>
          <w:i/>
          <w:iCs/>
          <w:u w:val="single"/>
          <w:lang w:val="es-PR"/>
        </w:rPr>
        <w:tab/>
      </w:r>
      <w:r w:rsidRPr="003659B9">
        <w:rPr>
          <w:rFonts w:ascii="Book Antiqua" w:hAnsi="Book Antiqua"/>
          <w:i/>
          <w:iCs/>
          <w:u w:val="single"/>
        </w:rPr>
        <w:t xml:space="preserve">$3,000.00  </w:t>
      </w:r>
    </w:p>
    <w:p w14:paraId="7E5EB5F9" w14:textId="025EDE9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52</w:t>
      </w:r>
      <w:r w:rsidR="00E10572" w:rsidRPr="00E10572">
        <w:rPr>
          <w:rFonts w:ascii="Book Antiqua" w:hAnsi="Book Antiqua"/>
          <w:i/>
          <w:iCs/>
          <w:u w:val="single"/>
          <w:lang w:val="es-PR"/>
        </w:rPr>
        <w:t>2</w:t>
      </w:r>
      <w:r w:rsidRPr="003659B9">
        <w:rPr>
          <w:rFonts w:ascii="Book Antiqua" w:hAnsi="Book Antiqua"/>
          <w:i/>
          <w:iCs/>
          <w:u w:val="single"/>
          <w:lang w:val="es-PR"/>
        </w:rPr>
        <w:t xml:space="preserve">. San Agustín del Coquí, Inc. </w:t>
      </w:r>
      <w:r w:rsidR="00CF159C" w:rsidRPr="00E10572">
        <w:rPr>
          <w:rFonts w:ascii="Book Antiqua" w:hAnsi="Book Antiqua"/>
          <w:i/>
          <w:iCs/>
          <w:u w:val="single"/>
          <w:lang w:val="es-PR"/>
        </w:rPr>
        <w:tab/>
      </w:r>
      <w:r w:rsidRPr="003659B9">
        <w:rPr>
          <w:rFonts w:ascii="Book Antiqua" w:hAnsi="Book Antiqua"/>
          <w:i/>
          <w:iCs/>
          <w:u w:val="single"/>
        </w:rPr>
        <w:t xml:space="preserve">$199,500.00  </w:t>
      </w:r>
    </w:p>
    <w:p w14:paraId="12780BF8" w14:textId="1E83E8B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52</w:t>
      </w:r>
      <w:r w:rsidR="00E10572" w:rsidRPr="00E10572">
        <w:rPr>
          <w:rFonts w:ascii="Book Antiqua" w:hAnsi="Book Antiqua"/>
          <w:i/>
          <w:iCs/>
          <w:u w:val="single"/>
          <w:lang w:val="es-PR"/>
        </w:rPr>
        <w:t>3</w:t>
      </w:r>
      <w:r w:rsidRPr="003659B9">
        <w:rPr>
          <w:rFonts w:ascii="Book Antiqua" w:hAnsi="Book Antiqua"/>
          <w:i/>
          <w:iCs/>
          <w:u w:val="single"/>
          <w:lang w:val="es-PR"/>
        </w:rPr>
        <w:t xml:space="preserve">. Santuario de Animales San Sebastián Mártir, Inc. </w:t>
      </w:r>
      <w:r w:rsidR="00CF159C" w:rsidRPr="00E10572">
        <w:rPr>
          <w:rFonts w:ascii="Book Antiqua" w:hAnsi="Book Antiqua"/>
          <w:i/>
          <w:iCs/>
          <w:u w:val="single"/>
          <w:lang w:val="es-PR"/>
        </w:rPr>
        <w:tab/>
      </w:r>
      <w:r w:rsidRPr="003659B9">
        <w:rPr>
          <w:rFonts w:ascii="Book Antiqua" w:hAnsi="Book Antiqua"/>
          <w:i/>
          <w:iCs/>
          <w:u w:val="single"/>
        </w:rPr>
        <w:t xml:space="preserve">$4,500.00  </w:t>
      </w:r>
    </w:p>
    <w:p w14:paraId="226FDBF9" w14:textId="72D21EE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52</w:t>
      </w:r>
      <w:r w:rsidR="00E10572">
        <w:rPr>
          <w:rFonts w:ascii="Book Antiqua" w:hAnsi="Book Antiqua"/>
          <w:i/>
          <w:iCs/>
          <w:u w:val="single"/>
        </w:rPr>
        <w:t>4</w:t>
      </w:r>
      <w:r w:rsidRPr="003659B9">
        <w:rPr>
          <w:rFonts w:ascii="Book Antiqua" w:hAnsi="Book Antiqua"/>
          <w:i/>
          <w:iCs/>
          <w:u w:val="single"/>
        </w:rPr>
        <w:t xml:space="preserve">. Scuba Dogs Society, Inc. </w:t>
      </w:r>
      <w:r w:rsidR="00CF159C" w:rsidRPr="00E84FEC">
        <w:rPr>
          <w:rFonts w:ascii="Book Antiqua" w:hAnsi="Book Antiqua"/>
          <w:i/>
          <w:iCs/>
          <w:u w:val="single"/>
        </w:rPr>
        <w:tab/>
      </w:r>
      <w:r w:rsidRPr="003659B9">
        <w:rPr>
          <w:rFonts w:ascii="Book Antiqua" w:hAnsi="Book Antiqua"/>
          <w:i/>
          <w:iCs/>
          <w:u w:val="single"/>
        </w:rPr>
        <w:t xml:space="preserve">$8,500.00  </w:t>
      </w:r>
    </w:p>
    <w:p w14:paraId="38569FBF" w14:textId="0CD024A8"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52</w:t>
      </w:r>
      <w:r w:rsidR="00E10572" w:rsidRPr="00E10572">
        <w:rPr>
          <w:rFonts w:ascii="Book Antiqua" w:hAnsi="Book Antiqua"/>
          <w:i/>
          <w:iCs/>
          <w:u w:val="single"/>
          <w:lang w:val="es-PR"/>
        </w:rPr>
        <w:t>5</w:t>
      </w:r>
      <w:r w:rsidRPr="003659B9">
        <w:rPr>
          <w:rFonts w:ascii="Book Antiqua" w:hAnsi="Book Antiqua"/>
          <w:i/>
          <w:iCs/>
          <w:u w:val="single"/>
          <w:lang w:val="es-PR"/>
        </w:rPr>
        <w:t xml:space="preserve">. Ser Familia </w:t>
      </w:r>
      <w:proofErr w:type="gramStart"/>
      <w:r w:rsidRPr="003659B9">
        <w:rPr>
          <w:rFonts w:ascii="Book Antiqua" w:hAnsi="Book Antiqua"/>
          <w:i/>
          <w:iCs/>
          <w:u w:val="single"/>
          <w:lang w:val="es-PR"/>
        </w:rPr>
        <w:t xml:space="preserve">PR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$4,250.00  </w:t>
      </w:r>
    </w:p>
    <w:p w14:paraId="6E3B3661" w14:textId="2FDD8878"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52</w:t>
      </w:r>
      <w:r w:rsidR="00E10572">
        <w:rPr>
          <w:rFonts w:ascii="Book Antiqua" w:hAnsi="Book Antiqua"/>
          <w:i/>
          <w:iCs/>
          <w:u w:val="single"/>
          <w:lang w:val="es-PR"/>
        </w:rPr>
        <w:t>6</w:t>
      </w:r>
      <w:r w:rsidRPr="003659B9">
        <w:rPr>
          <w:rFonts w:ascii="Book Antiqua" w:hAnsi="Book Antiqua"/>
          <w:i/>
          <w:iCs/>
          <w:u w:val="single"/>
          <w:lang w:val="es-PR"/>
        </w:rPr>
        <w:t xml:space="preserve">. Servicios Legales Comunitarios, Inc.  </w:t>
      </w:r>
      <w:r w:rsidR="00CF159C" w:rsidRPr="00E10572">
        <w:rPr>
          <w:rFonts w:ascii="Book Antiqua" w:hAnsi="Book Antiqua"/>
          <w:i/>
          <w:iCs/>
          <w:u w:val="single"/>
          <w:lang w:val="es-PR"/>
        </w:rPr>
        <w:tab/>
      </w:r>
      <w:r w:rsidRPr="003659B9">
        <w:rPr>
          <w:rFonts w:ascii="Book Antiqua" w:hAnsi="Book Antiqua"/>
          <w:i/>
          <w:iCs/>
          <w:u w:val="single"/>
        </w:rPr>
        <w:t xml:space="preserve">$99,500.00  </w:t>
      </w:r>
    </w:p>
    <w:p w14:paraId="70A218D4" w14:textId="1EF83E98"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52</w:t>
      </w:r>
      <w:r w:rsidR="00E10572">
        <w:rPr>
          <w:rFonts w:ascii="Book Antiqua" w:hAnsi="Book Antiqua"/>
          <w:i/>
          <w:iCs/>
          <w:u w:val="single"/>
          <w:lang w:val="es-PR"/>
        </w:rPr>
        <w:t>7</w:t>
      </w:r>
      <w:r w:rsidRPr="003659B9">
        <w:rPr>
          <w:rFonts w:ascii="Book Antiqua" w:hAnsi="Book Antiqua"/>
          <w:i/>
          <w:iCs/>
          <w:u w:val="single"/>
          <w:lang w:val="es-PR"/>
        </w:rPr>
        <w:t xml:space="preserve">. SFM </w:t>
      </w:r>
      <w:proofErr w:type="spellStart"/>
      <w:r w:rsidRPr="003659B9">
        <w:rPr>
          <w:rFonts w:ascii="Book Antiqua" w:hAnsi="Book Antiqua"/>
          <w:i/>
          <w:iCs/>
          <w:u w:val="single"/>
          <w:lang w:val="es-PR"/>
        </w:rPr>
        <w:t>Charities</w:t>
      </w:r>
      <w:proofErr w:type="spellEnd"/>
      <w:r w:rsidRPr="003659B9">
        <w:rPr>
          <w:rFonts w:ascii="Book Antiqua" w:hAnsi="Book Antiqua"/>
          <w:i/>
          <w:iCs/>
          <w:u w:val="single"/>
          <w:lang w:val="es-PR"/>
        </w:rPr>
        <w:t xml:space="preserve">, Inc.  </w:t>
      </w:r>
      <w:r w:rsidR="00CF159C" w:rsidRPr="00E84FEC">
        <w:rPr>
          <w:rFonts w:ascii="Book Antiqua" w:hAnsi="Book Antiqua"/>
          <w:i/>
          <w:iCs/>
          <w:u w:val="single"/>
          <w:lang w:val="es-PR"/>
        </w:rPr>
        <w:tab/>
      </w:r>
      <w:r w:rsidRPr="003659B9">
        <w:rPr>
          <w:rFonts w:ascii="Book Antiqua" w:hAnsi="Book Antiqua"/>
          <w:i/>
          <w:iCs/>
          <w:u w:val="single"/>
          <w:lang w:val="es-PR"/>
        </w:rPr>
        <w:t xml:space="preserve">$40,000.00  </w:t>
      </w:r>
    </w:p>
    <w:p w14:paraId="159F64F2" w14:textId="17C670F2"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52</w:t>
      </w:r>
      <w:r w:rsidR="00E10572">
        <w:rPr>
          <w:rFonts w:ascii="Book Antiqua" w:hAnsi="Book Antiqua"/>
          <w:i/>
          <w:iCs/>
          <w:u w:val="single"/>
          <w:lang w:val="es-PR"/>
        </w:rPr>
        <w:t>8</w:t>
      </w:r>
      <w:r w:rsidRPr="003659B9">
        <w:rPr>
          <w:rFonts w:ascii="Book Antiqua" w:hAnsi="Book Antiqua"/>
          <w:i/>
          <w:iCs/>
          <w:u w:val="single"/>
          <w:lang w:val="es-PR"/>
        </w:rPr>
        <w:t xml:space="preserve">. Siervas de María Casa de Salud San </w:t>
      </w:r>
      <w:proofErr w:type="gramStart"/>
      <w:r w:rsidRPr="003659B9">
        <w:rPr>
          <w:rFonts w:ascii="Book Antiqua" w:hAnsi="Book Antiqua"/>
          <w:i/>
          <w:iCs/>
          <w:u w:val="single"/>
          <w:lang w:val="es-PR"/>
        </w:rPr>
        <w:t xml:space="preserve">Juan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$45,500.00  </w:t>
      </w:r>
    </w:p>
    <w:p w14:paraId="1EF048FF" w14:textId="551F0E1A"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w:t>
      </w:r>
      <w:r w:rsidR="00E10572">
        <w:rPr>
          <w:rFonts w:ascii="Book Antiqua" w:hAnsi="Book Antiqua"/>
          <w:i/>
          <w:iCs/>
          <w:u w:val="single"/>
          <w:lang w:val="es-PR"/>
        </w:rPr>
        <w:t>29</w:t>
      </w:r>
      <w:r w:rsidRPr="003659B9">
        <w:rPr>
          <w:rFonts w:ascii="Book Antiqua" w:hAnsi="Book Antiqua"/>
          <w:i/>
          <w:iCs/>
          <w:u w:val="single"/>
          <w:lang w:val="es-PR"/>
        </w:rPr>
        <w:t xml:space="preserve">. Siervas de María </w:t>
      </w:r>
      <w:proofErr w:type="gramStart"/>
      <w:r w:rsidRPr="003659B9">
        <w:rPr>
          <w:rFonts w:ascii="Book Antiqua" w:hAnsi="Book Antiqua"/>
          <w:i/>
          <w:iCs/>
          <w:u w:val="single"/>
          <w:lang w:val="es-PR"/>
        </w:rPr>
        <w:t>Ministras</w:t>
      </w:r>
      <w:proofErr w:type="gramEnd"/>
      <w:r w:rsidRPr="003659B9">
        <w:rPr>
          <w:rFonts w:ascii="Book Antiqua" w:hAnsi="Book Antiqua"/>
          <w:i/>
          <w:iCs/>
          <w:u w:val="single"/>
          <w:lang w:val="es-PR"/>
        </w:rPr>
        <w:t xml:space="preserve"> de los Enfermos, </w:t>
      </w:r>
      <w:proofErr w:type="gramStart"/>
      <w:r w:rsidRPr="003659B9">
        <w:rPr>
          <w:rFonts w:ascii="Book Antiqua" w:hAnsi="Book Antiqua"/>
          <w:i/>
          <w:iCs/>
          <w:u w:val="single"/>
          <w:lang w:val="es-PR"/>
        </w:rPr>
        <w:t xml:space="preserve">Mayagüez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$45,500.00  </w:t>
      </w:r>
    </w:p>
    <w:p w14:paraId="032D1124" w14:textId="253015CD"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53</w:t>
      </w:r>
      <w:r w:rsidR="00E10572" w:rsidRPr="00E10572">
        <w:rPr>
          <w:rFonts w:ascii="Book Antiqua" w:hAnsi="Book Antiqua"/>
          <w:i/>
          <w:iCs/>
          <w:u w:val="single"/>
          <w:lang w:val="es-PR"/>
        </w:rPr>
        <w:t>0</w:t>
      </w:r>
      <w:r w:rsidRPr="003659B9">
        <w:rPr>
          <w:rFonts w:ascii="Book Antiqua" w:hAnsi="Book Antiqua"/>
          <w:i/>
          <w:iCs/>
          <w:u w:val="single"/>
          <w:lang w:val="es-PR"/>
        </w:rPr>
        <w:t xml:space="preserve">. Siervas de María </w:t>
      </w:r>
      <w:proofErr w:type="gramStart"/>
      <w:r w:rsidRPr="003659B9">
        <w:rPr>
          <w:rFonts w:ascii="Book Antiqua" w:hAnsi="Book Antiqua"/>
          <w:i/>
          <w:iCs/>
          <w:u w:val="single"/>
          <w:lang w:val="es-PR"/>
        </w:rPr>
        <w:t>Ministras</w:t>
      </w:r>
      <w:proofErr w:type="gramEnd"/>
      <w:r w:rsidRPr="003659B9">
        <w:rPr>
          <w:rFonts w:ascii="Book Antiqua" w:hAnsi="Book Antiqua"/>
          <w:i/>
          <w:iCs/>
          <w:u w:val="single"/>
          <w:lang w:val="es-PR"/>
        </w:rPr>
        <w:t xml:space="preserve"> de los Enfermos, Gurabo </w:t>
      </w:r>
      <w:r w:rsidR="00CF159C" w:rsidRPr="00E10572">
        <w:rPr>
          <w:rFonts w:ascii="Book Antiqua" w:hAnsi="Book Antiqua"/>
          <w:i/>
          <w:iCs/>
          <w:u w:val="single"/>
          <w:lang w:val="es-PR"/>
        </w:rPr>
        <w:tab/>
      </w:r>
      <w:r w:rsidRPr="003659B9">
        <w:rPr>
          <w:rFonts w:ascii="Book Antiqua" w:hAnsi="Book Antiqua"/>
          <w:i/>
          <w:iCs/>
          <w:u w:val="single"/>
          <w:lang w:val="es-PR"/>
        </w:rPr>
        <w:t xml:space="preserve"> $45,500.00  </w:t>
      </w:r>
    </w:p>
    <w:p w14:paraId="72F755E3" w14:textId="4ABB6532"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53</w:t>
      </w:r>
      <w:r w:rsidR="00E10572">
        <w:rPr>
          <w:rFonts w:ascii="Book Antiqua" w:hAnsi="Book Antiqua"/>
          <w:i/>
          <w:iCs/>
          <w:u w:val="single"/>
          <w:lang w:val="es-PR"/>
        </w:rPr>
        <w:t>1</w:t>
      </w:r>
      <w:r w:rsidRPr="003659B9">
        <w:rPr>
          <w:rFonts w:ascii="Book Antiqua" w:hAnsi="Book Antiqua"/>
          <w:i/>
          <w:iCs/>
          <w:u w:val="single"/>
          <w:lang w:val="es-PR"/>
        </w:rPr>
        <w:t xml:space="preserve">. Siervas de María </w:t>
      </w:r>
      <w:proofErr w:type="gramStart"/>
      <w:r w:rsidRPr="003659B9">
        <w:rPr>
          <w:rFonts w:ascii="Book Antiqua" w:hAnsi="Book Antiqua"/>
          <w:i/>
          <w:iCs/>
          <w:u w:val="single"/>
          <w:lang w:val="es-PR"/>
        </w:rPr>
        <w:t>Ministras</w:t>
      </w:r>
      <w:proofErr w:type="gramEnd"/>
      <w:r w:rsidRPr="003659B9">
        <w:rPr>
          <w:rFonts w:ascii="Book Antiqua" w:hAnsi="Book Antiqua"/>
          <w:i/>
          <w:iCs/>
          <w:u w:val="single"/>
          <w:lang w:val="es-PR"/>
        </w:rPr>
        <w:t xml:space="preserve"> de los Enfermos, Ponce, Inc.  </w:t>
      </w:r>
      <w:r w:rsidR="00CF159C" w:rsidRPr="00E84FEC">
        <w:rPr>
          <w:rFonts w:ascii="Book Antiqua" w:hAnsi="Book Antiqua"/>
          <w:i/>
          <w:iCs/>
          <w:u w:val="single"/>
          <w:lang w:val="es-PR"/>
        </w:rPr>
        <w:tab/>
      </w:r>
      <w:r w:rsidRPr="003659B9">
        <w:rPr>
          <w:rFonts w:ascii="Book Antiqua" w:hAnsi="Book Antiqua"/>
          <w:i/>
          <w:iCs/>
          <w:u w:val="single"/>
        </w:rPr>
        <w:t xml:space="preserve">$45,500.00  </w:t>
      </w:r>
    </w:p>
    <w:p w14:paraId="15A6CE12" w14:textId="5A92C1BF"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53</w:t>
      </w:r>
      <w:r w:rsidR="00E10572">
        <w:rPr>
          <w:rFonts w:ascii="Book Antiqua" w:hAnsi="Book Antiqua"/>
          <w:i/>
          <w:iCs/>
          <w:u w:val="single"/>
          <w:lang w:val="es-PR"/>
        </w:rPr>
        <w:t>2</w:t>
      </w:r>
      <w:r w:rsidRPr="003659B9">
        <w:rPr>
          <w:rFonts w:ascii="Book Antiqua" w:hAnsi="Book Antiqua"/>
          <w:i/>
          <w:iCs/>
          <w:u w:val="single"/>
          <w:lang w:val="es-PR"/>
        </w:rPr>
        <w:t xml:space="preserve">. Siervas de María </w:t>
      </w:r>
      <w:proofErr w:type="gramStart"/>
      <w:r w:rsidRPr="003659B9">
        <w:rPr>
          <w:rFonts w:ascii="Book Antiqua" w:hAnsi="Book Antiqua"/>
          <w:i/>
          <w:iCs/>
          <w:u w:val="single"/>
          <w:lang w:val="es-PR"/>
        </w:rPr>
        <w:t>Ministras</w:t>
      </w:r>
      <w:proofErr w:type="gramEnd"/>
      <w:r w:rsidRPr="003659B9">
        <w:rPr>
          <w:rFonts w:ascii="Book Antiqua" w:hAnsi="Book Antiqua"/>
          <w:i/>
          <w:iCs/>
          <w:u w:val="single"/>
          <w:lang w:val="es-PR"/>
        </w:rPr>
        <w:t xml:space="preserve"> de los Enfermos, Arecibo, Inc.  </w:t>
      </w:r>
      <w:r w:rsidR="005230A8" w:rsidRPr="00E84FEC">
        <w:rPr>
          <w:rFonts w:ascii="Book Antiqua" w:hAnsi="Book Antiqua"/>
          <w:i/>
          <w:iCs/>
          <w:u w:val="single"/>
          <w:lang w:val="es-PR"/>
        </w:rPr>
        <w:tab/>
      </w:r>
      <w:r w:rsidRPr="003659B9">
        <w:rPr>
          <w:rFonts w:ascii="Book Antiqua" w:hAnsi="Book Antiqua"/>
          <w:i/>
          <w:iCs/>
          <w:u w:val="single"/>
          <w:lang w:val="es-PR"/>
        </w:rPr>
        <w:t xml:space="preserve">$45,500.00  </w:t>
      </w:r>
    </w:p>
    <w:p w14:paraId="3B3C429C" w14:textId="17AD4B68"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53</w:t>
      </w:r>
      <w:r w:rsidR="00E10572" w:rsidRPr="00E10572">
        <w:rPr>
          <w:rFonts w:ascii="Book Antiqua" w:hAnsi="Book Antiqua"/>
          <w:i/>
          <w:iCs/>
          <w:u w:val="single"/>
          <w:lang w:val="es-PR"/>
        </w:rPr>
        <w:t>3</w:t>
      </w:r>
      <w:r w:rsidRPr="003659B9">
        <w:rPr>
          <w:rFonts w:ascii="Book Antiqua" w:hAnsi="Book Antiqua"/>
          <w:i/>
          <w:iCs/>
          <w:u w:val="single"/>
          <w:lang w:val="es-PR"/>
        </w:rPr>
        <w:t xml:space="preserve">. Silo Misión Cristiana </w:t>
      </w:r>
      <w:r w:rsidR="00CF159C" w:rsidRPr="00E10572">
        <w:rPr>
          <w:rFonts w:ascii="Book Antiqua" w:hAnsi="Book Antiqua"/>
          <w:i/>
          <w:iCs/>
          <w:u w:val="single"/>
          <w:lang w:val="es-PR"/>
        </w:rPr>
        <w:tab/>
      </w:r>
      <w:r w:rsidRPr="003659B9">
        <w:rPr>
          <w:rFonts w:ascii="Book Antiqua" w:hAnsi="Book Antiqua"/>
          <w:i/>
          <w:iCs/>
          <w:u w:val="single"/>
          <w:lang w:val="es-PR"/>
        </w:rPr>
        <w:t xml:space="preserve">$10,000.00  </w:t>
      </w:r>
    </w:p>
    <w:p w14:paraId="11D42BBF" w14:textId="25262C31"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53</w:t>
      </w:r>
      <w:r w:rsidR="00E10572">
        <w:rPr>
          <w:rFonts w:ascii="Book Antiqua" w:hAnsi="Book Antiqua"/>
          <w:i/>
          <w:iCs/>
          <w:u w:val="single"/>
          <w:lang w:val="es-PR"/>
        </w:rPr>
        <w:t>4</w:t>
      </w:r>
      <w:r w:rsidRPr="003659B9">
        <w:rPr>
          <w:rFonts w:ascii="Book Antiqua" w:hAnsi="Book Antiqua"/>
          <w:i/>
          <w:iCs/>
          <w:u w:val="single"/>
          <w:lang w:val="es-PR"/>
        </w:rPr>
        <w:t xml:space="preserve">. Sociedad Americana contra el </w:t>
      </w:r>
      <w:proofErr w:type="gramStart"/>
      <w:r w:rsidRPr="003659B9">
        <w:rPr>
          <w:rFonts w:ascii="Book Antiqua" w:hAnsi="Book Antiqua"/>
          <w:i/>
          <w:iCs/>
          <w:u w:val="single"/>
          <w:lang w:val="es-PR"/>
        </w:rPr>
        <w:t xml:space="preserve">Cáncer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$129,500.00  </w:t>
      </w:r>
    </w:p>
    <w:p w14:paraId="139F0665" w14:textId="1B44A023"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53</w:t>
      </w:r>
      <w:r w:rsidR="00E10572">
        <w:rPr>
          <w:rFonts w:ascii="Book Antiqua" w:hAnsi="Book Antiqua"/>
          <w:i/>
          <w:iCs/>
          <w:u w:val="single"/>
          <w:lang w:val="es-PR"/>
        </w:rPr>
        <w:t>5</w:t>
      </w:r>
      <w:r w:rsidRPr="003659B9">
        <w:rPr>
          <w:rFonts w:ascii="Book Antiqua" w:hAnsi="Book Antiqua"/>
          <w:i/>
          <w:iCs/>
          <w:u w:val="single"/>
          <w:lang w:val="es-PR"/>
        </w:rPr>
        <w:t xml:space="preserve">. Sociedad de Educación y Rehabilitación - </w:t>
      </w:r>
      <w:proofErr w:type="gramStart"/>
      <w:r w:rsidRPr="003659B9">
        <w:rPr>
          <w:rFonts w:ascii="Book Antiqua" w:hAnsi="Book Antiqua"/>
          <w:i/>
          <w:iCs/>
          <w:u w:val="single"/>
          <w:lang w:val="es-PR"/>
        </w:rPr>
        <w:t xml:space="preserve">SER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$1,000,000.00  </w:t>
      </w:r>
    </w:p>
    <w:p w14:paraId="56C51985" w14:textId="0E4A2AA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53</w:t>
      </w:r>
      <w:r w:rsidR="00E10572">
        <w:rPr>
          <w:rFonts w:ascii="Book Antiqua" w:hAnsi="Book Antiqua"/>
          <w:i/>
          <w:iCs/>
          <w:u w:val="single"/>
          <w:lang w:val="es-PR"/>
        </w:rPr>
        <w:t>6</w:t>
      </w:r>
      <w:r w:rsidRPr="003659B9">
        <w:rPr>
          <w:rFonts w:ascii="Book Antiqua" w:hAnsi="Book Antiqua"/>
          <w:i/>
          <w:iCs/>
          <w:u w:val="single"/>
          <w:lang w:val="es-PR"/>
        </w:rPr>
        <w:t xml:space="preserve">. Sociedad de Gerontología de Puerto Rico, Inc.  </w:t>
      </w:r>
      <w:r w:rsidR="00CF159C" w:rsidRPr="00E84FEC">
        <w:rPr>
          <w:rFonts w:ascii="Book Antiqua" w:hAnsi="Book Antiqua"/>
          <w:i/>
          <w:iCs/>
          <w:u w:val="single"/>
          <w:lang w:val="es-PR"/>
        </w:rPr>
        <w:tab/>
      </w:r>
      <w:r w:rsidRPr="003659B9">
        <w:rPr>
          <w:rFonts w:ascii="Book Antiqua" w:hAnsi="Book Antiqua"/>
          <w:i/>
          <w:iCs/>
          <w:u w:val="single"/>
        </w:rPr>
        <w:t xml:space="preserve">$10,000.00  </w:t>
      </w:r>
    </w:p>
    <w:p w14:paraId="6270F26F" w14:textId="0CCC2C59"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53</w:t>
      </w:r>
      <w:r w:rsidR="00E10572">
        <w:rPr>
          <w:rFonts w:ascii="Book Antiqua" w:hAnsi="Book Antiqua"/>
          <w:i/>
          <w:iCs/>
          <w:u w:val="single"/>
          <w:lang w:val="es-PR"/>
        </w:rPr>
        <w:t>7</w:t>
      </w:r>
      <w:r w:rsidRPr="003659B9">
        <w:rPr>
          <w:rFonts w:ascii="Book Antiqua" w:hAnsi="Book Antiqua"/>
          <w:i/>
          <w:iCs/>
          <w:u w:val="single"/>
          <w:lang w:val="es-PR"/>
        </w:rPr>
        <w:t xml:space="preserve">. Sociedad Educativa de las Artes, Inc. </w:t>
      </w:r>
      <w:r w:rsidR="00CF159C" w:rsidRPr="00E84FEC">
        <w:rPr>
          <w:rFonts w:ascii="Book Antiqua" w:hAnsi="Book Antiqua"/>
          <w:i/>
          <w:iCs/>
          <w:u w:val="single"/>
          <w:lang w:val="es-PR"/>
        </w:rPr>
        <w:tab/>
      </w:r>
      <w:r w:rsidRPr="003659B9">
        <w:rPr>
          <w:rFonts w:ascii="Book Antiqua" w:hAnsi="Book Antiqua"/>
          <w:i/>
          <w:iCs/>
          <w:u w:val="single"/>
          <w:lang w:val="es-PR"/>
        </w:rPr>
        <w:t xml:space="preserve"> $3,000.00  </w:t>
      </w:r>
    </w:p>
    <w:p w14:paraId="2211747A" w14:textId="70008E01"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53</w:t>
      </w:r>
      <w:r w:rsidR="00E10572">
        <w:rPr>
          <w:rFonts w:ascii="Book Antiqua" w:hAnsi="Book Antiqua"/>
          <w:i/>
          <w:iCs/>
          <w:u w:val="single"/>
          <w:lang w:val="es-PR"/>
        </w:rPr>
        <w:t>8</w:t>
      </w:r>
      <w:r w:rsidRPr="003659B9">
        <w:rPr>
          <w:rFonts w:ascii="Book Antiqua" w:hAnsi="Book Antiqua"/>
          <w:i/>
          <w:iCs/>
          <w:u w:val="single"/>
          <w:lang w:val="es-PR"/>
        </w:rPr>
        <w:t xml:space="preserve">. Sociedad </w:t>
      </w:r>
      <w:proofErr w:type="gramStart"/>
      <w:r w:rsidRPr="003659B9">
        <w:rPr>
          <w:rFonts w:ascii="Book Antiqua" w:hAnsi="Book Antiqua"/>
          <w:i/>
          <w:iCs/>
          <w:u w:val="single"/>
          <w:lang w:val="es-PR"/>
        </w:rPr>
        <w:t>Pro Hospital</w:t>
      </w:r>
      <w:proofErr w:type="gramEnd"/>
      <w:r w:rsidRPr="003659B9">
        <w:rPr>
          <w:rFonts w:ascii="Book Antiqua" w:hAnsi="Book Antiqua"/>
          <w:i/>
          <w:iCs/>
          <w:u w:val="single"/>
          <w:lang w:val="es-PR"/>
        </w:rPr>
        <w:t xml:space="preserve"> del Niño, Inc.  </w:t>
      </w:r>
      <w:r w:rsidR="00CF159C" w:rsidRPr="00E84FEC">
        <w:rPr>
          <w:rFonts w:ascii="Book Antiqua" w:hAnsi="Book Antiqua"/>
          <w:i/>
          <w:iCs/>
          <w:u w:val="single"/>
          <w:lang w:val="es-PR"/>
        </w:rPr>
        <w:tab/>
      </w:r>
      <w:r w:rsidRPr="003659B9">
        <w:rPr>
          <w:rFonts w:ascii="Book Antiqua" w:hAnsi="Book Antiqua"/>
          <w:i/>
          <w:iCs/>
          <w:u w:val="single"/>
        </w:rPr>
        <w:t xml:space="preserve">$600,000.00  </w:t>
      </w:r>
    </w:p>
    <w:p w14:paraId="12AE323B" w14:textId="7301786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w:t>
      </w:r>
      <w:r w:rsidR="00E10572">
        <w:rPr>
          <w:rFonts w:ascii="Book Antiqua" w:hAnsi="Book Antiqua"/>
          <w:i/>
          <w:iCs/>
          <w:u w:val="single"/>
          <w:lang w:val="es-PR"/>
        </w:rPr>
        <w:t>39</w:t>
      </w:r>
      <w:r w:rsidRPr="003659B9">
        <w:rPr>
          <w:rFonts w:ascii="Book Antiqua" w:hAnsi="Book Antiqua"/>
          <w:i/>
          <w:iCs/>
          <w:u w:val="single"/>
          <w:lang w:val="es-PR"/>
        </w:rPr>
        <w:t xml:space="preserve">. Sociedad </w:t>
      </w:r>
      <w:proofErr w:type="gramStart"/>
      <w:r w:rsidRPr="003659B9">
        <w:rPr>
          <w:rFonts w:ascii="Book Antiqua" w:hAnsi="Book Antiqua"/>
          <w:i/>
          <w:iCs/>
          <w:u w:val="single"/>
          <w:lang w:val="es-PR"/>
        </w:rPr>
        <w:t>Pro Niños</w:t>
      </w:r>
      <w:proofErr w:type="gramEnd"/>
      <w:r w:rsidRPr="003659B9">
        <w:rPr>
          <w:rFonts w:ascii="Book Antiqua" w:hAnsi="Book Antiqua"/>
          <w:i/>
          <w:iCs/>
          <w:u w:val="single"/>
          <w:lang w:val="es-PR"/>
        </w:rPr>
        <w:t xml:space="preserve"> Sordos de Puerto Rico, Inc.  </w:t>
      </w:r>
      <w:r w:rsidR="00CF159C" w:rsidRPr="00E84FEC">
        <w:rPr>
          <w:rFonts w:ascii="Book Antiqua" w:hAnsi="Book Antiqua"/>
          <w:i/>
          <w:iCs/>
          <w:u w:val="single"/>
          <w:lang w:val="es-PR"/>
        </w:rPr>
        <w:tab/>
      </w:r>
      <w:r w:rsidRPr="003659B9">
        <w:rPr>
          <w:rFonts w:ascii="Book Antiqua" w:hAnsi="Book Antiqua"/>
          <w:i/>
          <w:iCs/>
          <w:u w:val="single"/>
        </w:rPr>
        <w:t xml:space="preserve">$88,500.00  </w:t>
      </w:r>
    </w:p>
    <w:p w14:paraId="3FC9C6F8" w14:textId="6A1B91FC" w:rsidR="003659B9" w:rsidRPr="004514CC" w:rsidRDefault="003659B9" w:rsidP="007B793F">
      <w:pPr>
        <w:tabs>
          <w:tab w:val="decimal" w:pos="8280"/>
        </w:tabs>
        <w:rPr>
          <w:rFonts w:ascii="Book Antiqua" w:hAnsi="Book Antiqua"/>
          <w:i/>
          <w:iCs/>
          <w:u w:val="single"/>
          <w:lang w:val="es-ES"/>
        </w:rPr>
      </w:pPr>
      <w:r w:rsidRPr="004514CC">
        <w:rPr>
          <w:rFonts w:ascii="Book Antiqua" w:hAnsi="Book Antiqua"/>
          <w:i/>
          <w:iCs/>
          <w:u w:val="single"/>
          <w:lang w:val="es-ES"/>
        </w:rPr>
        <w:t>54</w:t>
      </w:r>
      <w:r w:rsidR="00E10572" w:rsidRPr="004514CC">
        <w:rPr>
          <w:rFonts w:ascii="Book Antiqua" w:hAnsi="Book Antiqua"/>
          <w:i/>
          <w:iCs/>
          <w:u w:val="single"/>
          <w:lang w:val="es-ES"/>
        </w:rPr>
        <w:t>0</w:t>
      </w:r>
      <w:r w:rsidRPr="004514CC">
        <w:rPr>
          <w:rFonts w:ascii="Book Antiqua" w:hAnsi="Book Antiqua"/>
          <w:i/>
          <w:iCs/>
          <w:u w:val="single"/>
          <w:lang w:val="es-ES"/>
        </w:rPr>
        <w:t xml:space="preserve">. Sociedad Puertorriqueña de Epilepsia  </w:t>
      </w:r>
      <w:r w:rsidR="00CF159C" w:rsidRPr="004514CC">
        <w:rPr>
          <w:rFonts w:ascii="Book Antiqua" w:hAnsi="Book Antiqua"/>
          <w:i/>
          <w:iCs/>
          <w:u w:val="single"/>
          <w:lang w:val="es-ES"/>
        </w:rPr>
        <w:tab/>
      </w:r>
      <w:r w:rsidRPr="004514CC">
        <w:rPr>
          <w:rFonts w:ascii="Book Antiqua" w:hAnsi="Book Antiqua"/>
          <w:i/>
          <w:iCs/>
          <w:u w:val="single"/>
          <w:lang w:val="es-ES"/>
        </w:rPr>
        <w:t xml:space="preserve">$149,000.00  </w:t>
      </w:r>
    </w:p>
    <w:p w14:paraId="3AE2E126" w14:textId="5BB78485" w:rsidR="003659B9" w:rsidRPr="004514CC" w:rsidRDefault="003659B9" w:rsidP="007B793F">
      <w:pPr>
        <w:tabs>
          <w:tab w:val="decimal" w:pos="8280"/>
        </w:tabs>
        <w:rPr>
          <w:rFonts w:ascii="Book Antiqua" w:hAnsi="Book Antiqua"/>
          <w:i/>
          <w:iCs/>
          <w:u w:val="single"/>
          <w:lang w:val="es-ES"/>
        </w:rPr>
      </w:pPr>
      <w:r w:rsidRPr="004514CC">
        <w:rPr>
          <w:rFonts w:ascii="Book Antiqua" w:hAnsi="Book Antiqua"/>
          <w:i/>
          <w:iCs/>
          <w:u w:val="single"/>
          <w:lang w:val="es-ES"/>
        </w:rPr>
        <w:t>54</w:t>
      </w:r>
      <w:r w:rsidR="00E10572" w:rsidRPr="004514CC">
        <w:rPr>
          <w:rFonts w:ascii="Book Antiqua" w:hAnsi="Book Antiqua"/>
          <w:i/>
          <w:iCs/>
          <w:u w:val="single"/>
          <w:lang w:val="es-ES"/>
        </w:rPr>
        <w:t>1</w:t>
      </w:r>
      <w:r w:rsidRPr="004514CC">
        <w:rPr>
          <w:rFonts w:ascii="Book Antiqua" w:hAnsi="Book Antiqua"/>
          <w:i/>
          <w:iCs/>
          <w:u w:val="single"/>
          <w:lang w:val="es-ES"/>
        </w:rPr>
        <w:t xml:space="preserve">. Solo por </w:t>
      </w:r>
      <w:proofErr w:type="gramStart"/>
      <w:r w:rsidRPr="004514CC">
        <w:rPr>
          <w:rFonts w:ascii="Book Antiqua" w:hAnsi="Book Antiqua"/>
          <w:i/>
          <w:iCs/>
          <w:u w:val="single"/>
          <w:lang w:val="es-ES"/>
        </w:rPr>
        <w:t xml:space="preserve">Hoy  </w:t>
      </w:r>
      <w:r w:rsidR="00CF159C" w:rsidRPr="004514CC">
        <w:rPr>
          <w:rFonts w:ascii="Book Antiqua" w:hAnsi="Book Antiqua"/>
          <w:i/>
          <w:iCs/>
          <w:u w:val="single"/>
          <w:lang w:val="es-ES"/>
        </w:rPr>
        <w:tab/>
      </w:r>
      <w:proofErr w:type="gramEnd"/>
      <w:r w:rsidRPr="004514CC">
        <w:rPr>
          <w:rFonts w:ascii="Book Antiqua" w:hAnsi="Book Antiqua"/>
          <w:i/>
          <w:iCs/>
          <w:u w:val="single"/>
          <w:lang w:val="es-ES"/>
        </w:rPr>
        <w:t xml:space="preserve">$10,000.00  </w:t>
      </w:r>
    </w:p>
    <w:p w14:paraId="2CE44C77" w14:textId="501EF1B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54</w:t>
      </w:r>
      <w:r w:rsidR="00E10572">
        <w:rPr>
          <w:rFonts w:ascii="Book Antiqua" w:hAnsi="Book Antiqua"/>
          <w:i/>
          <w:iCs/>
          <w:u w:val="single"/>
        </w:rPr>
        <w:t>2</w:t>
      </w:r>
      <w:r w:rsidRPr="003659B9">
        <w:rPr>
          <w:rFonts w:ascii="Book Antiqua" w:hAnsi="Book Antiqua"/>
          <w:i/>
          <w:iCs/>
          <w:u w:val="single"/>
        </w:rPr>
        <w:t xml:space="preserve">. Southeast Community &amp; Development </w:t>
      </w:r>
      <w:proofErr w:type="gramStart"/>
      <w:r w:rsidRPr="003659B9">
        <w:rPr>
          <w:rFonts w:ascii="Book Antiqua" w:hAnsi="Book Antiqua"/>
          <w:i/>
          <w:iCs/>
          <w:u w:val="single"/>
        </w:rPr>
        <w:t xml:space="preserve">Corp  </w:t>
      </w:r>
      <w:r w:rsidR="00CF159C" w:rsidRPr="00E84FEC">
        <w:rPr>
          <w:rFonts w:ascii="Book Antiqua" w:hAnsi="Book Antiqua"/>
          <w:i/>
          <w:iCs/>
          <w:u w:val="single"/>
        </w:rPr>
        <w:tab/>
      </w:r>
      <w:proofErr w:type="gramEnd"/>
      <w:r w:rsidRPr="003659B9">
        <w:rPr>
          <w:rFonts w:ascii="Book Antiqua" w:hAnsi="Book Antiqua"/>
          <w:i/>
          <w:iCs/>
          <w:u w:val="single"/>
        </w:rPr>
        <w:t xml:space="preserve">$5,000.00  </w:t>
      </w:r>
    </w:p>
    <w:p w14:paraId="4D564D04" w14:textId="153C88CF"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54</w:t>
      </w:r>
      <w:r w:rsidR="00E10572">
        <w:rPr>
          <w:rFonts w:ascii="Book Antiqua" w:hAnsi="Book Antiqua"/>
          <w:i/>
          <w:iCs/>
          <w:u w:val="single"/>
        </w:rPr>
        <w:t>3</w:t>
      </w:r>
      <w:r w:rsidRPr="003659B9">
        <w:rPr>
          <w:rFonts w:ascii="Book Antiqua" w:hAnsi="Book Antiqua"/>
          <w:i/>
          <w:iCs/>
          <w:u w:val="single"/>
        </w:rPr>
        <w:t xml:space="preserve">. Southern Puerto Rico Economic Development District, Inc.  </w:t>
      </w:r>
      <w:r w:rsidR="00CF159C" w:rsidRPr="00E84FEC">
        <w:rPr>
          <w:rFonts w:ascii="Book Antiqua" w:hAnsi="Book Antiqua"/>
          <w:i/>
          <w:iCs/>
          <w:u w:val="single"/>
        </w:rPr>
        <w:tab/>
      </w:r>
      <w:r w:rsidRPr="003659B9">
        <w:rPr>
          <w:rFonts w:ascii="Book Antiqua" w:hAnsi="Book Antiqua"/>
          <w:i/>
          <w:iCs/>
          <w:u w:val="single"/>
        </w:rPr>
        <w:t xml:space="preserve">$3,000.00  </w:t>
      </w:r>
    </w:p>
    <w:p w14:paraId="02D57FDA" w14:textId="4D69B175"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54</w:t>
      </w:r>
      <w:r w:rsidR="00E10572" w:rsidRPr="00E10572">
        <w:rPr>
          <w:rFonts w:ascii="Book Antiqua" w:hAnsi="Book Antiqua"/>
          <w:i/>
          <w:iCs/>
          <w:u w:val="single"/>
          <w:lang w:val="es-PR"/>
        </w:rPr>
        <w:t>4</w:t>
      </w:r>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Special</w:t>
      </w:r>
      <w:proofErr w:type="spellEnd"/>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Olympics</w:t>
      </w:r>
      <w:proofErr w:type="spellEnd"/>
      <w:r w:rsidRPr="003659B9">
        <w:rPr>
          <w:rFonts w:ascii="Book Antiqua" w:hAnsi="Book Antiqua"/>
          <w:i/>
          <w:iCs/>
          <w:u w:val="single"/>
          <w:lang w:val="es-PR"/>
        </w:rPr>
        <w:t xml:space="preserve"> Puerto </w:t>
      </w:r>
      <w:proofErr w:type="gramStart"/>
      <w:r w:rsidRPr="003659B9">
        <w:rPr>
          <w:rFonts w:ascii="Book Antiqua" w:hAnsi="Book Antiqua"/>
          <w:i/>
          <w:iCs/>
          <w:u w:val="single"/>
          <w:lang w:val="es-PR"/>
        </w:rPr>
        <w:t xml:space="preserve">Rico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$125,000.00  </w:t>
      </w:r>
    </w:p>
    <w:p w14:paraId="5396892A" w14:textId="5724AB7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54</w:t>
      </w:r>
      <w:r w:rsidR="00E10572">
        <w:rPr>
          <w:rFonts w:ascii="Book Antiqua" w:hAnsi="Book Antiqua"/>
          <w:i/>
          <w:iCs/>
          <w:u w:val="single"/>
          <w:lang w:val="es-PR"/>
        </w:rPr>
        <w:t>5</w:t>
      </w:r>
      <w:r w:rsidRPr="003659B9">
        <w:rPr>
          <w:rFonts w:ascii="Book Antiqua" w:hAnsi="Book Antiqua"/>
          <w:i/>
          <w:iCs/>
          <w:u w:val="single"/>
          <w:lang w:val="es-PR"/>
        </w:rPr>
        <w:t xml:space="preserve">. Surcando La Historia Inc.  </w:t>
      </w:r>
      <w:r w:rsidR="00CF159C" w:rsidRPr="00E10572">
        <w:rPr>
          <w:rFonts w:ascii="Book Antiqua" w:hAnsi="Book Antiqua"/>
          <w:i/>
          <w:iCs/>
          <w:u w:val="single"/>
          <w:lang w:val="es-PR"/>
        </w:rPr>
        <w:tab/>
      </w:r>
      <w:r w:rsidRPr="003659B9">
        <w:rPr>
          <w:rFonts w:ascii="Book Antiqua" w:hAnsi="Book Antiqua"/>
          <w:i/>
          <w:iCs/>
          <w:u w:val="single"/>
        </w:rPr>
        <w:t xml:space="preserve">$3,000.00  </w:t>
      </w:r>
    </w:p>
    <w:p w14:paraId="5118E83A" w14:textId="0CCF8697"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54</w:t>
      </w:r>
      <w:r w:rsidR="00E10572">
        <w:rPr>
          <w:rFonts w:ascii="Book Antiqua" w:hAnsi="Book Antiqua"/>
          <w:i/>
          <w:iCs/>
          <w:u w:val="single"/>
          <w:lang w:val="es-PR"/>
        </w:rPr>
        <w:t>6</w:t>
      </w:r>
      <w:r w:rsidRPr="003659B9">
        <w:rPr>
          <w:rFonts w:ascii="Book Antiqua" w:hAnsi="Book Antiqua"/>
          <w:i/>
          <w:iCs/>
          <w:u w:val="single"/>
          <w:lang w:val="es-PR"/>
        </w:rPr>
        <w:t xml:space="preserve">. Taller Educativo Cultural y Base </w:t>
      </w:r>
      <w:proofErr w:type="gramStart"/>
      <w:r w:rsidRPr="003659B9">
        <w:rPr>
          <w:rFonts w:ascii="Book Antiqua" w:hAnsi="Book Antiqua"/>
          <w:i/>
          <w:iCs/>
          <w:u w:val="single"/>
          <w:lang w:val="es-PR"/>
        </w:rPr>
        <w:t xml:space="preserve">Social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$3,000.00  </w:t>
      </w:r>
    </w:p>
    <w:p w14:paraId="4391CCFD" w14:textId="7450C808"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54</w:t>
      </w:r>
      <w:r w:rsidR="00E10572">
        <w:rPr>
          <w:rFonts w:ascii="Book Antiqua" w:hAnsi="Book Antiqua"/>
          <w:i/>
          <w:iCs/>
          <w:u w:val="single"/>
          <w:lang w:val="es-PR"/>
        </w:rPr>
        <w:t>7</w:t>
      </w:r>
      <w:r w:rsidRPr="003659B9">
        <w:rPr>
          <w:rFonts w:ascii="Book Antiqua" w:hAnsi="Book Antiqua"/>
          <w:i/>
          <w:iCs/>
          <w:u w:val="single"/>
          <w:lang w:val="es-PR"/>
        </w:rPr>
        <w:t xml:space="preserve">. Taller Industrial para Personas con Impedimentos </w:t>
      </w:r>
      <w:proofErr w:type="gramStart"/>
      <w:r w:rsidRPr="003659B9">
        <w:rPr>
          <w:rFonts w:ascii="Book Antiqua" w:hAnsi="Book Antiqua"/>
          <w:i/>
          <w:iCs/>
          <w:u w:val="single"/>
          <w:lang w:val="es-PR"/>
        </w:rPr>
        <w:t xml:space="preserve">Coamo  </w:t>
      </w:r>
      <w:r w:rsidR="00CF159C" w:rsidRPr="00E84FEC">
        <w:rPr>
          <w:rFonts w:ascii="Book Antiqua" w:hAnsi="Book Antiqua"/>
          <w:i/>
          <w:iCs/>
          <w:u w:val="single"/>
          <w:lang w:val="es-PR"/>
        </w:rPr>
        <w:tab/>
      </w:r>
      <w:proofErr w:type="gramEnd"/>
      <w:r w:rsidRPr="003659B9">
        <w:rPr>
          <w:rFonts w:ascii="Book Antiqua" w:hAnsi="Book Antiqua"/>
          <w:i/>
          <w:iCs/>
          <w:u w:val="single"/>
          <w:lang w:val="es-PR"/>
        </w:rPr>
        <w:t xml:space="preserve">$25,000.00  </w:t>
      </w:r>
    </w:p>
    <w:p w14:paraId="4B71F088" w14:textId="3756F026" w:rsidR="003659B9" w:rsidRPr="003659B9" w:rsidRDefault="003659B9" w:rsidP="007B793F">
      <w:pPr>
        <w:tabs>
          <w:tab w:val="decimal" w:pos="8280"/>
        </w:tabs>
        <w:rPr>
          <w:rFonts w:ascii="Book Antiqua" w:hAnsi="Book Antiqua"/>
          <w:i/>
          <w:iCs/>
          <w:u w:val="single"/>
          <w:lang w:val="it-IT"/>
        </w:rPr>
      </w:pPr>
      <w:r w:rsidRPr="003659B9">
        <w:rPr>
          <w:rFonts w:ascii="Book Antiqua" w:hAnsi="Book Antiqua"/>
          <w:i/>
          <w:iCs/>
          <w:u w:val="single"/>
        </w:rPr>
        <w:t>54</w:t>
      </w:r>
      <w:r w:rsidR="00E10572">
        <w:rPr>
          <w:rFonts w:ascii="Book Antiqua" w:hAnsi="Book Antiqua"/>
          <w:i/>
          <w:iCs/>
          <w:u w:val="single"/>
        </w:rPr>
        <w:t>8</w:t>
      </w:r>
      <w:r w:rsidRPr="003659B9">
        <w:rPr>
          <w:rFonts w:ascii="Book Antiqua" w:hAnsi="Book Antiqua"/>
          <w:i/>
          <w:iCs/>
          <w:u w:val="single"/>
        </w:rPr>
        <w:t xml:space="preserve">. Taller Salud, Inc. </w:t>
      </w:r>
      <w:r w:rsidR="00CF159C" w:rsidRPr="00E84FEC">
        <w:rPr>
          <w:rFonts w:ascii="Book Antiqua" w:hAnsi="Book Antiqua"/>
          <w:i/>
          <w:iCs/>
          <w:u w:val="single"/>
        </w:rPr>
        <w:tab/>
      </w:r>
      <w:r w:rsidRPr="003659B9">
        <w:rPr>
          <w:rFonts w:ascii="Book Antiqua" w:hAnsi="Book Antiqua"/>
          <w:i/>
          <w:iCs/>
          <w:u w:val="single"/>
          <w:lang w:val="it-IT"/>
        </w:rPr>
        <w:t xml:space="preserve">$5,000.00  </w:t>
      </w:r>
    </w:p>
    <w:p w14:paraId="6D257D73" w14:textId="32CF2471" w:rsidR="003659B9" w:rsidRPr="003659B9" w:rsidRDefault="003659B9" w:rsidP="007B793F">
      <w:pPr>
        <w:tabs>
          <w:tab w:val="decimal" w:pos="8280"/>
        </w:tabs>
        <w:rPr>
          <w:rFonts w:ascii="Book Antiqua" w:hAnsi="Book Antiqua"/>
          <w:i/>
          <w:iCs/>
          <w:u w:val="single"/>
          <w:lang w:val="it-IT"/>
        </w:rPr>
      </w:pPr>
      <w:r w:rsidRPr="003659B9">
        <w:rPr>
          <w:rFonts w:ascii="Book Antiqua" w:hAnsi="Book Antiqua"/>
          <w:i/>
          <w:iCs/>
          <w:u w:val="single"/>
          <w:lang w:val="it-IT"/>
        </w:rPr>
        <w:t>5</w:t>
      </w:r>
      <w:r w:rsidR="00E10572">
        <w:rPr>
          <w:rFonts w:ascii="Book Antiqua" w:hAnsi="Book Antiqua"/>
          <w:i/>
          <w:iCs/>
          <w:u w:val="single"/>
          <w:lang w:val="it-IT"/>
        </w:rPr>
        <w:t>49</w:t>
      </w:r>
      <w:r w:rsidRPr="003659B9">
        <w:rPr>
          <w:rFonts w:ascii="Book Antiqua" w:hAnsi="Book Antiqua"/>
          <w:i/>
          <w:iCs/>
          <w:u w:val="single"/>
          <w:lang w:val="it-IT"/>
        </w:rPr>
        <w:t xml:space="preserve">. Teatro Aragua, Inc.  </w:t>
      </w:r>
      <w:r w:rsidR="00CF159C" w:rsidRPr="00E84FEC">
        <w:rPr>
          <w:rFonts w:ascii="Book Antiqua" w:hAnsi="Book Antiqua"/>
          <w:i/>
          <w:iCs/>
          <w:u w:val="single"/>
          <w:lang w:val="it-IT"/>
        </w:rPr>
        <w:tab/>
      </w:r>
      <w:r w:rsidRPr="003659B9">
        <w:rPr>
          <w:rFonts w:ascii="Book Antiqua" w:hAnsi="Book Antiqua"/>
          <w:i/>
          <w:iCs/>
          <w:u w:val="single"/>
          <w:lang w:val="it-IT"/>
        </w:rPr>
        <w:t xml:space="preserve">$5,000.00  </w:t>
      </w:r>
    </w:p>
    <w:p w14:paraId="524AA222" w14:textId="28E653B4"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w:t>
      </w:r>
      <w:r w:rsidR="00E10572" w:rsidRPr="00E10572">
        <w:rPr>
          <w:rFonts w:ascii="Book Antiqua" w:hAnsi="Book Antiqua"/>
          <w:i/>
          <w:iCs/>
          <w:u w:val="single"/>
          <w:lang w:val="es-PR"/>
        </w:rPr>
        <w:t>50</w:t>
      </w:r>
      <w:r w:rsidRPr="003659B9">
        <w:rPr>
          <w:rFonts w:ascii="Book Antiqua" w:hAnsi="Book Antiqua"/>
          <w:i/>
          <w:iCs/>
          <w:u w:val="single"/>
          <w:lang w:val="es-PR"/>
        </w:rPr>
        <w:t xml:space="preserve">. Teatro Bravo, Inc. </w:t>
      </w:r>
      <w:r w:rsidR="00CF159C" w:rsidRPr="00E10572">
        <w:rPr>
          <w:rFonts w:ascii="Book Antiqua" w:hAnsi="Book Antiqua"/>
          <w:i/>
          <w:iCs/>
          <w:u w:val="single"/>
          <w:lang w:val="es-PR"/>
        </w:rPr>
        <w:tab/>
      </w:r>
      <w:r w:rsidRPr="003659B9">
        <w:rPr>
          <w:rFonts w:ascii="Book Antiqua" w:hAnsi="Book Antiqua"/>
          <w:i/>
          <w:iCs/>
          <w:u w:val="single"/>
          <w:lang w:val="es-PR"/>
        </w:rPr>
        <w:t xml:space="preserve">$3,000.00  </w:t>
      </w:r>
    </w:p>
    <w:p w14:paraId="143AC7D9" w14:textId="766AE1B3"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55</w:t>
      </w:r>
      <w:r w:rsidR="00E10572" w:rsidRPr="00E10572">
        <w:rPr>
          <w:rFonts w:ascii="Book Antiqua" w:hAnsi="Book Antiqua"/>
          <w:i/>
          <w:iCs/>
          <w:u w:val="single"/>
          <w:lang w:val="es-PR"/>
        </w:rPr>
        <w:t>1</w:t>
      </w:r>
      <w:r w:rsidRPr="003659B9">
        <w:rPr>
          <w:rFonts w:ascii="Book Antiqua" w:hAnsi="Book Antiqua"/>
          <w:i/>
          <w:iCs/>
          <w:u w:val="single"/>
          <w:lang w:val="es-PR"/>
        </w:rPr>
        <w:t xml:space="preserve">. Teatro de Impacto </w:t>
      </w:r>
      <w:proofErr w:type="spellStart"/>
      <w:r w:rsidRPr="003659B9">
        <w:rPr>
          <w:rFonts w:ascii="Book Antiqua" w:hAnsi="Book Antiqua"/>
          <w:i/>
          <w:iCs/>
          <w:u w:val="single"/>
          <w:lang w:val="es-PR"/>
        </w:rPr>
        <w:t>Nefesh</w:t>
      </w:r>
      <w:proofErr w:type="spellEnd"/>
      <w:r w:rsidRPr="003659B9">
        <w:rPr>
          <w:rFonts w:ascii="Book Antiqua" w:hAnsi="Book Antiqua"/>
          <w:i/>
          <w:iCs/>
          <w:u w:val="single"/>
          <w:lang w:val="es-PR"/>
        </w:rPr>
        <w:t xml:space="preserve"> </w:t>
      </w:r>
      <w:r w:rsidR="00CF159C" w:rsidRPr="00E10572">
        <w:rPr>
          <w:rFonts w:ascii="Book Antiqua" w:hAnsi="Book Antiqua"/>
          <w:i/>
          <w:iCs/>
          <w:u w:val="single"/>
          <w:lang w:val="es-PR"/>
        </w:rPr>
        <w:tab/>
      </w:r>
      <w:r w:rsidRPr="003659B9">
        <w:rPr>
          <w:rFonts w:ascii="Book Antiqua" w:hAnsi="Book Antiqua"/>
          <w:i/>
          <w:iCs/>
          <w:u w:val="single"/>
          <w:lang w:val="es-PR"/>
        </w:rPr>
        <w:t xml:space="preserve">$3,000.00  </w:t>
      </w:r>
    </w:p>
    <w:p w14:paraId="2E118CFA" w14:textId="1FD63C90"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55</w:t>
      </w:r>
      <w:r w:rsidR="00E10572">
        <w:rPr>
          <w:rFonts w:ascii="Book Antiqua" w:hAnsi="Book Antiqua"/>
          <w:i/>
          <w:iCs/>
          <w:u w:val="single"/>
        </w:rPr>
        <w:t>2</w:t>
      </w:r>
      <w:r w:rsidRPr="003659B9">
        <w:rPr>
          <w:rFonts w:ascii="Book Antiqua" w:hAnsi="Book Antiqua"/>
          <w:i/>
          <w:iCs/>
          <w:u w:val="single"/>
        </w:rPr>
        <w:t xml:space="preserve">. Techno Inventors, Inc.  </w:t>
      </w:r>
      <w:r w:rsidR="00CF159C" w:rsidRPr="00E84FEC">
        <w:rPr>
          <w:rFonts w:ascii="Book Antiqua" w:hAnsi="Book Antiqua"/>
          <w:i/>
          <w:iCs/>
          <w:u w:val="single"/>
        </w:rPr>
        <w:tab/>
      </w:r>
      <w:r w:rsidRPr="003659B9">
        <w:rPr>
          <w:rFonts w:ascii="Book Antiqua" w:hAnsi="Book Antiqua"/>
          <w:i/>
          <w:iCs/>
          <w:u w:val="single"/>
        </w:rPr>
        <w:t xml:space="preserve">$80,000.00  </w:t>
      </w:r>
    </w:p>
    <w:p w14:paraId="725A0EAF" w14:textId="7E92510C"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55</w:t>
      </w:r>
      <w:r w:rsidR="00E10572" w:rsidRPr="00E10572">
        <w:rPr>
          <w:rFonts w:ascii="Book Antiqua" w:hAnsi="Book Antiqua"/>
          <w:i/>
          <w:iCs/>
          <w:u w:val="single"/>
          <w:lang w:val="es-PR"/>
        </w:rPr>
        <w:t>3</w:t>
      </w:r>
      <w:r w:rsidRPr="003659B9">
        <w:rPr>
          <w:rFonts w:ascii="Book Antiqua" w:hAnsi="Book Antiqua"/>
          <w:i/>
          <w:iCs/>
          <w:u w:val="single"/>
          <w:lang w:val="es-PR"/>
        </w:rPr>
        <w:t xml:space="preserve">. Techos </w:t>
      </w:r>
      <w:proofErr w:type="spellStart"/>
      <w:r w:rsidRPr="003659B9">
        <w:rPr>
          <w:rFonts w:ascii="Book Antiqua" w:hAnsi="Book Antiqua"/>
          <w:i/>
          <w:iCs/>
          <w:u w:val="single"/>
          <w:lang w:val="es-PR"/>
        </w:rPr>
        <w:t>Pa</w:t>
      </w:r>
      <w:proofErr w:type="spellEnd"/>
      <w:r w:rsidRPr="003659B9">
        <w:rPr>
          <w:rFonts w:ascii="Book Antiqua" w:hAnsi="Book Antiqua"/>
          <w:i/>
          <w:iCs/>
          <w:u w:val="single"/>
          <w:lang w:val="es-PR"/>
        </w:rPr>
        <w:t xml:space="preserve">' Mi Gente - TPMG </w:t>
      </w:r>
      <w:proofErr w:type="spellStart"/>
      <w:r w:rsidRPr="003659B9">
        <w:rPr>
          <w:rFonts w:ascii="Book Antiqua" w:hAnsi="Book Antiqua"/>
          <w:i/>
          <w:iCs/>
          <w:u w:val="single"/>
          <w:lang w:val="es-PR"/>
        </w:rPr>
        <w:t>Corp</w:t>
      </w:r>
      <w:proofErr w:type="spellEnd"/>
      <w:r w:rsidRPr="003659B9">
        <w:rPr>
          <w:rFonts w:ascii="Book Antiqua" w:hAnsi="Book Antiqua"/>
          <w:i/>
          <w:iCs/>
          <w:u w:val="single"/>
          <w:lang w:val="es-PR"/>
        </w:rPr>
        <w:t xml:space="preserve"> </w:t>
      </w:r>
      <w:r w:rsidR="00CF159C" w:rsidRPr="00E10572">
        <w:rPr>
          <w:rFonts w:ascii="Book Antiqua" w:hAnsi="Book Antiqua"/>
          <w:i/>
          <w:iCs/>
          <w:u w:val="single"/>
          <w:lang w:val="es-PR"/>
        </w:rPr>
        <w:tab/>
      </w:r>
      <w:r w:rsidRPr="003659B9">
        <w:rPr>
          <w:rFonts w:ascii="Book Antiqua" w:hAnsi="Book Antiqua"/>
          <w:i/>
          <w:iCs/>
          <w:u w:val="single"/>
          <w:lang w:val="es-PR"/>
        </w:rPr>
        <w:t xml:space="preserve"> $5,000.00  </w:t>
      </w:r>
    </w:p>
    <w:p w14:paraId="03F254CD" w14:textId="753A34EC"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55</w:t>
      </w:r>
      <w:r w:rsidR="00E10572" w:rsidRPr="00E10572">
        <w:rPr>
          <w:rFonts w:ascii="Book Antiqua" w:hAnsi="Book Antiqua"/>
          <w:i/>
          <w:iCs/>
          <w:u w:val="single"/>
          <w:lang w:val="es-PR"/>
        </w:rPr>
        <w:t>4</w:t>
      </w:r>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Teen</w:t>
      </w:r>
      <w:proofErr w:type="spellEnd"/>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Challenge</w:t>
      </w:r>
      <w:proofErr w:type="spellEnd"/>
      <w:r w:rsidRPr="003659B9">
        <w:rPr>
          <w:rFonts w:ascii="Book Antiqua" w:hAnsi="Book Antiqua"/>
          <w:i/>
          <w:iCs/>
          <w:u w:val="single"/>
          <w:lang w:val="es-PR"/>
        </w:rPr>
        <w:t xml:space="preserve"> de Puerto Rico, Inc. </w:t>
      </w:r>
      <w:r w:rsidR="00CF159C" w:rsidRPr="00E10572">
        <w:rPr>
          <w:rFonts w:ascii="Book Antiqua" w:hAnsi="Book Antiqua"/>
          <w:i/>
          <w:iCs/>
          <w:u w:val="single"/>
          <w:lang w:val="es-PR"/>
        </w:rPr>
        <w:tab/>
      </w:r>
      <w:r w:rsidRPr="003659B9">
        <w:rPr>
          <w:rFonts w:ascii="Book Antiqua" w:hAnsi="Book Antiqua"/>
          <w:i/>
          <w:iCs/>
          <w:u w:val="single"/>
          <w:lang w:val="es-PR"/>
        </w:rPr>
        <w:t xml:space="preserve"> </w:t>
      </w:r>
      <w:r w:rsidRPr="003659B9">
        <w:rPr>
          <w:rFonts w:ascii="Book Antiqua" w:hAnsi="Book Antiqua"/>
          <w:i/>
          <w:iCs/>
          <w:u w:val="single"/>
        </w:rPr>
        <w:t xml:space="preserve">$30,000.00  </w:t>
      </w:r>
    </w:p>
    <w:p w14:paraId="02ABEE74" w14:textId="76AA9CE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55</w:t>
      </w:r>
      <w:r w:rsidR="00E10572">
        <w:rPr>
          <w:rFonts w:ascii="Book Antiqua" w:hAnsi="Book Antiqua"/>
          <w:i/>
          <w:iCs/>
          <w:u w:val="single"/>
        </w:rPr>
        <w:t>5</w:t>
      </w:r>
      <w:r w:rsidRPr="003659B9">
        <w:rPr>
          <w:rFonts w:ascii="Book Antiqua" w:hAnsi="Book Antiqua"/>
          <w:i/>
          <w:iCs/>
          <w:u w:val="single"/>
        </w:rPr>
        <w:t xml:space="preserve">. The Blue Brothers Police Softball Team Inc.  </w:t>
      </w:r>
      <w:r w:rsidR="00CF159C" w:rsidRPr="00E84FEC">
        <w:rPr>
          <w:rFonts w:ascii="Book Antiqua" w:hAnsi="Book Antiqua"/>
          <w:i/>
          <w:iCs/>
          <w:u w:val="single"/>
        </w:rPr>
        <w:tab/>
      </w:r>
      <w:r w:rsidRPr="003659B9">
        <w:rPr>
          <w:rFonts w:ascii="Book Antiqua" w:hAnsi="Book Antiqua"/>
          <w:i/>
          <w:iCs/>
          <w:u w:val="single"/>
        </w:rPr>
        <w:t xml:space="preserve">$5,000.00  </w:t>
      </w:r>
    </w:p>
    <w:p w14:paraId="18E7918A" w14:textId="088C655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55</w:t>
      </w:r>
      <w:r w:rsidR="00E10572">
        <w:rPr>
          <w:rFonts w:ascii="Book Antiqua" w:hAnsi="Book Antiqua"/>
          <w:i/>
          <w:iCs/>
          <w:u w:val="single"/>
        </w:rPr>
        <w:t>6</w:t>
      </w:r>
      <w:r w:rsidRPr="003659B9">
        <w:rPr>
          <w:rFonts w:ascii="Book Antiqua" w:hAnsi="Book Antiqua"/>
          <w:i/>
          <w:iCs/>
          <w:u w:val="single"/>
        </w:rPr>
        <w:t xml:space="preserve">. The Jane Stern Dorado Community Library </w:t>
      </w:r>
      <w:r w:rsidR="00CF159C" w:rsidRPr="00E84FEC">
        <w:rPr>
          <w:rFonts w:ascii="Book Antiqua" w:hAnsi="Book Antiqua"/>
          <w:i/>
          <w:iCs/>
          <w:u w:val="single"/>
        </w:rPr>
        <w:tab/>
      </w:r>
      <w:r w:rsidRPr="003659B9">
        <w:rPr>
          <w:rFonts w:ascii="Book Antiqua" w:hAnsi="Book Antiqua"/>
          <w:i/>
          <w:iCs/>
          <w:u w:val="single"/>
        </w:rPr>
        <w:t xml:space="preserve">$10,000.00  </w:t>
      </w:r>
    </w:p>
    <w:p w14:paraId="06C713DC" w14:textId="73488045"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55</w:t>
      </w:r>
      <w:r w:rsidR="00E10572">
        <w:rPr>
          <w:rFonts w:ascii="Book Antiqua" w:hAnsi="Book Antiqua"/>
          <w:i/>
          <w:iCs/>
          <w:u w:val="single"/>
        </w:rPr>
        <w:t>7</w:t>
      </w:r>
      <w:r w:rsidRPr="003659B9">
        <w:rPr>
          <w:rFonts w:ascii="Book Antiqua" w:hAnsi="Book Antiqua"/>
          <w:i/>
          <w:iCs/>
          <w:u w:val="single"/>
        </w:rPr>
        <w:t xml:space="preserve">. The Kingdom Christian </w:t>
      </w:r>
      <w:proofErr w:type="gramStart"/>
      <w:r w:rsidRPr="003659B9">
        <w:rPr>
          <w:rFonts w:ascii="Book Antiqua" w:hAnsi="Book Antiqua"/>
          <w:i/>
          <w:iCs/>
          <w:u w:val="single"/>
        </w:rPr>
        <w:t xml:space="preserve">Academy  </w:t>
      </w:r>
      <w:r w:rsidR="00CF159C" w:rsidRPr="00E84FEC">
        <w:rPr>
          <w:rFonts w:ascii="Book Antiqua" w:hAnsi="Book Antiqua"/>
          <w:i/>
          <w:iCs/>
          <w:u w:val="single"/>
        </w:rPr>
        <w:tab/>
      </w:r>
      <w:proofErr w:type="gramEnd"/>
      <w:r w:rsidRPr="003659B9">
        <w:rPr>
          <w:rFonts w:ascii="Book Antiqua" w:hAnsi="Book Antiqua"/>
          <w:i/>
          <w:iCs/>
          <w:u w:val="single"/>
        </w:rPr>
        <w:t xml:space="preserve">$3,000.00  </w:t>
      </w:r>
    </w:p>
    <w:p w14:paraId="1E51964C" w14:textId="6F3F962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55</w:t>
      </w:r>
      <w:r w:rsidR="00E10572">
        <w:rPr>
          <w:rFonts w:ascii="Book Antiqua" w:hAnsi="Book Antiqua"/>
          <w:i/>
          <w:iCs/>
          <w:u w:val="single"/>
        </w:rPr>
        <w:t>8</w:t>
      </w:r>
      <w:r w:rsidRPr="003659B9">
        <w:rPr>
          <w:rFonts w:ascii="Book Antiqua" w:hAnsi="Book Antiqua"/>
          <w:i/>
          <w:iCs/>
          <w:u w:val="single"/>
        </w:rPr>
        <w:t xml:space="preserve">. The Lunas Project </w:t>
      </w:r>
      <w:r w:rsidR="00CF159C" w:rsidRPr="00E84FEC">
        <w:rPr>
          <w:rFonts w:ascii="Book Antiqua" w:hAnsi="Book Antiqua"/>
          <w:i/>
          <w:iCs/>
          <w:u w:val="single"/>
        </w:rPr>
        <w:tab/>
      </w:r>
      <w:r w:rsidRPr="003659B9">
        <w:rPr>
          <w:rFonts w:ascii="Book Antiqua" w:hAnsi="Book Antiqua"/>
          <w:i/>
          <w:iCs/>
          <w:u w:val="single"/>
        </w:rPr>
        <w:t xml:space="preserve">$3,000.00  </w:t>
      </w:r>
    </w:p>
    <w:p w14:paraId="3AFF9E01" w14:textId="1187034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w:t>
      </w:r>
      <w:r w:rsidR="00E10572">
        <w:rPr>
          <w:rFonts w:ascii="Book Antiqua" w:hAnsi="Book Antiqua"/>
          <w:i/>
          <w:iCs/>
          <w:u w:val="single"/>
        </w:rPr>
        <w:t>59</w:t>
      </w:r>
      <w:r w:rsidRPr="003659B9">
        <w:rPr>
          <w:rFonts w:ascii="Book Antiqua" w:hAnsi="Book Antiqua"/>
          <w:i/>
          <w:iCs/>
          <w:u w:val="single"/>
        </w:rPr>
        <w:t xml:space="preserve">. The Salvation </w:t>
      </w:r>
      <w:proofErr w:type="gramStart"/>
      <w:r w:rsidRPr="003659B9">
        <w:rPr>
          <w:rFonts w:ascii="Book Antiqua" w:hAnsi="Book Antiqua"/>
          <w:i/>
          <w:iCs/>
          <w:u w:val="single"/>
        </w:rPr>
        <w:t xml:space="preserve">Army  </w:t>
      </w:r>
      <w:r w:rsidR="00CF159C" w:rsidRPr="00E84FEC">
        <w:rPr>
          <w:rFonts w:ascii="Book Antiqua" w:hAnsi="Book Antiqua"/>
          <w:i/>
          <w:iCs/>
          <w:u w:val="single"/>
        </w:rPr>
        <w:tab/>
      </w:r>
      <w:proofErr w:type="gramEnd"/>
      <w:r w:rsidRPr="003659B9">
        <w:rPr>
          <w:rFonts w:ascii="Book Antiqua" w:hAnsi="Book Antiqua"/>
          <w:i/>
          <w:iCs/>
          <w:u w:val="single"/>
        </w:rPr>
        <w:t xml:space="preserve">$250,000.00  </w:t>
      </w:r>
    </w:p>
    <w:p w14:paraId="7B5D4F45" w14:textId="13082908"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56</w:t>
      </w:r>
      <w:r w:rsidR="00E10572">
        <w:rPr>
          <w:rFonts w:ascii="Book Antiqua" w:hAnsi="Book Antiqua"/>
          <w:i/>
          <w:iCs/>
          <w:u w:val="single"/>
        </w:rPr>
        <w:t>0</w:t>
      </w:r>
      <w:r w:rsidRPr="003659B9">
        <w:rPr>
          <w:rFonts w:ascii="Book Antiqua" w:hAnsi="Book Antiqua"/>
          <w:i/>
          <w:iCs/>
          <w:u w:val="single"/>
        </w:rPr>
        <w:t xml:space="preserve">. The Vieques Conservation and Historical </w:t>
      </w:r>
      <w:proofErr w:type="gramStart"/>
      <w:r w:rsidRPr="003659B9">
        <w:rPr>
          <w:rFonts w:ascii="Book Antiqua" w:hAnsi="Book Antiqua"/>
          <w:i/>
          <w:iCs/>
          <w:u w:val="single"/>
        </w:rPr>
        <w:t xml:space="preserve">Trust  </w:t>
      </w:r>
      <w:r w:rsidR="00CF159C" w:rsidRPr="00E84FEC">
        <w:rPr>
          <w:rFonts w:ascii="Book Antiqua" w:hAnsi="Book Antiqua"/>
          <w:i/>
          <w:iCs/>
          <w:u w:val="single"/>
        </w:rPr>
        <w:tab/>
      </w:r>
      <w:proofErr w:type="gramEnd"/>
      <w:r w:rsidRPr="003659B9">
        <w:rPr>
          <w:rFonts w:ascii="Book Antiqua" w:hAnsi="Book Antiqua"/>
          <w:i/>
          <w:iCs/>
          <w:u w:val="single"/>
        </w:rPr>
        <w:t xml:space="preserve">$40,000.00  </w:t>
      </w:r>
    </w:p>
    <w:p w14:paraId="45B71223" w14:textId="0EA2D8A6"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56</w:t>
      </w:r>
      <w:r w:rsidR="00E10572">
        <w:rPr>
          <w:rFonts w:ascii="Book Antiqua" w:hAnsi="Book Antiqua"/>
          <w:i/>
          <w:iCs/>
          <w:u w:val="single"/>
        </w:rPr>
        <w:t>1</w:t>
      </w:r>
      <w:r w:rsidRPr="003659B9">
        <w:rPr>
          <w:rFonts w:ascii="Book Antiqua" w:hAnsi="Book Antiqua"/>
          <w:i/>
          <w:iCs/>
          <w:u w:val="single"/>
        </w:rPr>
        <w:t xml:space="preserve">. </w:t>
      </w:r>
      <w:proofErr w:type="gramStart"/>
      <w:r w:rsidRPr="003659B9">
        <w:rPr>
          <w:rFonts w:ascii="Book Antiqua" w:hAnsi="Book Antiqua"/>
          <w:i/>
          <w:iCs/>
          <w:u w:val="single"/>
        </w:rPr>
        <w:t>The Youth</w:t>
      </w:r>
      <w:proofErr w:type="gramEnd"/>
      <w:r w:rsidRPr="003659B9">
        <w:rPr>
          <w:rFonts w:ascii="Book Antiqua" w:hAnsi="Book Antiqua"/>
          <w:i/>
          <w:iCs/>
          <w:u w:val="single"/>
        </w:rPr>
        <w:t xml:space="preserve"> Corner and Community Services Inc.  </w:t>
      </w:r>
      <w:r w:rsidR="00CF159C" w:rsidRPr="00E84FEC">
        <w:rPr>
          <w:rFonts w:ascii="Book Antiqua" w:hAnsi="Book Antiqua"/>
          <w:i/>
          <w:iCs/>
          <w:u w:val="single"/>
        </w:rPr>
        <w:tab/>
      </w:r>
      <w:r w:rsidRPr="003659B9">
        <w:rPr>
          <w:rFonts w:ascii="Book Antiqua" w:hAnsi="Book Antiqua"/>
          <w:i/>
          <w:iCs/>
          <w:u w:val="single"/>
        </w:rPr>
        <w:t xml:space="preserve">$10,000.00  </w:t>
      </w:r>
    </w:p>
    <w:p w14:paraId="1B3F9D29" w14:textId="68F4407A"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56</w:t>
      </w:r>
      <w:r w:rsidR="00E10572">
        <w:rPr>
          <w:rFonts w:ascii="Book Antiqua" w:hAnsi="Book Antiqua"/>
          <w:i/>
          <w:iCs/>
          <w:u w:val="single"/>
        </w:rPr>
        <w:t>2</w:t>
      </w:r>
      <w:r w:rsidRPr="003659B9">
        <w:rPr>
          <w:rFonts w:ascii="Book Antiqua" w:hAnsi="Book Antiqua"/>
          <w:i/>
          <w:iCs/>
          <w:u w:val="single"/>
        </w:rPr>
        <w:t xml:space="preserve">. Therapy &amp; Family Counseling, Corp.  </w:t>
      </w:r>
      <w:r w:rsidR="00CF159C" w:rsidRPr="00E84FEC">
        <w:rPr>
          <w:rFonts w:ascii="Book Antiqua" w:hAnsi="Book Antiqua"/>
          <w:i/>
          <w:iCs/>
          <w:u w:val="single"/>
        </w:rPr>
        <w:tab/>
      </w:r>
      <w:r w:rsidRPr="003659B9">
        <w:rPr>
          <w:rFonts w:ascii="Book Antiqua" w:hAnsi="Book Antiqua"/>
          <w:i/>
          <w:iCs/>
          <w:u w:val="single"/>
        </w:rPr>
        <w:t xml:space="preserve">$97,000.00  </w:t>
      </w:r>
    </w:p>
    <w:p w14:paraId="727CFC91" w14:textId="10B3A237"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56</w:t>
      </w:r>
      <w:r w:rsidR="00E10572">
        <w:rPr>
          <w:rFonts w:ascii="Book Antiqua" w:hAnsi="Book Antiqua"/>
          <w:i/>
          <w:iCs/>
          <w:u w:val="single"/>
        </w:rPr>
        <w:t>3</w:t>
      </w:r>
      <w:r w:rsidRPr="003659B9">
        <w:rPr>
          <w:rFonts w:ascii="Book Antiqua" w:hAnsi="Book Antiqua"/>
          <w:i/>
          <w:iCs/>
          <w:u w:val="single"/>
        </w:rPr>
        <w:t xml:space="preserve">. TITI Millie Day Care, Inc.  </w:t>
      </w:r>
      <w:r w:rsidR="00CF159C" w:rsidRPr="00E84FEC">
        <w:rPr>
          <w:rFonts w:ascii="Book Antiqua" w:hAnsi="Book Antiqua"/>
          <w:i/>
          <w:iCs/>
          <w:u w:val="single"/>
        </w:rPr>
        <w:tab/>
      </w:r>
      <w:r w:rsidRPr="003659B9">
        <w:rPr>
          <w:rFonts w:ascii="Book Antiqua" w:hAnsi="Book Antiqua"/>
          <w:i/>
          <w:iCs/>
          <w:u w:val="single"/>
        </w:rPr>
        <w:t xml:space="preserve">$3,000.00  </w:t>
      </w:r>
    </w:p>
    <w:p w14:paraId="3FF23C3D" w14:textId="2785D4C8"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56</w:t>
      </w:r>
      <w:r w:rsidR="00E10572">
        <w:rPr>
          <w:rFonts w:ascii="Book Antiqua" w:hAnsi="Book Antiqua"/>
          <w:i/>
          <w:iCs/>
          <w:u w:val="single"/>
        </w:rPr>
        <w:t>4</w:t>
      </w:r>
      <w:r w:rsidRPr="003659B9">
        <w:rPr>
          <w:rFonts w:ascii="Book Antiqua" w:hAnsi="Book Antiqua"/>
          <w:i/>
          <w:iCs/>
          <w:u w:val="single"/>
        </w:rPr>
        <w:t xml:space="preserve">. Todos Together Inc.  </w:t>
      </w:r>
      <w:r w:rsidR="00CF159C" w:rsidRPr="00E84FEC">
        <w:rPr>
          <w:rFonts w:ascii="Book Antiqua" w:hAnsi="Book Antiqua"/>
          <w:i/>
          <w:iCs/>
          <w:u w:val="single"/>
        </w:rPr>
        <w:tab/>
      </w:r>
      <w:r w:rsidRPr="003659B9">
        <w:rPr>
          <w:rFonts w:ascii="Book Antiqua" w:hAnsi="Book Antiqua"/>
          <w:i/>
          <w:iCs/>
          <w:u w:val="single"/>
        </w:rPr>
        <w:t xml:space="preserve">$3,000.00  </w:t>
      </w:r>
    </w:p>
    <w:p w14:paraId="4AFDC9D9" w14:textId="52A043C7"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56</w:t>
      </w:r>
      <w:r w:rsidR="00E10572" w:rsidRPr="00E10572">
        <w:rPr>
          <w:rFonts w:ascii="Book Antiqua" w:hAnsi="Book Antiqua"/>
          <w:i/>
          <w:iCs/>
          <w:u w:val="single"/>
          <w:lang w:val="es-PR"/>
        </w:rPr>
        <w:t>5</w:t>
      </w:r>
      <w:r w:rsidRPr="003659B9">
        <w:rPr>
          <w:rFonts w:ascii="Book Antiqua" w:hAnsi="Book Antiqua"/>
          <w:i/>
          <w:iCs/>
          <w:u w:val="single"/>
          <w:lang w:val="es-PR"/>
        </w:rPr>
        <w:t xml:space="preserve">. Torneo Baloncesto </w:t>
      </w:r>
      <w:proofErr w:type="spellStart"/>
      <w:r w:rsidRPr="003659B9">
        <w:rPr>
          <w:rFonts w:ascii="Book Antiqua" w:hAnsi="Book Antiqua"/>
          <w:i/>
          <w:iCs/>
          <w:u w:val="single"/>
          <w:lang w:val="es-PR"/>
        </w:rPr>
        <w:t>Interbarrios</w:t>
      </w:r>
      <w:proofErr w:type="spellEnd"/>
      <w:r w:rsidRPr="003659B9">
        <w:rPr>
          <w:rFonts w:ascii="Book Antiqua" w:hAnsi="Book Antiqua"/>
          <w:i/>
          <w:iCs/>
          <w:u w:val="single"/>
          <w:lang w:val="es-PR"/>
        </w:rPr>
        <w:t xml:space="preserve"> </w:t>
      </w:r>
      <w:proofErr w:type="spellStart"/>
      <w:r w:rsidRPr="003659B9">
        <w:rPr>
          <w:rFonts w:ascii="Book Antiqua" w:hAnsi="Book Antiqua"/>
          <w:i/>
          <w:iCs/>
          <w:u w:val="single"/>
          <w:lang w:val="es-PR"/>
        </w:rPr>
        <w:t>Bimbi</w:t>
      </w:r>
      <w:proofErr w:type="spellEnd"/>
      <w:r w:rsidRPr="003659B9">
        <w:rPr>
          <w:rFonts w:ascii="Book Antiqua" w:hAnsi="Book Antiqua"/>
          <w:i/>
          <w:iCs/>
          <w:u w:val="single"/>
          <w:lang w:val="es-PR"/>
        </w:rPr>
        <w:t xml:space="preserve"> Rosas Yabucoa </w:t>
      </w:r>
      <w:r w:rsidR="00CF159C" w:rsidRPr="00E10572">
        <w:rPr>
          <w:rFonts w:ascii="Book Antiqua" w:hAnsi="Book Antiqua"/>
          <w:i/>
          <w:iCs/>
          <w:u w:val="single"/>
          <w:lang w:val="es-PR"/>
        </w:rPr>
        <w:tab/>
      </w:r>
      <w:r w:rsidRPr="003659B9">
        <w:rPr>
          <w:rFonts w:ascii="Book Antiqua" w:hAnsi="Book Antiqua"/>
          <w:i/>
          <w:iCs/>
          <w:u w:val="single"/>
          <w:lang w:val="es-PR"/>
        </w:rPr>
        <w:t xml:space="preserve">$3,000.00  </w:t>
      </w:r>
    </w:p>
    <w:p w14:paraId="053573EF" w14:textId="00571F25"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56</w:t>
      </w:r>
      <w:r w:rsidR="00E10572" w:rsidRPr="00E10572">
        <w:rPr>
          <w:rFonts w:ascii="Book Antiqua" w:hAnsi="Book Antiqua"/>
          <w:i/>
          <w:iCs/>
          <w:u w:val="single"/>
          <w:lang w:val="es-PR"/>
        </w:rPr>
        <w:t>6</w:t>
      </w:r>
      <w:r w:rsidRPr="003659B9">
        <w:rPr>
          <w:rFonts w:ascii="Book Antiqua" w:hAnsi="Book Antiqua"/>
          <w:i/>
          <w:iCs/>
          <w:u w:val="single"/>
          <w:lang w:val="es-PR"/>
        </w:rPr>
        <w:t xml:space="preserve">. Torneo Latinoamericano </w:t>
      </w:r>
      <w:proofErr w:type="gramStart"/>
      <w:r w:rsidRPr="003659B9">
        <w:rPr>
          <w:rFonts w:ascii="Book Antiqua" w:hAnsi="Book Antiqua"/>
          <w:i/>
          <w:iCs/>
          <w:u w:val="single"/>
          <w:lang w:val="es-PR"/>
        </w:rPr>
        <w:t xml:space="preserve">Baseball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$34,000.00  </w:t>
      </w:r>
    </w:p>
    <w:p w14:paraId="6EAD5317" w14:textId="5C68F06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lang w:val="es-PR"/>
        </w:rPr>
        <w:t>56</w:t>
      </w:r>
      <w:r w:rsidR="00E10572" w:rsidRPr="00E10572">
        <w:rPr>
          <w:rFonts w:ascii="Book Antiqua" w:hAnsi="Book Antiqua"/>
          <w:i/>
          <w:iCs/>
          <w:u w:val="single"/>
          <w:lang w:val="es-PR"/>
        </w:rPr>
        <w:t>7</w:t>
      </w:r>
      <w:r w:rsidRPr="003659B9">
        <w:rPr>
          <w:rFonts w:ascii="Book Antiqua" w:hAnsi="Book Antiqua"/>
          <w:i/>
          <w:iCs/>
          <w:u w:val="single"/>
          <w:lang w:val="es-PR"/>
        </w:rPr>
        <w:t xml:space="preserve">. TUNAMERICA de Puerto Rico, Inc. </w:t>
      </w:r>
      <w:r w:rsidR="00CF159C" w:rsidRPr="00E10572">
        <w:rPr>
          <w:rFonts w:ascii="Book Antiqua" w:hAnsi="Book Antiqua"/>
          <w:i/>
          <w:iCs/>
          <w:u w:val="single"/>
          <w:lang w:val="es-PR"/>
        </w:rPr>
        <w:tab/>
      </w:r>
      <w:r w:rsidRPr="003659B9">
        <w:rPr>
          <w:rFonts w:ascii="Book Antiqua" w:hAnsi="Book Antiqua"/>
          <w:i/>
          <w:iCs/>
          <w:u w:val="single"/>
        </w:rPr>
        <w:t xml:space="preserve">$5,000.00  </w:t>
      </w:r>
    </w:p>
    <w:p w14:paraId="0A598D33" w14:textId="2D493424"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56</w:t>
      </w:r>
      <w:r w:rsidR="00E10572" w:rsidRPr="00E10572">
        <w:rPr>
          <w:rFonts w:ascii="Book Antiqua" w:hAnsi="Book Antiqua"/>
          <w:i/>
          <w:iCs/>
          <w:u w:val="single"/>
          <w:lang w:val="es-PR"/>
        </w:rPr>
        <w:t>8</w:t>
      </w:r>
      <w:r w:rsidRPr="003659B9">
        <w:rPr>
          <w:rFonts w:ascii="Book Antiqua" w:hAnsi="Book Antiqua"/>
          <w:i/>
          <w:iCs/>
          <w:u w:val="single"/>
          <w:lang w:val="es-PR"/>
        </w:rPr>
        <w:t xml:space="preserve">. Voces Coalición de Inmunización y Promoción de la Salud </w:t>
      </w:r>
      <w:r w:rsidR="00CF159C" w:rsidRPr="00E10572">
        <w:rPr>
          <w:rFonts w:ascii="Book Antiqua" w:hAnsi="Book Antiqua"/>
          <w:i/>
          <w:iCs/>
          <w:u w:val="single"/>
          <w:lang w:val="es-PR"/>
        </w:rPr>
        <w:tab/>
      </w:r>
      <w:r w:rsidRPr="003659B9">
        <w:rPr>
          <w:rFonts w:ascii="Book Antiqua" w:hAnsi="Book Antiqua"/>
          <w:i/>
          <w:iCs/>
          <w:u w:val="single"/>
          <w:lang w:val="es-PR"/>
        </w:rPr>
        <w:t xml:space="preserve"> $10,000.00  </w:t>
      </w:r>
    </w:p>
    <w:p w14:paraId="288A8A1D" w14:textId="241E3E9D"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w:t>
      </w:r>
      <w:r w:rsidR="00E10572">
        <w:rPr>
          <w:rFonts w:ascii="Book Antiqua" w:hAnsi="Book Antiqua"/>
          <w:i/>
          <w:iCs/>
          <w:u w:val="single"/>
        </w:rPr>
        <w:t>69</w:t>
      </w:r>
      <w:r w:rsidRPr="003659B9">
        <w:rPr>
          <w:rFonts w:ascii="Book Antiqua" w:hAnsi="Book Antiqua"/>
          <w:i/>
          <w:iCs/>
          <w:u w:val="single"/>
        </w:rPr>
        <w:t xml:space="preserve">. Wildflower </w:t>
      </w:r>
      <w:proofErr w:type="gramStart"/>
      <w:r w:rsidRPr="003659B9">
        <w:rPr>
          <w:rFonts w:ascii="Book Antiqua" w:hAnsi="Book Antiqua"/>
          <w:i/>
          <w:iCs/>
          <w:u w:val="single"/>
        </w:rPr>
        <w:t xml:space="preserve">Schools  </w:t>
      </w:r>
      <w:r w:rsidR="00CF159C" w:rsidRPr="00E84FEC">
        <w:rPr>
          <w:rFonts w:ascii="Book Antiqua" w:hAnsi="Book Antiqua"/>
          <w:i/>
          <w:iCs/>
          <w:u w:val="single"/>
        </w:rPr>
        <w:tab/>
      </w:r>
      <w:proofErr w:type="gramEnd"/>
      <w:r w:rsidRPr="003659B9">
        <w:rPr>
          <w:rFonts w:ascii="Book Antiqua" w:hAnsi="Book Antiqua"/>
          <w:i/>
          <w:iCs/>
          <w:u w:val="single"/>
        </w:rPr>
        <w:t xml:space="preserve">$3,000.00  </w:t>
      </w:r>
    </w:p>
    <w:p w14:paraId="65E130EE" w14:textId="4E8EB808"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57</w:t>
      </w:r>
      <w:r w:rsidR="00E10572">
        <w:rPr>
          <w:rFonts w:ascii="Book Antiqua" w:hAnsi="Book Antiqua"/>
          <w:i/>
          <w:iCs/>
          <w:u w:val="single"/>
        </w:rPr>
        <w:t>0</w:t>
      </w:r>
      <w:r w:rsidRPr="003659B9">
        <w:rPr>
          <w:rFonts w:ascii="Book Antiqua" w:hAnsi="Book Antiqua"/>
          <w:i/>
          <w:iCs/>
          <w:u w:val="single"/>
        </w:rPr>
        <w:t xml:space="preserve">. Women In Business </w:t>
      </w:r>
      <w:r w:rsidR="00CF159C" w:rsidRPr="00E84FEC">
        <w:rPr>
          <w:rFonts w:ascii="Book Antiqua" w:hAnsi="Book Antiqua"/>
          <w:i/>
          <w:iCs/>
          <w:u w:val="single"/>
        </w:rPr>
        <w:tab/>
      </w:r>
      <w:r w:rsidRPr="003659B9">
        <w:rPr>
          <w:rFonts w:ascii="Book Antiqua" w:hAnsi="Book Antiqua"/>
          <w:i/>
          <w:iCs/>
          <w:u w:val="single"/>
        </w:rPr>
        <w:t xml:space="preserve"> $3,000.00  </w:t>
      </w:r>
    </w:p>
    <w:p w14:paraId="0B1F15B9" w14:textId="57BBD306"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57</w:t>
      </w:r>
      <w:r w:rsidR="00E10572" w:rsidRPr="00E10572">
        <w:rPr>
          <w:rFonts w:ascii="Book Antiqua" w:hAnsi="Book Antiqua"/>
          <w:i/>
          <w:iCs/>
          <w:u w:val="single"/>
          <w:lang w:val="es-PR"/>
        </w:rPr>
        <w:t>1</w:t>
      </w:r>
      <w:r w:rsidRPr="003659B9">
        <w:rPr>
          <w:rFonts w:ascii="Book Antiqua" w:hAnsi="Book Antiqua"/>
          <w:i/>
          <w:iCs/>
          <w:u w:val="single"/>
          <w:lang w:val="es-PR"/>
        </w:rPr>
        <w:t xml:space="preserve">. YMCA de Ponce </w:t>
      </w:r>
      <w:r w:rsidR="00CF159C" w:rsidRPr="00E10572">
        <w:rPr>
          <w:rFonts w:ascii="Book Antiqua" w:hAnsi="Book Antiqua"/>
          <w:i/>
          <w:iCs/>
          <w:u w:val="single"/>
          <w:lang w:val="es-PR"/>
        </w:rPr>
        <w:tab/>
      </w:r>
      <w:r w:rsidRPr="003659B9">
        <w:rPr>
          <w:rFonts w:ascii="Book Antiqua" w:hAnsi="Book Antiqua"/>
          <w:i/>
          <w:iCs/>
          <w:u w:val="single"/>
          <w:lang w:val="es-PR"/>
        </w:rPr>
        <w:t xml:space="preserve"> $15,000.00  </w:t>
      </w:r>
    </w:p>
    <w:p w14:paraId="429105F7" w14:textId="7730156E" w:rsidR="003659B9" w:rsidRPr="003659B9" w:rsidRDefault="003659B9" w:rsidP="007B793F">
      <w:pPr>
        <w:tabs>
          <w:tab w:val="decimal" w:pos="8280"/>
        </w:tabs>
        <w:rPr>
          <w:rFonts w:ascii="Book Antiqua" w:hAnsi="Book Antiqua"/>
          <w:i/>
          <w:iCs/>
          <w:u w:val="single"/>
          <w:lang w:val="es-PR"/>
        </w:rPr>
      </w:pPr>
      <w:r w:rsidRPr="003659B9">
        <w:rPr>
          <w:rFonts w:ascii="Book Antiqua" w:hAnsi="Book Antiqua"/>
          <w:i/>
          <w:iCs/>
          <w:u w:val="single"/>
          <w:lang w:val="es-PR"/>
        </w:rPr>
        <w:t>57</w:t>
      </w:r>
      <w:r w:rsidR="00E10572" w:rsidRPr="00E10572">
        <w:rPr>
          <w:rFonts w:ascii="Book Antiqua" w:hAnsi="Book Antiqua"/>
          <w:i/>
          <w:iCs/>
          <w:u w:val="single"/>
          <w:lang w:val="es-PR"/>
        </w:rPr>
        <w:t>2</w:t>
      </w:r>
      <w:r w:rsidRPr="003659B9">
        <w:rPr>
          <w:rFonts w:ascii="Book Antiqua" w:hAnsi="Book Antiqua"/>
          <w:i/>
          <w:iCs/>
          <w:u w:val="single"/>
          <w:lang w:val="es-PR"/>
        </w:rPr>
        <w:t xml:space="preserve">. YMCA de San </w:t>
      </w:r>
      <w:proofErr w:type="gramStart"/>
      <w:r w:rsidRPr="003659B9">
        <w:rPr>
          <w:rFonts w:ascii="Book Antiqua" w:hAnsi="Book Antiqua"/>
          <w:i/>
          <w:iCs/>
          <w:u w:val="single"/>
          <w:lang w:val="es-PR"/>
        </w:rPr>
        <w:t xml:space="preserve">Juan  </w:t>
      </w:r>
      <w:r w:rsidR="00CF159C" w:rsidRPr="00E10572">
        <w:rPr>
          <w:rFonts w:ascii="Book Antiqua" w:hAnsi="Book Antiqua"/>
          <w:i/>
          <w:iCs/>
          <w:u w:val="single"/>
          <w:lang w:val="es-PR"/>
        </w:rPr>
        <w:tab/>
      </w:r>
      <w:proofErr w:type="gramEnd"/>
      <w:r w:rsidRPr="003659B9">
        <w:rPr>
          <w:rFonts w:ascii="Book Antiqua" w:hAnsi="Book Antiqua"/>
          <w:i/>
          <w:iCs/>
          <w:u w:val="single"/>
          <w:lang w:val="es-PR"/>
        </w:rPr>
        <w:t xml:space="preserve">$125,000.00  </w:t>
      </w:r>
    </w:p>
    <w:p w14:paraId="509EB191" w14:textId="11D7C403"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57</w:t>
      </w:r>
      <w:r w:rsidR="00E10572">
        <w:rPr>
          <w:rFonts w:ascii="Book Antiqua" w:hAnsi="Book Antiqua"/>
          <w:i/>
          <w:iCs/>
          <w:u w:val="single"/>
        </w:rPr>
        <w:t>3</w:t>
      </w:r>
      <w:r w:rsidRPr="003659B9">
        <w:rPr>
          <w:rFonts w:ascii="Book Antiqua" w:hAnsi="Book Antiqua"/>
          <w:i/>
          <w:iCs/>
          <w:u w:val="single"/>
        </w:rPr>
        <w:t xml:space="preserve">. Youth for Christ Puerto Rico </w:t>
      </w:r>
      <w:r w:rsidR="00CF159C" w:rsidRPr="00E84FEC">
        <w:rPr>
          <w:rFonts w:ascii="Book Antiqua" w:hAnsi="Book Antiqua"/>
          <w:i/>
          <w:iCs/>
          <w:u w:val="single"/>
        </w:rPr>
        <w:tab/>
      </w:r>
      <w:r w:rsidRPr="003659B9">
        <w:rPr>
          <w:rFonts w:ascii="Book Antiqua" w:hAnsi="Book Antiqua"/>
          <w:i/>
          <w:iCs/>
          <w:u w:val="single"/>
        </w:rPr>
        <w:t xml:space="preserve"> $5,000.00  </w:t>
      </w:r>
    </w:p>
    <w:p w14:paraId="730EE389" w14:textId="6D315844" w:rsidR="003659B9" w:rsidRPr="003659B9" w:rsidRDefault="003659B9" w:rsidP="007B793F">
      <w:pPr>
        <w:tabs>
          <w:tab w:val="decimal" w:pos="8280"/>
        </w:tabs>
        <w:rPr>
          <w:rFonts w:ascii="Book Antiqua" w:hAnsi="Book Antiqua"/>
          <w:i/>
          <w:iCs/>
          <w:u w:val="single"/>
        </w:rPr>
      </w:pPr>
      <w:r w:rsidRPr="003659B9">
        <w:rPr>
          <w:rFonts w:ascii="Book Antiqua" w:hAnsi="Book Antiqua"/>
          <w:i/>
          <w:iCs/>
          <w:u w:val="single"/>
        </w:rPr>
        <w:t>57</w:t>
      </w:r>
      <w:r w:rsidR="00E10572">
        <w:rPr>
          <w:rFonts w:ascii="Book Antiqua" w:hAnsi="Book Antiqua"/>
          <w:i/>
          <w:iCs/>
          <w:u w:val="single"/>
        </w:rPr>
        <w:t>4</w:t>
      </w:r>
      <w:r w:rsidRPr="003659B9">
        <w:rPr>
          <w:rFonts w:ascii="Book Antiqua" w:hAnsi="Book Antiqua"/>
          <w:i/>
          <w:iCs/>
          <w:u w:val="single"/>
        </w:rPr>
        <w:t xml:space="preserve">. </w:t>
      </w:r>
      <w:proofErr w:type="spellStart"/>
      <w:r w:rsidRPr="003659B9">
        <w:rPr>
          <w:rFonts w:ascii="Book Antiqua" w:hAnsi="Book Antiqua"/>
          <w:i/>
          <w:iCs/>
          <w:u w:val="single"/>
        </w:rPr>
        <w:t>Zentimon</w:t>
      </w:r>
      <w:proofErr w:type="spellEnd"/>
      <w:r w:rsidRPr="003659B9">
        <w:rPr>
          <w:rFonts w:ascii="Book Antiqua" w:hAnsi="Book Antiqua"/>
          <w:i/>
          <w:iCs/>
          <w:u w:val="single"/>
        </w:rPr>
        <w:t xml:space="preserve">, Inc. </w:t>
      </w:r>
      <w:r w:rsidR="00CF159C" w:rsidRPr="00E84FEC">
        <w:rPr>
          <w:rFonts w:ascii="Book Antiqua" w:hAnsi="Book Antiqua"/>
          <w:i/>
          <w:iCs/>
          <w:u w:val="single"/>
        </w:rPr>
        <w:tab/>
      </w:r>
      <w:r w:rsidRPr="003659B9">
        <w:rPr>
          <w:rFonts w:ascii="Book Antiqua" w:hAnsi="Book Antiqua"/>
          <w:i/>
          <w:iCs/>
          <w:u w:val="single"/>
        </w:rPr>
        <w:t xml:space="preserve"> $5,000.00  </w:t>
      </w:r>
    </w:p>
    <w:p w14:paraId="355F2514" w14:textId="6FA0F84D" w:rsidR="00FB2E24" w:rsidRPr="00E84FEC" w:rsidRDefault="00FB2E24" w:rsidP="007B793F">
      <w:pPr>
        <w:tabs>
          <w:tab w:val="decimal" w:pos="8280"/>
        </w:tabs>
        <w:rPr>
          <w:rFonts w:ascii="Book Antiqua" w:hAnsi="Book Antiqua"/>
          <w:i/>
          <w:iCs/>
          <w:u w:val="single"/>
        </w:rPr>
      </w:pPr>
      <w:r w:rsidRPr="00E84FEC">
        <w:rPr>
          <w:rFonts w:ascii="Book Antiqua" w:hAnsi="Book Antiqua"/>
          <w:i/>
          <w:iCs/>
          <w:u w:val="single"/>
        </w:rPr>
        <w:t>Total</w:t>
      </w:r>
      <w:r w:rsidR="00E84FEC" w:rsidRPr="00E84FEC">
        <w:rPr>
          <w:rFonts w:ascii="Book Antiqua" w:hAnsi="Book Antiqua"/>
          <w:i/>
          <w:iCs/>
          <w:u w:val="single"/>
        </w:rPr>
        <w:tab/>
        <w:t>$20,000,000.00</w:t>
      </w:r>
    </w:p>
    <w:p w14:paraId="64C0DD25" w14:textId="77777777" w:rsidR="00FB2E24" w:rsidRPr="00E84FEC" w:rsidRDefault="00FB2E24" w:rsidP="00FB2E24">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Sección 2.- Se reasigna a la Comisión Especial Conjunta de Fondos Legislativos para Impacto Comunitario la cantidad de un millón doscientos setenta mil setecientos cuarenta y cuatro dólares ($1,270,744.00) provenientes de la Resolución Conjunta 52-2024 con el propósito de que se reasignen como se describen a continuación:</w:t>
      </w:r>
    </w:p>
    <w:p w14:paraId="55F0CDE6" w14:textId="77777777" w:rsidR="00FB2E24" w:rsidRPr="00E84FEC" w:rsidRDefault="00FB2E24" w:rsidP="00FB2E24">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 xml:space="preserve">a.  Para el pago de las subvenciones a las organizaciones sin fines de lucro de la Comisión Especial Conjunta de Fondos Legislativos para Impacto Comunitario. Según distribuido en la Sección 3 de esta Resolución Conjunta.                               </w:t>
      </w:r>
    </w:p>
    <w:p w14:paraId="1217DB41" w14:textId="21E953B8" w:rsidR="00FB2E24" w:rsidRPr="00E84FEC" w:rsidRDefault="00FB2E24" w:rsidP="00FB2E24">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 xml:space="preserve"> </w:t>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00E84FEC" w:rsidRPr="00E84FEC">
        <w:rPr>
          <w:rFonts w:ascii="Book Antiqua" w:eastAsia="Times New Roman" w:hAnsi="Book Antiqua" w:cs="Times New Roman"/>
          <w:i/>
          <w:iCs/>
          <w:kern w:val="0"/>
          <w:u w:val="single"/>
          <w:lang w:val="es-PR"/>
          <w14:ligatures w14:val="none"/>
        </w:rPr>
        <w:tab/>
      </w:r>
      <w:r w:rsidRPr="00E84FEC">
        <w:rPr>
          <w:rFonts w:ascii="Book Antiqua" w:eastAsia="Times New Roman" w:hAnsi="Book Antiqua" w:cs="Times New Roman"/>
          <w:i/>
          <w:iCs/>
          <w:kern w:val="0"/>
          <w:u w:val="single"/>
          <w:lang w:val="es-PR"/>
          <w14:ligatures w14:val="none"/>
        </w:rPr>
        <w:t xml:space="preserve"> </w:t>
      </w:r>
      <w:r w:rsidRPr="00E84FEC">
        <w:rPr>
          <w:rFonts w:ascii="Book Antiqua" w:eastAsia="Times New Roman" w:hAnsi="Book Antiqua" w:cs="Times New Roman"/>
          <w:i/>
          <w:iCs/>
          <w:kern w:val="0"/>
          <w:u w:val="single"/>
          <w:lang w:val="es-PR"/>
          <w14:ligatures w14:val="none"/>
        </w:rPr>
        <w:tab/>
        <w:t>1,270,744</w:t>
      </w:r>
    </w:p>
    <w:p w14:paraId="11AE3F58" w14:textId="0F3D7737" w:rsidR="00FB2E24" w:rsidRPr="003659B9" w:rsidRDefault="00FB2E24"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ab/>
        <w:t>Total                                                                                       1,270,744</w:t>
      </w:r>
    </w:p>
    <w:p w14:paraId="7E2590A3" w14:textId="1FBB6971" w:rsidR="002A38F4" w:rsidRPr="00E84FEC" w:rsidRDefault="002A38F4" w:rsidP="002A38F4">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 xml:space="preserve">Sección 3.- Se </w:t>
      </w:r>
      <w:r w:rsidR="007E2DF6">
        <w:rPr>
          <w:rFonts w:ascii="Book Antiqua" w:eastAsia="Times New Roman" w:hAnsi="Book Antiqua" w:cs="Times New Roman"/>
          <w:i/>
          <w:iCs/>
          <w:kern w:val="0"/>
          <w:u w:val="single"/>
          <w:lang w:val="es-PR"/>
          <w14:ligatures w14:val="none"/>
        </w:rPr>
        <w:t>re</w:t>
      </w:r>
      <w:r w:rsidRPr="00E84FEC">
        <w:rPr>
          <w:rFonts w:ascii="Book Antiqua" w:eastAsia="Times New Roman" w:hAnsi="Book Antiqua" w:cs="Times New Roman"/>
          <w:i/>
          <w:iCs/>
          <w:kern w:val="0"/>
          <w:u w:val="single"/>
          <w:lang w:val="es-PR"/>
          <w14:ligatures w14:val="none"/>
        </w:rPr>
        <w:t xml:space="preserve">asigna la cantidad de </w:t>
      </w:r>
      <w:bookmarkStart w:id="1" w:name="_Hlk201728765"/>
      <w:r w:rsidRPr="00E84FEC">
        <w:rPr>
          <w:rFonts w:ascii="Book Antiqua" w:eastAsia="Times New Roman" w:hAnsi="Book Antiqua" w:cs="Times New Roman"/>
          <w:i/>
          <w:iCs/>
          <w:kern w:val="0"/>
          <w:u w:val="single"/>
          <w:lang w:val="es-PR"/>
          <w14:ligatures w14:val="none"/>
        </w:rPr>
        <w:t>un millón doscientos setenta mil setecientos cuarenta y cuatro dólares ($1,270,744.00)</w:t>
      </w:r>
      <w:bookmarkEnd w:id="1"/>
      <w:r w:rsidRPr="00E84FEC">
        <w:rPr>
          <w:rFonts w:ascii="Book Antiqua" w:eastAsia="Times New Roman" w:hAnsi="Book Antiqua" w:cs="Times New Roman"/>
          <w:i/>
          <w:iCs/>
          <w:kern w:val="0"/>
          <w:u w:val="single"/>
          <w:lang w:val="es-PR"/>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deberían cumplir con los requisitos establecidos en la Ley 20-2015 de la Comisión de Fondos Legislativos para Impacto Comunitario, según se detalla a continuación: </w:t>
      </w:r>
    </w:p>
    <w:p w14:paraId="705CD5AB" w14:textId="6691AB5F"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1</w:t>
      </w:r>
      <w:r w:rsidRPr="00E84FEC">
        <w:rPr>
          <w:rFonts w:ascii="Book Antiqua" w:hAnsi="Book Antiqua"/>
          <w:i/>
          <w:iCs/>
          <w:u w:val="single"/>
        </w:rPr>
        <w:t>.</w:t>
      </w:r>
      <w:r w:rsidRPr="002A38F4">
        <w:rPr>
          <w:rFonts w:ascii="Book Antiqua" w:hAnsi="Book Antiqua"/>
          <w:i/>
          <w:iCs/>
          <w:u w:val="single"/>
        </w:rPr>
        <w:t xml:space="preserve">             Acueducto Pellejas, Inc.         </w:t>
      </w:r>
      <w:r w:rsidRPr="00E84FEC">
        <w:rPr>
          <w:rFonts w:ascii="Book Antiqua" w:hAnsi="Book Antiqua"/>
          <w:i/>
          <w:iCs/>
          <w:u w:val="single"/>
        </w:rPr>
        <w:tab/>
        <w:t>$</w:t>
      </w:r>
      <w:r w:rsidRPr="002A38F4">
        <w:rPr>
          <w:rFonts w:ascii="Book Antiqua" w:hAnsi="Book Antiqua"/>
          <w:i/>
          <w:iCs/>
          <w:u w:val="single"/>
        </w:rPr>
        <w:t xml:space="preserve">2,000 </w:t>
      </w:r>
    </w:p>
    <w:p w14:paraId="347E006D" w14:textId="248E0FF1"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2</w:t>
      </w:r>
      <w:r w:rsidRPr="00E84FEC">
        <w:rPr>
          <w:rFonts w:ascii="Book Antiqua" w:hAnsi="Book Antiqua"/>
          <w:i/>
          <w:iCs/>
          <w:u w:val="single"/>
        </w:rPr>
        <w:t>.</w:t>
      </w:r>
      <w:r w:rsidRPr="002A38F4">
        <w:rPr>
          <w:rFonts w:ascii="Book Antiqua" w:hAnsi="Book Antiqua"/>
          <w:i/>
          <w:iCs/>
          <w:u w:val="single"/>
        </w:rPr>
        <w:t xml:space="preserve">             Asamblea Familiar Virgilio Dávila, Inc.          </w:t>
      </w:r>
      <w:r w:rsidRPr="00E84FEC">
        <w:rPr>
          <w:rFonts w:ascii="Book Antiqua" w:hAnsi="Book Antiqua"/>
          <w:i/>
          <w:iCs/>
          <w:u w:val="single"/>
        </w:rPr>
        <w:tab/>
        <w:t>$</w:t>
      </w:r>
      <w:r w:rsidRPr="002A38F4">
        <w:rPr>
          <w:rFonts w:ascii="Book Antiqua" w:hAnsi="Book Antiqua"/>
          <w:i/>
          <w:iCs/>
          <w:u w:val="single"/>
        </w:rPr>
        <w:t xml:space="preserve">5,000 </w:t>
      </w:r>
    </w:p>
    <w:p w14:paraId="60E32073" w14:textId="05859781"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 xml:space="preserve">3             Asociacion </w:t>
      </w:r>
      <w:proofErr w:type="spellStart"/>
      <w:r w:rsidRPr="002A38F4">
        <w:rPr>
          <w:rFonts w:ascii="Book Antiqua" w:hAnsi="Book Antiqua"/>
          <w:i/>
          <w:iCs/>
          <w:u w:val="single"/>
        </w:rPr>
        <w:t>Agricultores</w:t>
      </w:r>
      <w:proofErr w:type="spellEnd"/>
      <w:r w:rsidRPr="002A38F4">
        <w:rPr>
          <w:rFonts w:ascii="Book Antiqua" w:hAnsi="Book Antiqua"/>
          <w:i/>
          <w:iCs/>
          <w:u w:val="single"/>
        </w:rPr>
        <w:t xml:space="preserve"> </w:t>
      </w:r>
      <w:proofErr w:type="spellStart"/>
      <w:r w:rsidRPr="002A38F4">
        <w:rPr>
          <w:rFonts w:ascii="Book Antiqua" w:hAnsi="Book Antiqua"/>
          <w:i/>
          <w:iCs/>
          <w:u w:val="single"/>
        </w:rPr>
        <w:t>Camuyanos</w:t>
      </w:r>
      <w:proofErr w:type="spellEnd"/>
      <w:r w:rsidRPr="002A38F4">
        <w:rPr>
          <w:rFonts w:ascii="Book Antiqua" w:hAnsi="Book Antiqua"/>
          <w:i/>
          <w:iCs/>
          <w:u w:val="single"/>
        </w:rPr>
        <w:t xml:space="preserve"> Inc     </w:t>
      </w:r>
      <w:r w:rsidRPr="00E84FEC">
        <w:rPr>
          <w:rFonts w:ascii="Book Antiqua" w:hAnsi="Book Antiqua"/>
          <w:i/>
          <w:iCs/>
          <w:u w:val="single"/>
        </w:rPr>
        <w:tab/>
        <w:t>$</w:t>
      </w:r>
      <w:r w:rsidRPr="002A38F4">
        <w:rPr>
          <w:rFonts w:ascii="Book Antiqua" w:hAnsi="Book Antiqua"/>
          <w:i/>
          <w:iCs/>
          <w:u w:val="single"/>
        </w:rPr>
        <w:t xml:space="preserve">5,000 </w:t>
      </w:r>
    </w:p>
    <w:p w14:paraId="0460C73A" w14:textId="616E9B16"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4</w:t>
      </w:r>
      <w:r w:rsidRPr="00E84FEC">
        <w:rPr>
          <w:rFonts w:ascii="Book Antiqua" w:hAnsi="Book Antiqua"/>
          <w:i/>
          <w:iCs/>
          <w:u w:val="single"/>
        </w:rPr>
        <w:t>.</w:t>
      </w:r>
      <w:r w:rsidRPr="002A38F4">
        <w:rPr>
          <w:rFonts w:ascii="Book Antiqua" w:hAnsi="Book Antiqua"/>
          <w:i/>
          <w:iCs/>
          <w:u w:val="single"/>
        </w:rPr>
        <w:t xml:space="preserve">             Asociacion de Espina Bífida e Hidrocefalia de PR, Inc.      </w:t>
      </w:r>
      <w:r w:rsidRPr="00E84FEC">
        <w:rPr>
          <w:rFonts w:ascii="Book Antiqua" w:hAnsi="Book Antiqua"/>
          <w:i/>
          <w:iCs/>
          <w:u w:val="single"/>
        </w:rPr>
        <w:tab/>
        <w:t>$</w:t>
      </w:r>
      <w:r w:rsidRPr="002A38F4">
        <w:rPr>
          <w:rFonts w:ascii="Book Antiqua" w:hAnsi="Book Antiqua"/>
          <w:i/>
          <w:iCs/>
          <w:u w:val="single"/>
        </w:rPr>
        <w:t>10,000</w:t>
      </w:r>
    </w:p>
    <w:p w14:paraId="0FC7C1AF" w14:textId="6B407AC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5</w:t>
      </w:r>
      <w:r w:rsidRPr="00E84FEC">
        <w:rPr>
          <w:rFonts w:ascii="Book Antiqua" w:hAnsi="Book Antiqua"/>
          <w:i/>
          <w:iCs/>
          <w:u w:val="single"/>
          <w:lang w:val="es-PR"/>
        </w:rPr>
        <w:t>.</w:t>
      </w:r>
      <w:r w:rsidRPr="002A38F4">
        <w:rPr>
          <w:rFonts w:ascii="Book Antiqua" w:hAnsi="Book Antiqua"/>
          <w:i/>
          <w:iCs/>
          <w:u w:val="single"/>
          <w:lang w:val="es-PR"/>
        </w:rPr>
        <w:t>            Asociación de Farmacias de Comunidad de PR      </w:t>
      </w:r>
      <w:r w:rsidRPr="00E84FEC">
        <w:rPr>
          <w:rFonts w:ascii="Book Antiqua" w:hAnsi="Book Antiqua"/>
          <w:i/>
          <w:iCs/>
          <w:u w:val="single"/>
          <w:lang w:val="es-PR"/>
        </w:rPr>
        <w:tab/>
        <w:t>$</w:t>
      </w:r>
      <w:r w:rsidRPr="002A38F4">
        <w:rPr>
          <w:rFonts w:ascii="Book Antiqua" w:hAnsi="Book Antiqua"/>
          <w:i/>
          <w:iCs/>
          <w:u w:val="single"/>
          <w:lang w:val="es-PR"/>
        </w:rPr>
        <w:t xml:space="preserve">5,000 </w:t>
      </w:r>
    </w:p>
    <w:p w14:paraId="7D57368C" w14:textId="77777777" w:rsidR="002A38F4" w:rsidRPr="00E84FEC" w:rsidRDefault="002A38F4" w:rsidP="002A38F4">
      <w:pPr>
        <w:tabs>
          <w:tab w:val="decimal" w:pos="8280"/>
        </w:tabs>
        <w:rPr>
          <w:rFonts w:ascii="Book Antiqua" w:hAnsi="Book Antiqua"/>
          <w:i/>
          <w:iCs/>
          <w:u w:val="single"/>
        </w:rPr>
      </w:pPr>
      <w:r w:rsidRPr="002A38F4">
        <w:rPr>
          <w:rFonts w:ascii="Book Antiqua" w:hAnsi="Book Antiqua"/>
          <w:i/>
          <w:iCs/>
          <w:u w:val="single"/>
        </w:rPr>
        <w:t>6</w:t>
      </w:r>
      <w:r w:rsidRPr="00E84FEC">
        <w:rPr>
          <w:rFonts w:ascii="Book Antiqua" w:hAnsi="Book Antiqua"/>
          <w:i/>
          <w:iCs/>
          <w:u w:val="single"/>
        </w:rPr>
        <w:t>.</w:t>
      </w:r>
      <w:r w:rsidRPr="002A38F4">
        <w:rPr>
          <w:rFonts w:ascii="Book Antiqua" w:hAnsi="Book Antiqua"/>
          <w:i/>
          <w:iCs/>
          <w:u w:val="single"/>
        </w:rPr>
        <w:t xml:space="preserve">             Asociacion para la Superación del Nino con </w:t>
      </w:r>
      <w:proofErr w:type="spellStart"/>
      <w:r w:rsidRPr="002A38F4">
        <w:rPr>
          <w:rFonts w:ascii="Book Antiqua" w:hAnsi="Book Antiqua"/>
          <w:i/>
          <w:iCs/>
          <w:u w:val="single"/>
        </w:rPr>
        <w:t>Sindrome</w:t>
      </w:r>
      <w:proofErr w:type="spellEnd"/>
      <w:r w:rsidRPr="002A38F4">
        <w:rPr>
          <w:rFonts w:ascii="Book Antiqua" w:hAnsi="Book Antiqua"/>
          <w:i/>
          <w:iCs/>
          <w:u w:val="single"/>
        </w:rPr>
        <w:t xml:space="preserve"> </w:t>
      </w:r>
    </w:p>
    <w:p w14:paraId="7D5E003B" w14:textId="63CACB13" w:rsidR="002A38F4" w:rsidRPr="002A38F4" w:rsidRDefault="002A38F4" w:rsidP="002A38F4">
      <w:pPr>
        <w:tabs>
          <w:tab w:val="decimal" w:pos="8280"/>
        </w:tabs>
        <w:rPr>
          <w:rFonts w:ascii="Book Antiqua" w:hAnsi="Book Antiqua"/>
          <w:i/>
          <w:iCs/>
          <w:u w:val="single"/>
          <w:lang w:val="es-PR"/>
        </w:rPr>
      </w:pPr>
      <w:r w:rsidRPr="00E84FEC">
        <w:rPr>
          <w:rFonts w:ascii="Book Antiqua" w:hAnsi="Book Antiqua"/>
          <w:i/>
          <w:iCs/>
          <w:u w:val="single"/>
          <w:lang w:val="es-PR"/>
        </w:rPr>
        <w:t xml:space="preserve">                </w:t>
      </w:r>
      <w:r w:rsidRPr="002A38F4">
        <w:rPr>
          <w:rFonts w:ascii="Book Antiqua" w:hAnsi="Book Antiqua"/>
          <w:i/>
          <w:iCs/>
          <w:u w:val="single"/>
          <w:lang w:val="es-PR"/>
        </w:rPr>
        <w:t xml:space="preserve">Down      </w:t>
      </w:r>
      <w:r w:rsidRPr="00E84FEC">
        <w:rPr>
          <w:rFonts w:ascii="Book Antiqua" w:hAnsi="Book Antiqua"/>
          <w:i/>
          <w:iCs/>
          <w:u w:val="single"/>
          <w:lang w:val="es-PR"/>
        </w:rPr>
        <w:tab/>
      </w:r>
      <w:r w:rsidR="00FB2E24" w:rsidRPr="00E84FEC">
        <w:rPr>
          <w:rFonts w:ascii="Book Antiqua" w:hAnsi="Book Antiqua"/>
          <w:i/>
          <w:iCs/>
          <w:u w:val="single"/>
          <w:lang w:val="es-PR"/>
        </w:rPr>
        <w:t>$</w:t>
      </w:r>
      <w:r w:rsidRPr="002A38F4">
        <w:rPr>
          <w:rFonts w:ascii="Book Antiqua" w:hAnsi="Book Antiqua"/>
          <w:i/>
          <w:iCs/>
          <w:u w:val="single"/>
          <w:lang w:val="es-PR"/>
        </w:rPr>
        <w:t xml:space="preserve">15,000 </w:t>
      </w:r>
    </w:p>
    <w:p w14:paraId="1A3BD757" w14:textId="75DD7B7B"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7</w:t>
      </w:r>
      <w:r w:rsidRPr="00E84FEC">
        <w:rPr>
          <w:rFonts w:ascii="Book Antiqua" w:hAnsi="Book Antiqua"/>
          <w:i/>
          <w:iCs/>
          <w:u w:val="single"/>
          <w:lang w:val="es-PR"/>
        </w:rPr>
        <w:t>.</w:t>
      </w:r>
      <w:r w:rsidRPr="002A38F4">
        <w:rPr>
          <w:rFonts w:ascii="Book Antiqua" w:hAnsi="Book Antiqua"/>
          <w:i/>
          <w:iCs/>
          <w:u w:val="single"/>
          <w:lang w:val="es-PR"/>
        </w:rPr>
        <w:t xml:space="preserve">             </w:t>
      </w:r>
      <w:proofErr w:type="spellStart"/>
      <w:r w:rsidRPr="002A38F4">
        <w:rPr>
          <w:rFonts w:ascii="Book Antiqua" w:hAnsi="Book Antiqua"/>
          <w:i/>
          <w:iCs/>
          <w:u w:val="single"/>
          <w:lang w:val="es-PR"/>
        </w:rPr>
        <w:t>Asociacion</w:t>
      </w:r>
      <w:proofErr w:type="spellEnd"/>
      <w:r w:rsidRPr="002A38F4">
        <w:rPr>
          <w:rFonts w:ascii="Book Antiqua" w:hAnsi="Book Antiqua"/>
          <w:i/>
          <w:iCs/>
          <w:u w:val="single"/>
          <w:lang w:val="es-PR"/>
        </w:rPr>
        <w:t xml:space="preserve"> </w:t>
      </w:r>
      <w:proofErr w:type="gramStart"/>
      <w:r w:rsidRPr="002A38F4">
        <w:rPr>
          <w:rFonts w:ascii="Book Antiqua" w:hAnsi="Book Antiqua"/>
          <w:i/>
          <w:iCs/>
          <w:u w:val="single"/>
          <w:lang w:val="es-PR"/>
        </w:rPr>
        <w:t>Pro Juventud</w:t>
      </w:r>
      <w:proofErr w:type="gramEnd"/>
      <w:r w:rsidRPr="002A38F4">
        <w:rPr>
          <w:rFonts w:ascii="Book Antiqua" w:hAnsi="Book Antiqua"/>
          <w:i/>
          <w:iCs/>
          <w:u w:val="single"/>
          <w:lang w:val="es-PR"/>
        </w:rPr>
        <w:t xml:space="preserve"> y Comunidad de Barrio Palmas</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04C0DA7C" w14:textId="4CD706E2"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8</w:t>
      </w:r>
      <w:r w:rsidRPr="00E84FEC">
        <w:rPr>
          <w:rFonts w:ascii="Book Antiqua" w:hAnsi="Book Antiqua"/>
          <w:i/>
          <w:iCs/>
          <w:u w:val="single"/>
          <w:lang w:val="es-PR"/>
        </w:rPr>
        <w:t>.</w:t>
      </w:r>
      <w:r w:rsidRPr="002A38F4">
        <w:rPr>
          <w:rFonts w:ascii="Book Antiqua" w:hAnsi="Book Antiqua"/>
          <w:i/>
          <w:iCs/>
          <w:u w:val="single"/>
          <w:lang w:val="es-PR"/>
        </w:rPr>
        <w:t>             Ayuda al Necesitado, Inc.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3,000 </w:t>
      </w:r>
    </w:p>
    <w:p w14:paraId="758A6B29" w14:textId="702FE6D6"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9</w:t>
      </w:r>
      <w:r w:rsidRPr="00E84FEC">
        <w:rPr>
          <w:rFonts w:ascii="Book Antiqua" w:hAnsi="Book Antiqua"/>
          <w:i/>
          <w:iCs/>
          <w:u w:val="single"/>
          <w:lang w:val="es-PR"/>
        </w:rPr>
        <w:t>.</w:t>
      </w:r>
      <w:r w:rsidRPr="002A38F4">
        <w:rPr>
          <w:rFonts w:ascii="Book Antiqua" w:hAnsi="Book Antiqua"/>
          <w:i/>
          <w:iCs/>
          <w:u w:val="single"/>
          <w:lang w:val="es-PR"/>
        </w:rPr>
        <w:t>             Banco de Alimento Puerto Rico, Inc.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25,000 </w:t>
      </w:r>
    </w:p>
    <w:p w14:paraId="5A3DF2DD" w14:textId="78B79EAB"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10</w:t>
      </w:r>
      <w:r w:rsidRPr="00E84FEC">
        <w:rPr>
          <w:rFonts w:ascii="Book Antiqua" w:hAnsi="Book Antiqua"/>
          <w:i/>
          <w:iCs/>
          <w:u w:val="single"/>
          <w:lang w:val="es-PR"/>
        </w:rPr>
        <w:t>.</w:t>
      </w:r>
      <w:r w:rsidRPr="002A38F4">
        <w:rPr>
          <w:rFonts w:ascii="Book Antiqua" w:hAnsi="Book Antiqua"/>
          <w:i/>
          <w:iCs/>
          <w:u w:val="single"/>
          <w:lang w:val="es-PR"/>
        </w:rPr>
        <w:t xml:space="preserve">          </w:t>
      </w:r>
      <w:proofErr w:type="spellStart"/>
      <w:r w:rsidRPr="002A38F4">
        <w:rPr>
          <w:rFonts w:ascii="Book Antiqua" w:hAnsi="Book Antiqua"/>
          <w:i/>
          <w:iCs/>
          <w:u w:val="single"/>
          <w:lang w:val="es-PR"/>
        </w:rPr>
        <w:t>Caribbean</w:t>
      </w:r>
      <w:proofErr w:type="spellEnd"/>
      <w:r w:rsidRPr="002A38F4">
        <w:rPr>
          <w:rFonts w:ascii="Book Antiqua" w:hAnsi="Book Antiqua"/>
          <w:i/>
          <w:iCs/>
          <w:u w:val="single"/>
          <w:lang w:val="es-PR"/>
        </w:rPr>
        <w:t xml:space="preserve"> S.E.A. Softball, Inc.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159AE294" w14:textId="374EFAEF"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11</w:t>
      </w:r>
      <w:r w:rsidRPr="00E84FEC">
        <w:rPr>
          <w:rFonts w:ascii="Book Antiqua" w:hAnsi="Book Antiqua"/>
          <w:i/>
          <w:iCs/>
          <w:u w:val="single"/>
          <w:lang w:val="es-PR"/>
        </w:rPr>
        <w:t>.</w:t>
      </w:r>
      <w:r w:rsidRPr="002A38F4">
        <w:rPr>
          <w:rFonts w:ascii="Book Antiqua" w:hAnsi="Book Antiqua"/>
          <w:i/>
          <w:iCs/>
          <w:u w:val="single"/>
          <w:lang w:val="es-PR"/>
        </w:rPr>
        <w:t xml:space="preserve">          Centro </w:t>
      </w:r>
      <w:proofErr w:type="spellStart"/>
      <w:r w:rsidRPr="002A38F4">
        <w:rPr>
          <w:rFonts w:ascii="Book Antiqua" w:hAnsi="Book Antiqua"/>
          <w:i/>
          <w:iCs/>
          <w:u w:val="single"/>
          <w:lang w:val="es-PR"/>
        </w:rPr>
        <w:t>Coameño</w:t>
      </w:r>
      <w:proofErr w:type="spellEnd"/>
      <w:r w:rsidRPr="002A38F4">
        <w:rPr>
          <w:rFonts w:ascii="Book Antiqua" w:hAnsi="Book Antiqua"/>
          <w:i/>
          <w:iCs/>
          <w:u w:val="single"/>
          <w:lang w:val="es-PR"/>
        </w:rPr>
        <w:t xml:space="preserve"> para la Vejez, Inc.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20,000 </w:t>
      </w:r>
    </w:p>
    <w:p w14:paraId="71F2F685" w14:textId="6BFD838E"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12</w:t>
      </w:r>
      <w:r w:rsidRPr="00E84FEC">
        <w:rPr>
          <w:rFonts w:ascii="Book Antiqua" w:hAnsi="Book Antiqua"/>
          <w:i/>
          <w:iCs/>
          <w:u w:val="single"/>
          <w:lang w:val="es-PR"/>
        </w:rPr>
        <w:t>.</w:t>
      </w:r>
      <w:r w:rsidRPr="002A38F4">
        <w:rPr>
          <w:rFonts w:ascii="Book Antiqua" w:hAnsi="Book Antiqua"/>
          <w:i/>
          <w:iCs/>
          <w:u w:val="single"/>
          <w:lang w:val="es-PR"/>
        </w:rPr>
        <w:t xml:space="preserve">          Centro Cultural </w:t>
      </w:r>
      <w:proofErr w:type="spellStart"/>
      <w:r w:rsidRPr="002A38F4">
        <w:rPr>
          <w:rFonts w:ascii="Book Antiqua" w:hAnsi="Book Antiqua"/>
          <w:i/>
          <w:iCs/>
          <w:u w:val="single"/>
          <w:lang w:val="es-PR"/>
        </w:rPr>
        <w:t>Cidreño</w:t>
      </w:r>
      <w:proofErr w:type="spellEnd"/>
      <w:r w:rsidRPr="002A38F4">
        <w:rPr>
          <w:rFonts w:ascii="Book Antiqua" w:hAnsi="Book Antiqua"/>
          <w:i/>
          <w:iCs/>
          <w:u w:val="single"/>
          <w:lang w:val="es-PR"/>
        </w:rPr>
        <w:t>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9,000 </w:t>
      </w:r>
    </w:p>
    <w:p w14:paraId="10E83359" w14:textId="77ACCB87"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lang w:val="es-PR"/>
        </w:rPr>
        <w:t>13</w:t>
      </w:r>
      <w:r w:rsidRPr="00E84FEC">
        <w:rPr>
          <w:rFonts w:ascii="Book Antiqua" w:hAnsi="Book Antiqua"/>
          <w:i/>
          <w:iCs/>
          <w:u w:val="single"/>
          <w:lang w:val="es-PR"/>
        </w:rPr>
        <w:t>.</w:t>
      </w:r>
      <w:r w:rsidRPr="002A38F4">
        <w:rPr>
          <w:rFonts w:ascii="Book Antiqua" w:hAnsi="Book Antiqua"/>
          <w:i/>
          <w:iCs/>
          <w:u w:val="single"/>
          <w:lang w:val="es-PR"/>
        </w:rPr>
        <w:t>          Centro Cultural y de Servicios de Cantera, Inc.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rPr>
        <w:t>$</w:t>
      </w:r>
      <w:r w:rsidRPr="002A38F4">
        <w:rPr>
          <w:rFonts w:ascii="Book Antiqua" w:hAnsi="Book Antiqua"/>
          <w:i/>
          <w:iCs/>
          <w:u w:val="single"/>
        </w:rPr>
        <w:t xml:space="preserve">10,000 </w:t>
      </w:r>
    </w:p>
    <w:p w14:paraId="37068784" w14:textId="3B08FE71"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lang w:val="es-PR"/>
        </w:rPr>
        <w:t>14</w:t>
      </w:r>
      <w:r w:rsidRPr="00E84FEC">
        <w:rPr>
          <w:rFonts w:ascii="Book Antiqua" w:hAnsi="Book Antiqua"/>
          <w:i/>
          <w:iCs/>
          <w:u w:val="single"/>
          <w:lang w:val="es-PR"/>
        </w:rPr>
        <w:t>.</w:t>
      </w:r>
      <w:r w:rsidRPr="002A38F4">
        <w:rPr>
          <w:rFonts w:ascii="Book Antiqua" w:hAnsi="Book Antiqua"/>
          <w:i/>
          <w:iCs/>
          <w:u w:val="single"/>
          <w:lang w:val="es-PR"/>
        </w:rPr>
        <w:t>          Centro de Ayuda y Terapia al Niño con Impedimento, Inc.</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rPr>
        <w:t xml:space="preserve">20,000 </w:t>
      </w:r>
    </w:p>
    <w:p w14:paraId="1089B6E9" w14:textId="63160D64"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15</w:t>
      </w:r>
      <w:r w:rsidRPr="00E84FEC">
        <w:rPr>
          <w:rFonts w:ascii="Book Antiqua" w:hAnsi="Book Antiqua"/>
          <w:i/>
          <w:iCs/>
          <w:u w:val="single"/>
        </w:rPr>
        <w:t>.</w:t>
      </w:r>
      <w:r w:rsidRPr="002A38F4">
        <w:rPr>
          <w:rFonts w:ascii="Book Antiqua" w:hAnsi="Book Antiqua"/>
          <w:i/>
          <w:iCs/>
          <w:u w:val="single"/>
        </w:rPr>
        <w:t>          Centro de Bendición, Inc.   </w:t>
      </w:r>
      <w:r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r w:rsidRPr="002A38F4">
        <w:rPr>
          <w:rFonts w:ascii="Book Antiqua" w:hAnsi="Book Antiqua"/>
          <w:i/>
          <w:iCs/>
          <w:u w:val="single"/>
        </w:rPr>
        <w:t xml:space="preserve">5,000 </w:t>
      </w:r>
    </w:p>
    <w:p w14:paraId="0E3AC7F6" w14:textId="600C9516"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16</w:t>
      </w:r>
      <w:r w:rsidRPr="00E84FEC">
        <w:rPr>
          <w:rFonts w:ascii="Book Antiqua" w:hAnsi="Book Antiqua"/>
          <w:i/>
          <w:iCs/>
          <w:u w:val="single"/>
        </w:rPr>
        <w:t>.</w:t>
      </w:r>
      <w:r w:rsidRPr="002A38F4">
        <w:rPr>
          <w:rFonts w:ascii="Book Antiqua" w:hAnsi="Book Antiqua"/>
          <w:i/>
          <w:iCs/>
          <w:u w:val="single"/>
        </w:rPr>
        <w:t xml:space="preserve">          Centro de Consejería El Sendero de la Cruz, Inc.  </w:t>
      </w:r>
      <w:r w:rsidRPr="00E84FEC">
        <w:rPr>
          <w:rFonts w:ascii="Book Antiqua" w:hAnsi="Book Antiqua"/>
          <w:i/>
          <w:iCs/>
          <w:u w:val="single"/>
        </w:rPr>
        <w:tab/>
      </w:r>
      <w:r w:rsidR="00FB2E24" w:rsidRPr="00E84FEC">
        <w:rPr>
          <w:rFonts w:ascii="Book Antiqua" w:hAnsi="Book Antiqua"/>
          <w:i/>
          <w:iCs/>
          <w:u w:val="single"/>
        </w:rPr>
        <w:t>$</w:t>
      </w:r>
      <w:r w:rsidRPr="002A38F4">
        <w:rPr>
          <w:rFonts w:ascii="Book Antiqua" w:hAnsi="Book Antiqua"/>
          <w:i/>
          <w:iCs/>
          <w:u w:val="single"/>
        </w:rPr>
        <w:t xml:space="preserve">25,000 </w:t>
      </w:r>
    </w:p>
    <w:p w14:paraId="0015EE81" w14:textId="5DC04C13"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rPr>
        <w:t>17</w:t>
      </w:r>
      <w:r w:rsidRPr="00E84FEC">
        <w:rPr>
          <w:rFonts w:ascii="Book Antiqua" w:hAnsi="Book Antiqua"/>
          <w:i/>
          <w:iCs/>
          <w:u w:val="single"/>
        </w:rPr>
        <w:t>.</w:t>
      </w:r>
      <w:r w:rsidRPr="002A38F4">
        <w:rPr>
          <w:rFonts w:ascii="Book Antiqua" w:hAnsi="Book Antiqua"/>
          <w:i/>
          <w:iCs/>
          <w:u w:val="single"/>
        </w:rPr>
        <w:t xml:space="preserve">          Centro de Orientación y Acción Social, Inc. </w:t>
      </w:r>
      <w:r w:rsidRPr="002A38F4">
        <w:rPr>
          <w:rFonts w:ascii="Book Antiqua" w:hAnsi="Book Antiqua"/>
          <w:i/>
          <w:iCs/>
          <w:u w:val="single"/>
          <w:lang w:val="es-PR"/>
        </w:rPr>
        <w:t xml:space="preserve">COASI              </w:t>
      </w:r>
      <w:r w:rsidRPr="00E84FEC">
        <w:rPr>
          <w:rFonts w:ascii="Book Antiqua" w:hAnsi="Book Antiqua"/>
          <w:i/>
          <w:iCs/>
          <w:u w:val="single"/>
          <w:lang w:val="es-PR"/>
        </w:rPr>
        <w:tab/>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646B7EF0" w14:textId="3533620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18</w:t>
      </w:r>
      <w:r w:rsidRPr="00E84FEC">
        <w:rPr>
          <w:rFonts w:ascii="Book Antiqua" w:hAnsi="Book Antiqua"/>
          <w:i/>
          <w:iCs/>
          <w:u w:val="single"/>
          <w:lang w:val="es-PR"/>
        </w:rPr>
        <w:t>.</w:t>
      </w:r>
      <w:r w:rsidRPr="002A38F4">
        <w:rPr>
          <w:rFonts w:ascii="Book Antiqua" w:hAnsi="Book Antiqua"/>
          <w:i/>
          <w:iCs/>
          <w:u w:val="single"/>
          <w:lang w:val="es-PR"/>
        </w:rPr>
        <w:t>          Centros Sor Isolina Ferre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20,000 </w:t>
      </w:r>
    </w:p>
    <w:p w14:paraId="0AF1A03F" w14:textId="0F435F76"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19</w:t>
      </w:r>
      <w:r w:rsidRPr="00E84FEC">
        <w:rPr>
          <w:rFonts w:ascii="Book Antiqua" w:hAnsi="Book Antiqua"/>
          <w:i/>
          <w:iCs/>
          <w:u w:val="single"/>
          <w:lang w:val="es-PR"/>
        </w:rPr>
        <w:t>.</w:t>
      </w:r>
      <w:r w:rsidRPr="002A38F4">
        <w:rPr>
          <w:rFonts w:ascii="Book Antiqua" w:hAnsi="Book Antiqua"/>
          <w:i/>
          <w:iCs/>
          <w:u w:val="single"/>
          <w:lang w:val="es-PR"/>
        </w:rPr>
        <w:t>          Club Semillitas de Amor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729D56F1" w14:textId="26B1F3F5"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20</w:t>
      </w:r>
      <w:r w:rsidRPr="00E84FEC">
        <w:rPr>
          <w:rFonts w:ascii="Book Antiqua" w:hAnsi="Book Antiqua"/>
          <w:i/>
          <w:iCs/>
          <w:u w:val="single"/>
          <w:lang w:val="es-PR"/>
        </w:rPr>
        <w:t>.</w:t>
      </w:r>
      <w:r w:rsidRPr="002A38F4">
        <w:rPr>
          <w:rFonts w:ascii="Book Antiqua" w:hAnsi="Book Antiqua"/>
          <w:i/>
          <w:iCs/>
          <w:u w:val="single"/>
          <w:lang w:val="es-PR"/>
        </w:rPr>
        <w:t>          Conservatorio de Música de Puerto Rico   </w:t>
      </w:r>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191D5563" w14:textId="13E8B96D"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21</w:t>
      </w:r>
      <w:r w:rsidRPr="00E84FEC">
        <w:rPr>
          <w:rFonts w:ascii="Book Antiqua" w:hAnsi="Book Antiqua"/>
          <w:i/>
          <w:iCs/>
          <w:u w:val="single"/>
          <w:lang w:val="es-PR"/>
        </w:rPr>
        <w:t>.</w:t>
      </w:r>
      <w:r w:rsidRPr="002A38F4">
        <w:rPr>
          <w:rFonts w:ascii="Book Antiqua" w:hAnsi="Book Antiqua"/>
          <w:i/>
          <w:iCs/>
          <w:u w:val="single"/>
          <w:lang w:val="es-PR"/>
        </w:rPr>
        <w:t>          Corporación La Fondita de Jesús    </w:t>
      </w:r>
      <w:proofErr w:type="gramStart"/>
      <w:r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proofErr w:type="gramEnd"/>
      <w:r w:rsidRPr="002A38F4">
        <w:rPr>
          <w:rFonts w:ascii="Book Antiqua" w:hAnsi="Book Antiqua"/>
          <w:i/>
          <w:iCs/>
          <w:u w:val="single"/>
          <w:lang w:val="es-PR"/>
        </w:rPr>
        <w:t xml:space="preserve">5,000 </w:t>
      </w:r>
    </w:p>
    <w:p w14:paraId="156177EE" w14:textId="621E3FA5"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22</w:t>
      </w:r>
      <w:r w:rsidRPr="00E84FEC">
        <w:rPr>
          <w:rFonts w:ascii="Book Antiqua" w:hAnsi="Book Antiqua"/>
          <w:i/>
          <w:iCs/>
          <w:u w:val="single"/>
        </w:rPr>
        <w:t>.</w:t>
      </w:r>
      <w:r w:rsidRPr="002A38F4">
        <w:rPr>
          <w:rFonts w:ascii="Book Antiqua" w:hAnsi="Book Antiqua"/>
          <w:i/>
          <w:iCs/>
          <w:u w:val="single"/>
        </w:rPr>
        <w:t xml:space="preserve">          Corporación Paz y </w:t>
      </w:r>
      <w:proofErr w:type="spellStart"/>
      <w:r w:rsidRPr="002A38F4">
        <w:rPr>
          <w:rFonts w:ascii="Book Antiqua" w:hAnsi="Book Antiqua"/>
          <w:i/>
          <w:iCs/>
          <w:u w:val="single"/>
        </w:rPr>
        <w:t>Serenidad</w:t>
      </w:r>
      <w:proofErr w:type="spellEnd"/>
      <w:r w:rsidRPr="002A38F4">
        <w:rPr>
          <w:rFonts w:ascii="Book Antiqua" w:hAnsi="Book Antiqua"/>
          <w:i/>
          <w:iCs/>
          <w:u w:val="single"/>
        </w:rPr>
        <w:t>             </w:t>
      </w:r>
      <w:r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r w:rsidRPr="002A38F4">
        <w:rPr>
          <w:rFonts w:ascii="Book Antiqua" w:hAnsi="Book Antiqua"/>
          <w:i/>
          <w:iCs/>
          <w:u w:val="single"/>
        </w:rPr>
        <w:t>5,000</w:t>
      </w:r>
    </w:p>
    <w:p w14:paraId="5742AB71" w14:textId="3D7C8DDC"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23</w:t>
      </w:r>
      <w:r w:rsidRPr="00E84FEC">
        <w:rPr>
          <w:rFonts w:ascii="Book Antiqua" w:hAnsi="Book Antiqua"/>
          <w:i/>
          <w:iCs/>
          <w:u w:val="single"/>
        </w:rPr>
        <w:t>.</w:t>
      </w:r>
      <w:r w:rsidRPr="002A38F4">
        <w:rPr>
          <w:rFonts w:ascii="Book Antiqua" w:hAnsi="Book Antiqua"/>
          <w:i/>
          <w:iCs/>
          <w:u w:val="single"/>
        </w:rPr>
        <w:t xml:space="preserve">          </w:t>
      </w:r>
      <w:proofErr w:type="spellStart"/>
      <w:r w:rsidRPr="002A38F4">
        <w:rPr>
          <w:rFonts w:ascii="Book Antiqua" w:hAnsi="Book Antiqua"/>
          <w:i/>
          <w:iCs/>
          <w:u w:val="single"/>
        </w:rPr>
        <w:t>Ecoexploratorio</w:t>
      </w:r>
      <w:proofErr w:type="spellEnd"/>
      <w:r w:rsidRPr="002A38F4">
        <w:rPr>
          <w:rFonts w:ascii="Book Antiqua" w:hAnsi="Book Antiqua"/>
          <w:i/>
          <w:iCs/>
          <w:u w:val="single"/>
        </w:rPr>
        <w:t xml:space="preserve">, Inc. </w:t>
      </w:r>
      <w:r w:rsidR="00FB2E24" w:rsidRPr="00E84FEC">
        <w:rPr>
          <w:rFonts w:ascii="Book Antiqua" w:hAnsi="Book Antiqua"/>
          <w:i/>
          <w:iCs/>
          <w:u w:val="single"/>
        </w:rPr>
        <w:tab/>
        <w:t>$</w:t>
      </w:r>
      <w:r w:rsidRPr="002A38F4">
        <w:rPr>
          <w:rFonts w:ascii="Book Antiqua" w:hAnsi="Book Antiqua"/>
          <w:i/>
          <w:iCs/>
          <w:u w:val="single"/>
        </w:rPr>
        <w:t xml:space="preserve">20,000 </w:t>
      </w:r>
    </w:p>
    <w:p w14:paraId="33B800EB" w14:textId="6E5B007E"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rPr>
        <w:t>24</w:t>
      </w:r>
      <w:r w:rsidRPr="00E84FEC">
        <w:rPr>
          <w:rFonts w:ascii="Book Antiqua" w:hAnsi="Book Antiqua"/>
          <w:i/>
          <w:iCs/>
          <w:u w:val="single"/>
        </w:rPr>
        <w:t>.</w:t>
      </w:r>
      <w:r w:rsidRPr="002A38F4">
        <w:rPr>
          <w:rFonts w:ascii="Book Antiqua" w:hAnsi="Book Antiqua"/>
          <w:i/>
          <w:iCs/>
          <w:u w:val="single"/>
        </w:rPr>
        <w:t xml:space="preserve">          Federación de Alcaldes de PR, Inc. </w:t>
      </w:r>
      <w:r w:rsidR="00FB2E24" w:rsidRPr="00E84FEC">
        <w:rPr>
          <w:rFonts w:ascii="Book Antiqua" w:hAnsi="Book Antiqua"/>
          <w:i/>
          <w:iCs/>
          <w:u w:val="single"/>
        </w:rPr>
        <w:tab/>
      </w:r>
      <w:r w:rsidR="00FB2E24" w:rsidRPr="00E84FEC">
        <w:rPr>
          <w:rFonts w:ascii="Book Antiqua" w:hAnsi="Book Antiqua"/>
          <w:i/>
          <w:iCs/>
          <w:u w:val="single"/>
          <w:lang w:val="es-PR"/>
        </w:rPr>
        <w:t>$</w:t>
      </w:r>
      <w:r w:rsidRPr="002A38F4">
        <w:rPr>
          <w:rFonts w:ascii="Book Antiqua" w:hAnsi="Book Antiqua"/>
          <w:i/>
          <w:iCs/>
          <w:u w:val="single"/>
          <w:lang w:val="es-PR"/>
        </w:rPr>
        <w:t xml:space="preserve">50,000 </w:t>
      </w:r>
    </w:p>
    <w:p w14:paraId="3507FC4E" w14:textId="342EDE3B"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lang w:val="es-PR"/>
        </w:rPr>
        <w:t>25</w:t>
      </w:r>
      <w:r w:rsidRPr="00E84FEC">
        <w:rPr>
          <w:rFonts w:ascii="Book Antiqua" w:hAnsi="Book Antiqua"/>
          <w:i/>
          <w:iCs/>
          <w:u w:val="single"/>
          <w:lang w:val="es-PR"/>
        </w:rPr>
        <w:t>.</w:t>
      </w:r>
      <w:r w:rsidRPr="002A38F4">
        <w:rPr>
          <w:rFonts w:ascii="Book Antiqua" w:hAnsi="Book Antiqua"/>
          <w:i/>
          <w:iCs/>
          <w:u w:val="single"/>
          <w:lang w:val="es-PR"/>
        </w:rPr>
        <w:t>          Federación de Baloncesto de Puerto Rico,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rPr>
        <w:t>$</w:t>
      </w:r>
      <w:r w:rsidRPr="002A38F4">
        <w:rPr>
          <w:rFonts w:ascii="Book Antiqua" w:hAnsi="Book Antiqua"/>
          <w:i/>
          <w:iCs/>
          <w:u w:val="single"/>
        </w:rPr>
        <w:t xml:space="preserve">10,000 </w:t>
      </w:r>
    </w:p>
    <w:p w14:paraId="0E671A60" w14:textId="75702404"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26</w:t>
      </w:r>
      <w:r w:rsidRPr="00E84FEC">
        <w:rPr>
          <w:rFonts w:ascii="Book Antiqua" w:hAnsi="Book Antiqua"/>
          <w:i/>
          <w:iCs/>
          <w:u w:val="single"/>
          <w:lang w:val="es-PR"/>
        </w:rPr>
        <w:t>.</w:t>
      </w:r>
      <w:r w:rsidRPr="002A38F4">
        <w:rPr>
          <w:rFonts w:ascii="Book Antiqua" w:hAnsi="Book Antiqua"/>
          <w:i/>
          <w:iCs/>
          <w:u w:val="single"/>
          <w:lang w:val="es-PR"/>
        </w:rPr>
        <w:t>          Federación Nacional de Baloncesto en Silla de Ruedas PR         </w:t>
      </w:r>
      <w:r w:rsidR="00685213">
        <w:rPr>
          <w:rFonts w:ascii="Book Antiqua" w:hAnsi="Book Antiqua"/>
          <w:i/>
          <w:iCs/>
          <w:u w:val="single"/>
          <w:lang w:val="es-PR"/>
        </w:rPr>
        <w:tab/>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246B86C7" w14:textId="5D41BD8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27</w:t>
      </w:r>
      <w:r w:rsidRPr="00E84FEC">
        <w:rPr>
          <w:rFonts w:ascii="Book Antiqua" w:hAnsi="Book Antiqua"/>
          <w:i/>
          <w:iCs/>
          <w:u w:val="single"/>
          <w:lang w:val="es-PR"/>
        </w:rPr>
        <w:t>.</w:t>
      </w:r>
      <w:r w:rsidRPr="002A38F4">
        <w:rPr>
          <w:rFonts w:ascii="Book Antiqua" w:hAnsi="Book Antiqua"/>
          <w:i/>
          <w:iCs/>
          <w:u w:val="single"/>
          <w:lang w:val="es-PR"/>
        </w:rPr>
        <w:t>          Federación Puertorriqueña de Voleibol,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4C1E5915" w14:textId="0F4A878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28</w:t>
      </w:r>
      <w:r w:rsidRPr="00E84FEC">
        <w:rPr>
          <w:rFonts w:ascii="Book Antiqua" w:hAnsi="Book Antiqua"/>
          <w:i/>
          <w:iCs/>
          <w:u w:val="single"/>
          <w:lang w:val="es-PR"/>
        </w:rPr>
        <w:t>.</w:t>
      </w:r>
      <w:r w:rsidRPr="002A38F4">
        <w:rPr>
          <w:rFonts w:ascii="Book Antiqua" w:hAnsi="Book Antiqua"/>
          <w:i/>
          <w:iCs/>
          <w:u w:val="single"/>
          <w:lang w:val="es-PR"/>
        </w:rPr>
        <w:t>          Festival de Bomba y Plena Corp.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434C5DD6" w14:textId="393CF4EB"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29</w:t>
      </w:r>
      <w:r w:rsidRPr="00E84FEC">
        <w:rPr>
          <w:rFonts w:ascii="Book Antiqua" w:hAnsi="Book Antiqua"/>
          <w:i/>
          <w:iCs/>
          <w:u w:val="single"/>
          <w:lang w:val="es-PR"/>
        </w:rPr>
        <w:t>.</w:t>
      </w:r>
      <w:r w:rsidRPr="002A38F4">
        <w:rPr>
          <w:rFonts w:ascii="Book Antiqua" w:hAnsi="Book Antiqua"/>
          <w:i/>
          <w:iCs/>
          <w:u w:val="single"/>
          <w:lang w:val="es-PR"/>
        </w:rPr>
        <w:t xml:space="preserve">          Fideicomiso de Ballet de San </w:t>
      </w:r>
      <w:proofErr w:type="gramStart"/>
      <w:r w:rsidRPr="002A38F4">
        <w:rPr>
          <w:rFonts w:ascii="Book Antiqua" w:hAnsi="Book Antiqua"/>
          <w:i/>
          <w:iCs/>
          <w:u w:val="single"/>
          <w:lang w:val="es-PR"/>
        </w:rPr>
        <w:t xml:space="preserve">Juan  </w:t>
      </w:r>
      <w:r w:rsidR="00FB2E24" w:rsidRPr="00E84FEC">
        <w:rPr>
          <w:rFonts w:ascii="Book Antiqua" w:hAnsi="Book Antiqua"/>
          <w:i/>
          <w:iCs/>
          <w:u w:val="single"/>
          <w:lang w:val="es-PR"/>
        </w:rPr>
        <w:tab/>
      </w:r>
      <w:proofErr w:type="gramEnd"/>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63B8A119" w14:textId="7528620C"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30</w:t>
      </w:r>
      <w:r w:rsidRPr="00E84FEC">
        <w:rPr>
          <w:rFonts w:ascii="Book Antiqua" w:hAnsi="Book Antiqua"/>
          <w:i/>
          <w:iCs/>
          <w:u w:val="single"/>
          <w:lang w:val="es-PR"/>
        </w:rPr>
        <w:t>.</w:t>
      </w:r>
      <w:r w:rsidRPr="002A38F4">
        <w:rPr>
          <w:rFonts w:ascii="Book Antiqua" w:hAnsi="Book Antiqua"/>
          <w:i/>
          <w:iCs/>
          <w:u w:val="single"/>
          <w:lang w:val="es-PR"/>
        </w:rPr>
        <w:t xml:space="preserve">          Fundación Atención </w:t>
      </w:r>
      <w:proofErr w:type="spellStart"/>
      <w:r w:rsidRPr="002A38F4">
        <w:rPr>
          <w:rFonts w:ascii="Book Antiqua" w:hAnsi="Book Antiqua"/>
          <w:i/>
          <w:iCs/>
          <w:u w:val="single"/>
          <w:lang w:val="es-PR"/>
        </w:rPr>
        <w:t>Atención</w:t>
      </w:r>
      <w:proofErr w:type="spellEnd"/>
      <w:r w:rsidRPr="002A38F4">
        <w:rPr>
          <w:rFonts w:ascii="Book Antiqua" w:hAnsi="Book Antiqua"/>
          <w:i/>
          <w:iCs/>
          <w:u w:val="single"/>
          <w:lang w:val="es-PR"/>
        </w:rPr>
        <w:t>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3D092B6D" w14:textId="294669C9"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31</w:t>
      </w:r>
      <w:r w:rsidRPr="00E84FEC">
        <w:rPr>
          <w:rFonts w:ascii="Book Antiqua" w:hAnsi="Book Antiqua"/>
          <w:i/>
          <w:iCs/>
          <w:u w:val="single"/>
          <w:lang w:val="es-PR"/>
        </w:rPr>
        <w:t>.</w:t>
      </w:r>
      <w:r w:rsidRPr="002A38F4">
        <w:rPr>
          <w:rFonts w:ascii="Book Antiqua" w:hAnsi="Book Antiqua"/>
          <w:i/>
          <w:iCs/>
          <w:u w:val="single"/>
          <w:lang w:val="es-PR"/>
        </w:rPr>
        <w:t xml:space="preserve">          Fundación </w:t>
      </w:r>
      <w:proofErr w:type="spellStart"/>
      <w:r w:rsidRPr="002A38F4">
        <w:rPr>
          <w:rFonts w:ascii="Book Antiqua" w:hAnsi="Book Antiqua"/>
          <w:i/>
          <w:iCs/>
          <w:u w:val="single"/>
          <w:lang w:val="es-PR"/>
        </w:rPr>
        <w:t>Azriel</w:t>
      </w:r>
      <w:proofErr w:type="spellEnd"/>
      <w:r w:rsidRPr="002A38F4">
        <w:rPr>
          <w:rFonts w:ascii="Book Antiqua" w:hAnsi="Book Antiqua"/>
          <w:i/>
          <w:iCs/>
          <w:u w:val="single"/>
          <w:lang w:val="es-PR"/>
        </w:rPr>
        <w:t>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15,000 </w:t>
      </w:r>
    </w:p>
    <w:p w14:paraId="23D3CB4B" w14:textId="0D550E94"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rPr>
        <w:t>32</w:t>
      </w:r>
      <w:r w:rsidRPr="00E84FEC">
        <w:rPr>
          <w:rFonts w:ascii="Book Antiqua" w:hAnsi="Book Antiqua"/>
          <w:i/>
          <w:iCs/>
          <w:u w:val="single"/>
        </w:rPr>
        <w:t>.</w:t>
      </w:r>
      <w:r w:rsidRPr="002A38F4">
        <w:rPr>
          <w:rFonts w:ascii="Book Antiqua" w:hAnsi="Book Antiqua"/>
          <w:i/>
          <w:iCs/>
          <w:u w:val="single"/>
        </w:rPr>
        <w:t xml:space="preserve">          Fundación de Esclerosis Múltiple de PR, Inc.           </w:t>
      </w:r>
      <w:r w:rsidR="00FB2E24" w:rsidRPr="00E84FEC">
        <w:rPr>
          <w:rFonts w:ascii="Book Antiqua" w:hAnsi="Book Antiqua"/>
          <w:i/>
          <w:iCs/>
          <w:u w:val="single"/>
        </w:rPr>
        <w:tab/>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0F2AB5CB" w14:textId="131CECFB"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33</w:t>
      </w:r>
      <w:r w:rsidRPr="00E84FEC">
        <w:rPr>
          <w:rFonts w:ascii="Book Antiqua" w:hAnsi="Book Antiqua"/>
          <w:i/>
          <w:iCs/>
          <w:u w:val="single"/>
          <w:lang w:val="es-PR"/>
        </w:rPr>
        <w:t>.</w:t>
      </w:r>
      <w:r w:rsidRPr="002A38F4">
        <w:rPr>
          <w:rFonts w:ascii="Book Antiqua" w:hAnsi="Book Antiqua"/>
          <w:i/>
          <w:iCs/>
          <w:u w:val="single"/>
          <w:lang w:val="es-PR"/>
        </w:rPr>
        <w:t xml:space="preserve">          Fundación Emilio Millo Romero Cuevas </w:t>
      </w:r>
      <w:proofErr w:type="spellStart"/>
      <w:r w:rsidRPr="002A38F4">
        <w:rPr>
          <w:rFonts w:ascii="Book Antiqua" w:hAnsi="Book Antiqua"/>
          <w:i/>
          <w:iCs/>
          <w:u w:val="single"/>
          <w:lang w:val="es-PR"/>
        </w:rPr>
        <w:t>Inc</w:t>
      </w:r>
      <w:proofErr w:type="spellEnd"/>
      <w:r w:rsidRPr="002A38F4">
        <w:rPr>
          <w:rFonts w:ascii="Book Antiqua" w:hAnsi="Book Antiqua"/>
          <w:i/>
          <w:iCs/>
          <w:u w:val="single"/>
          <w:lang w:val="es-PR"/>
        </w:rPr>
        <w:t>            </w:t>
      </w:r>
      <w:proofErr w:type="gramStart"/>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proofErr w:type="gramEnd"/>
      <w:r w:rsidRPr="002A38F4">
        <w:rPr>
          <w:rFonts w:ascii="Book Antiqua" w:hAnsi="Book Antiqua"/>
          <w:i/>
          <w:iCs/>
          <w:u w:val="single"/>
          <w:lang w:val="es-PR"/>
        </w:rPr>
        <w:t xml:space="preserve">5,000 </w:t>
      </w:r>
    </w:p>
    <w:p w14:paraId="748CF367" w14:textId="57BC08E9"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34</w:t>
      </w:r>
      <w:r w:rsidRPr="00E84FEC">
        <w:rPr>
          <w:rFonts w:ascii="Book Antiqua" w:hAnsi="Book Antiqua"/>
          <w:i/>
          <w:iCs/>
          <w:u w:val="single"/>
          <w:lang w:val="es-PR"/>
        </w:rPr>
        <w:t>.</w:t>
      </w:r>
      <w:r w:rsidRPr="002A38F4">
        <w:rPr>
          <w:rFonts w:ascii="Book Antiqua" w:hAnsi="Book Antiqua"/>
          <w:i/>
          <w:iCs/>
          <w:u w:val="single"/>
          <w:lang w:val="es-PR"/>
        </w:rPr>
        <w:t xml:space="preserve">          Fundación </w:t>
      </w:r>
      <w:proofErr w:type="gramStart"/>
      <w:r w:rsidRPr="002A38F4">
        <w:rPr>
          <w:rFonts w:ascii="Book Antiqua" w:hAnsi="Book Antiqua"/>
          <w:i/>
          <w:iCs/>
          <w:u w:val="single"/>
          <w:lang w:val="es-PR"/>
        </w:rPr>
        <w:t>Extra Bases</w:t>
      </w:r>
      <w:proofErr w:type="gramEnd"/>
      <w:r w:rsidRPr="002A38F4">
        <w:rPr>
          <w:rFonts w:ascii="Book Antiqua" w:hAnsi="Book Antiqua"/>
          <w:i/>
          <w:iCs/>
          <w:u w:val="single"/>
          <w:lang w:val="es-PR"/>
        </w:rPr>
        <w:t>/Proyecto Ángeles Vivientes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5E629B45" w14:textId="63AEC788"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lang w:val="es-PR"/>
        </w:rPr>
        <w:t>35</w:t>
      </w:r>
      <w:r w:rsidRPr="00E84FEC">
        <w:rPr>
          <w:rFonts w:ascii="Book Antiqua" w:hAnsi="Book Antiqua"/>
          <w:i/>
          <w:iCs/>
          <w:u w:val="single"/>
          <w:lang w:val="es-PR"/>
        </w:rPr>
        <w:t>.</w:t>
      </w:r>
      <w:r w:rsidRPr="002A38F4">
        <w:rPr>
          <w:rFonts w:ascii="Book Antiqua" w:hAnsi="Book Antiqua"/>
          <w:i/>
          <w:iCs/>
          <w:u w:val="single"/>
          <w:lang w:val="es-PR"/>
        </w:rPr>
        <w:t>          Fundación Felisa Rincón de Gautier,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rPr>
        <w:t>$</w:t>
      </w:r>
      <w:r w:rsidRPr="002A38F4">
        <w:rPr>
          <w:rFonts w:ascii="Book Antiqua" w:hAnsi="Book Antiqua"/>
          <w:i/>
          <w:iCs/>
          <w:u w:val="single"/>
        </w:rPr>
        <w:t xml:space="preserve">10,000 </w:t>
      </w:r>
    </w:p>
    <w:p w14:paraId="07EB92CB" w14:textId="43299408"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36</w:t>
      </w:r>
      <w:r w:rsidRPr="00E84FEC">
        <w:rPr>
          <w:rFonts w:ascii="Book Antiqua" w:hAnsi="Book Antiqua"/>
          <w:i/>
          <w:iCs/>
          <w:u w:val="single"/>
        </w:rPr>
        <w:t>.</w:t>
      </w:r>
      <w:r w:rsidRPr="002A38F4">
        <w:rPr>
          <w:rFonts w:ascii="Book Antiqua" w:hAnsi="Book Antiqua"/>
          <w:i/>
          <w:iCs/>
          <w:u w:val="single"/>
        </w:rPr>
        <w:t>          Fundación UPENS, Inc.       </w:t>
      </w:r>
      <w:r w:rsidR="00FB2E24"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r w:rsidRPr="002A38F4">
        <w:rPr>
          <w:rFonts w:ascii="Book Antiqua" w:hAnsi="Book Antiqua"/>
          <w:i/>
          <w:iCs/>
          <w:u w:val="single"/>
        </w:rPr>
        <w:t xml:space="preserve">50,000 </w:t>
      </w:r>
    </w:p>
    <w:p w14:paraId="5E4516BD" w14:textId="77777777" w:rsidR="00FB2E24" w:rsidRPr="00E84FEC" w:rsidRDefault="002A38F4" w:rsidP="002A38F4">
      <w:pPr>
        <w:tabs>
          <w:tab w:val="decimal" w:pos="8280"/>
        </w:tabs>
        <w:rPr>
          <w:rFonts w:ascii="Book Antiqua" w:hAnsi="Book Antiqua"/>
          <w:i/>
          <w:iCs/>
          <w:u w:val="single"/>
        </w:rPr>
      </w:pPr>
      <w:r w:rsidRPr="002A38F4">
        <w:rPr>
          <w:rFonts w:ascii="Book Antiqua" w:hAnsi="Book Antiqua"/>
          <w:i/>
          <w:iCs/>
          <w:u w:val="single"/>
        </w:rPr>
        <w:t>37</w:t>
      </w:r>
      <w:r w:rsidRPr="00E84FEC">
        <w:rPr>
          <w:rFonts w:ascii="Book Antiqua" w:hAnsi="Book Antiqua"/>
          <w:i/>
          <w:iCs/>
          <w:u w:val="single"/>
        </w:rPr>
        <w:t>.</w:t>
      </w:r>
      <w:r w:rsidRPr="002A38F4">
        <w:rPr>
          <w:rFonts w:ascii="Book Antiqua" w:hAnsi="Book Antiqua"/>
          <w:i/>
          <w:iCs/>
          <w:u w:val="single"/>
        </w:rPr>
        <w:t xml:space="preserve">          G-8, Grupo de las Ocho Comunidades Caño Martin Peña, </w:t>
      </w:r>
    </w:p>
    <w:p w14:paraId="736B185C" w14:textId="64EC9987" w:rsidR="002A38F4" w:rsidRPr="002A38F4" w:rsidRDefault="00FB2E24" w:rsidP="002A38F4">
      <w:pPr>
        <w:tabs>
          <w:tab w:val="decimal" w:pos="8280"/>
        </w:tabs>
        <w:rPr>
          <w:rFonts w:ascii="Book Antiqua" w:hAnsi="Book Antiqua"/>
          <w:i/>
          <w:iCs/>
          <w:u w:val="single"/>
        </w:rPr>
      </w:pPr>
      <w:r w:rsidRPr="00E84FEC">
        <w:rPr>
          <w:rFonts w:ascii="Book Antiqua" w:hAnsi="Book Antiqua"/>
          <w:i/>
          <w:iCs/>
          <w:u w:val="single"/>
        </w:rPr>
        <w:t xml:space="preserve">                </w:t>
      </w:r>
      <w:r w:rsidR="002A38F4" w:rsidRPr="002A38F4">
        <w:rPr>
          <w:rFonts w:ascii="Book Antiqua" w:hAnsi="Book Antiqua"/>
          <w:i/>
          <w:iCs/>
          <w:u w:val="single"/>
        </w:rPr>
        <w:t>Inc. </w:t>
      </w:r>
      <w:r w:rsidRPr="00E84FEC">
        <w:rPr>
          <w:rFonts w:ascii="Book Antiqua" w:hAnsi="Book Antiqua"/>
          <w:i/>
          <w:iCs/>
          <w:u w:val="single"/>
        </w:rPr>
        <w:tab/>
        <w:t>$</w:t>
      </w:r>
      <w:r w:rsidR="002A38F4" w:rsidRPr="002A38F4">
        <w:rPr>
          <w:rFonts w:ascii="Book Antiqua" w:hAnsi="Book Antiqua"/>
          <w:i/>
          <w:iCs/>
          <w:u w:val="single"/>
        </w:rPr>
        <w:t xml:space="preserve">10,000 </w:t>
      </w:r>
    </w:p>
    <w:p w14:paraId="6E927E7A" w14:textId="6A75C89F"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38</w:t>
      </w:r>
      <w:r w:rsidRPr="00E84FEC">
        <w:rPr>
          <w:rFonts w:ascii="Book Antiqua" w:hAnsi="Book Antiqua"/>
          <w:i/>
          <w:iCs/>
          <w:u w:val="single"/>
        </w:rPr>
        <w:t>.</w:t>
      </w:r>
      <w:r w:rsidRPr="002A38F4">
        <w:rPr>
          <w:rFonts w:ascii="Book Antiqua" w:hAnsi="Book Antiqua"/>
          <w:i/>
          <w:iCs/>
          <w:u w:val="single"/>
        </w:rPr>
        <w:t>          Gibaro de Puerto Rico         </w:t>
      </w:r>
      <w:r w:rsidR="00FB2E24"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r w:rsidRPr="002A38F4">
        <w:rPr>
          <w:rFonts w:ascii="Book Antiqua" w:hAnsi="Book Antiqua"/>
          <w:i/>
          <w:iCs/>
          <w:u w:val="single"/>
        </w:rPr>
        <w:t xml:space="preserve">10,000 </w:t>
      </w:r>
    </w:p>
    <w:p w14:paraId="60289338" w14:textId="77777777" w:rsidR="00FB2E24" w:rsidRPr="00E84FEC" w:rsidRDefault="002A38F4" w:rsidP="002A38F4">
      <w:pPr>
        <w:tabs>
          <w:tab w:val="decimal" w:pos="8280"/>
        </w:tabs>
        <w:rPr>
          <w:rFonts w:ascii="Book Antiqua" w:hAnsi="Book Antiqua"/>
          <w:i/>
          <w:iCs/>
          <w:u w:val="single"/>
        </w:rPr>
      </w:pPr>
      <w:r w:rsidRPr="002A38F4">
        <w:rPr>
          <w:rFonts w:ascii="Book Antiqua" w:hAnsi="Book Antiqua"/>
          <w:i/>
          <w:iCs/>
          <w:u w:val="single"/>
        </w:rPr>
        <w:t>39</w:t>
      </w:r>
      <w:r w:rsidRPr="00E84FEC">
        <w:rPr>
          <w:rFonts w:ascii="Book Antiqua" w:hAnsi="Book Antiqua"/>
          <w:i/>
          <w:iCs/>
          <w:u w:val="single"/>
        </w:rPr>
        <w:t>.</w:t>
      </w:r>
      <w:r w:rsidRPr="002A38F4">
        <w:rPr>
          <w:rFonts w:ascii="Book Antiqua" w:hAnsi="Book Antiqua"/>
          <w:i/>
          <w:iCs/>
          <w:u w:val="single"/>
        </w:rPr>
        <w:t xml:space="preserve">          Gran Logia Soberana de Libres Y Aceptados Masones </w:t>
      </w:r>
    </w:p>
    <w:p w14:paraId="050AEE4F" w14:textId="439E5B12" w:rsidR="002A38F4" w:rsidRPr="002A38F4" w:rsidRDefault="00FB2E24" w:rsidP="002A38F4">
      <w:pPr>
        <w:tabs>
          <w:tab w:val="decimal" w:pos="8280"/>
        </w:tabs>
        <w:rPr>
          <w:rFonts w:ascii="Book Antiqua" w:hAnsi="Book Antiqua"/>
          <w:i/>
          <w:iCs/>
          <w:u w:val="single"/>
          <w:lang w:val="es-PR"/>
        </w:rPr>
      </w:pPr>
      <w:r w:rsidRPr="00E84FEC">
        <w:rPr>
          <w:rFonts w:ascii="Book Antiqua" w:hAnsi="Book Antiqua"/>
          <w:i/>
          <w:iCs/>
          <w:u w:val="single"/>
          <w:lang w:val="es-PR"/>
        </w:rPr>
        <w:t xml:space="preserve">                </w:t>
      </w:r>
      <w:r w:rsidR="002A38F4" w:rsidRPr="002A38F4">
        <w:rPr>
          <w:rFonts w:ascii="Book Antiqua" w:hAnsi="Book Antiqua"/>
          <w:i/>
          <w:iCs/>
          <w:u w:val="single"/>
          <w:lang w:val="es-PR"/>
        </w:rPr>
        <w:t>de Puerto Rico</w:t>
      </w:r>
      <w:r w:rsidRPr="00E84FEC">
        <w:rPr>
          <w:rFonts w:ascii="Book Antiqua" w:hAnsi="Book Antiqua"/>
          <w:i/>
          <w:iCs/>
          <w:u w:val="single"/>
          <w:lang w:val="es-PR"/>
        </w:rPr>
        <w:tab/>
      </w:r>
      <w:r w:rsidR="002A38F4" w:rsidRPr="002A38F4">
        <w:rPr>
          <w:rFonts w:ascii="Book Antiqua" w:hAnsi="Book Antiqua"/>
          <w:i/>
          <w:iCs/>
          <w:u w:val="single"/>
          <w:lang w:val="es-PR"/>
        </w:rPr>
        <w:t xml:space="preserve">    </w:t>
      </w:r>
      <w:r w:rsidRPr="00E84FEC">
        <w:rPr>
          <w:rFonts w:ascii="Book Antiqua" w:hAnsi="Book Antiqua"/>
          <w:i/>
          <w:iCs/>
          <w:u w:val="single"/>
          <w:lang w:val="es-PR"/>
        </w:rPr>
        <w:t>$</w:t>
      </w:r>
      <w:r w:rsidR="002A38F4" w:rsidRPr="002A38F4">
        <w:rPr>
          <w:rFonts w:ascii="Book Antiqua" w:hAnsi="Book Antiqua"/>
          <w:i/>
          <w:iCs/>
          <w:u w:val="single"/>
          <w:lang w:val="es-PR"/>
        </w:rPr>
        <w:t xml:space="preserve">10,000 </w:t>
      </w:r>
    </w:p>
    <w:p w14:paraId="0F64F40A" w14:textId="2D189D2E"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lang w:val="es-PR"/>
        </w:rPr>
        <w:t>40</w:t>
      </w:r>
      <w:r w:rsidRPr="00E84FEC">
        <w:rPr>
          <w:rFonts w:ascii="Book Antiqua" w:hAnsi="Book Antiqua"/>
          <w:i/>
          <w:iCs/>
          <w:u w:val="single"/>
          <w:lang w:val="es-PR"/>
        </w:rPr>
        <w:t>.</w:t>
      </w:r>
      <w:r w:rsidRPr="002A38F4">
        <w:rPr>
          <w:rFonts w:ascii="Book Antiqua" w:hAnsi="Book Antiqua"/>
          <w:i/>
          <w:iCs/>
          <w:u w:val="single"/>
          <w:lang w:val="es-PR"/>
        </w:rPr>
        <w:t>          Grupo Camuy Arenas AA,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rPr>
        <w:t>$</w:t>
      </w:r>
      <w:r w:rsidRPr="002A38F4">
        <w:rPr>
          <w:rFonts w:ascii="Book Antiqua" w:hAnsi="Book Antiqua"/>
          <w:i/>
          <w:iCs/>
          <w:u w:val="single"/>
        </w:rPr>
        <w:t xml:space="preserve">10,000 </w:t>
      </w:r>
    </w:p>
    <w:p w14:paraId="74525503" w14:textId="77777777" w:rsidR="00FB2E24" w:rsidRPr="00E84FEC" w:rsidRDefault="002A38F4" w:rsidP="002A38F4">
      <w:pPr>
        <w:tabs>
          <w:tab w:val="decimal" w:pos="8280"/>
        </w:tabs>
        <w:rPr>
          <w:rFonts w:ascii="Book Antiqua" w:hAnsi="Book Antiqua"/>
          <w:i/>
          <w:iCs/>
          <w:u w:val="single"/>
        </w:rPr>
      </w:pPr>
      <w:r w:rsidRPr="002A38F4">
        <w:rPr>
          <w:rFonts w:ascii="Book Antiqua" w:hAnsi="Book Antiqua"/>
          <w:i/>
          <w:iCs/>
          <w:u w:val="single"/>
        </w:rPr>
        <w:t>41</w:t>
      </w:r>
      <w:r w:rsidRPr="00E84FEC">
        <w:rPr>
          <w:rFonts w:ascii="Book Antiqua" w:hAnsi="Book Antiqua"/>
          <w:i/>
          <w:iCs/>
          <w:u w:val="single"/>
        </w:rPr>
        <w:t>.</w:t>
      </w:r>
      <w:r w:rsidRPr="002A38F4">
        <w:rPr>
          <w:rFonts w:ascii="Book Antiqua" w:hAnsi="Book Antiqua"/>
          <w:i/>
          <w:iCs/>
          <w:u w:val="single"/>
        </w:rPr>
        <w:t xml:space="preserve">          Hermanitas Ancianos Desamparados Hogar Nuestra </w:t>
      </w:r>
    </w:p>
    <w:p w14:paraId="2EF2E4F9" w14:textId="2452A6CF" w:rsidR="002A38F4" w:rsidRPr="002A38F4" w:rsidRDefault="00FB2E24" w:rsidP="002A38F4">
      <w:pPr>
        <w:tabs>
          <w:tab w:val="decimal" w:pos="8280"/>
        </w:tabs>
        <w:rPr>
          <w:rFonts w:ascii="Book Antiqua" w:hAnsi="Book Antiqua"/>
          <w:i/>
          <w:iCs/>
          <w:u w:val="single"/>
        </w:rPr>
      </w:pPr>
      <w:r w:rsidRPr="00E84FEC">
        <w:rPr>
          <w:rFonts w:ascii="Book Antiqua" w:hAnsi="Book Antiqua"/>
          <w:i/>
          <w:iCs/>
          <w:u w:val="single"/>
        </w:rPr>
        <w:t xml:space="preserve">               </w:t>
      </w:r>
      <w:proofErr w:type="spellStart"/>
      <w:r w:rsidR="002A38F4" w:rsidRPr="002A38F4">
        <w:rPr>
          <w:rFonts w:ascii="Book Antiqua" w:hAnsi="Book Antiqua"/>
          <w:i/>
          <w:iCs/>
          <w:u w:val="single"/>
        </w:rPr>
        <w:t>Señora</w:t>
      </w:r>
      <w:proofErr w:type="spellEnd"/>
      <w:r w:rsidR="002A38F4" w:rsidRPr="002A38F4">
        <w:rPr>
          <w:rFonts w:ascii="Book Antiqua" w:hAnsi="Book Antiqua"/>
          <w:i/>
          <w:iCs/>
          <w:u w:val="single"/>
        </w:rPr>
        <w:t xml:space="preserve"> de la Providencia              </w:t>
      </w:r>
      <w:r w:rsidRPr="00E84FEC">
        <w:rPr>
          <w:rFonts w:ascii="Book Antiqua" w:hAnsi="Book Antiqua"/>
          <w:i/>
          <w:iCs/>
          <w:u w:val="single"/>
        </w:rPr>
        <w:tab/>
        <w:t>$</w:t>
      </w:r>
      <w:r w:rsidR="002A38F4" w:rsidRPr="002A38F4">
        <w:rPr>
          <w:rFonts w:ascii="Book Antiqua" w:hAnsi="Book Antiqua"/>
          <w:i/>
          <w:iCs/>
          <w:u w:val="single"/>
        </w:rPr>
        <w:t xml:space="preserve">5,000 </w:t>
      </w:r>
    </w:p>
    <w:p w14:paraId="53F4A528" w14:textId="77777777" w:rsidR="00FB2E24" w:rsidRPr="00E84FEC" w:rsidRDefault="002A38F4" w:rsidP="002A38F4">
      <w:pPr>
        <w:tabs>
          <w:tab w:val="decimal" w:pos="8280"/>
        </w:tabs>
        <w:rPr>
          <w:rFonts w:ascii="Book Antiqua" w:hAnsi="Book Antiqua"/>
          <w:i/>
          <w:iCs/>
          <w:u w:val="single"/>
        </w:rPr>
      </w:pPr>
      <w:r w:rsidRPr="002A38F4">
        <w:rPr>
          <w:rFonts w:ascii="Book Antiqua" w:hAnsi="Book Antiqua"/>
          <w:i/>
          <w:iCs/>
          <w:u w:val="single"/>
        </w:rPr>
        <w:t>42</w:t>
      </w:r>
      <w:r w:rsidRPr="00E84FEC">
        <w:rPr>
          <w:rFonts w:ascii="Book Antiqua" w:hAnsi="Book Antiqua"/>
          <w:i/>
          <w:iCs/>
          <w:u w:val="single"/>
        </w:rPr>
        <w:t>.</w:t>
      </w:r>
      <w:r w:rsidRPr="002A38F4">
        <w:rPr>
          <w:rFonts w:ascii="Book Antiqua" w:hAnsi="Book Antiqua"/>
          <w:i/>
          <w:iCs/>
          <w:u w:val="single"/>
        </w:rPr>
        <w:t xml:space="preserve">          Hermanitas de los Ancianos Desamparados Hogar Santa </w:t>
      </w:r>
    </w:p>
    <w:p w14:paraId="3746E6EB" w14:textId="11D6166A" w:rsidR="002A38F4" w:rsidRPr="002A38F4" w:rsidRDefault="00FB2E24" w:rsidP="002A38F4">
      <w:pPr>
        <w:tabs>
          <w:tab w:val="decimal" w:pos="8280"/>
        </w:tabs>
        <w:rPr>
          <w:rFonts w:ascii="Book Antiqua" w:hAnsi="Book Antiqua"/>
          <w:i/>
          <w:iCs/>
          <w:u w:val="single"/>
          <w:lang w:val="es-PR"/>
        </w:rPr>
      </w:pPr>
      <w:r w:rsidRPr="00E84FEC">
        <w:rPr>
          <w:rFonts w:ascii="Book Antiqua" w:hAnsi="Book Antiqua"/>
          <w:i/>
          <w:iCs/>
          <w:u w:val="single"/>
          <w:lang w:val="es-PR"/>
        </w:rPr>
        <w:t xml:space="preserve">               </w:t>
      </w:r>
      <w:r w:rsidR="002A38F4" w:rsidRPr="002A38F4">
        <w:rPr>
          <w:rFonts w:ascii="Book Antiqua" w:hAnsi="Book Antiqua"/>
          <w:i/>
          <w:iCs/>
          <w:u w:val="single"/>
          <w:lang w:val="es-PR"/>
        </w:rPr>
        <w:t xml:space="preserve">Teresa Jornet de Cupey </w:t>
      </w:r>
      <w:proofErr w:type="spellStart"/>
      <w:proofErr w:type="gramStart"/>
      <w:r w:rsidR="002A38F4" w:rsidRPr="002A38F4">
        <w:rPr>
          <w:rFonts w:ascii="Book Antiqua" w:hAnsi="Book Antiqua"/>
          <w:i/>
          <w:iCs/>
          <w:u w:val="single"/>
          <w:lang w:val="es-PR"/>
        </w:rPr>
        <w:t>Inc</w:t>
      </w:r>
      <w:proofErr w:type="spellEnd"/>
      <w:r w:rsidR="002A38F4" w:rsidRPr="002A38F4">
        <w:rPr>
          <w:rFonts w:ascii="Book Antiqua" w:hAnsi="Book Antiqua"/>
          <w:i/>
          <w:iCs/>
          <w:u w:val="single"/>
          <w:lang w:val="es-PR"/>
        </w:rPr>
        <w:t>  </w:t>
      </w:r>
      <w:r w:rsidRPr="00E84FEC">
        <w:rPr>
          <w:rFonts w:ascii="Book Antiqua" w:hAnsi="Book Antiqua"/>
          <w:i/>
          <w:iCs/>
          <w:u w:val="single"/>
          <w:lang w:val="es-PR"/>
        </w:rPr>
        <w:tab/>
      </w:r>
      <w:proofErr w:type="gramEnd"/>
      <w:r w:rsidR="002A38F4" w:rsidRPr="002A38F4">
        <w:rPr>
          <w:rFonts w:ascii="Book Antiqua" w:hAnsi="Book Antiqua"/>
          <w:i/>
          <w:iCs/>
          <w:u w:val="single"/>
          <w:lang w:val="es-PR"/>
        </w:rPr>
        <w:t xml:space="preserve">              </w:t>
      </w:r>
      <w:r w:rsidRPr="00E84FEC">
        <w:rPr>
          <w:rFonts w:ascii="Book Antiqua" w:hAnsi="Book Antiqua"/>
          <w:i/>
          <w:iCs/>
          <w:u w:val="single"/>
          <w:lang w:val="es-PR"/>
        </w:rPr>
        <w:t>$</w:t>
      </w:r>
      <w:r w:rsidR="002A38F4" w:rsidRPr="002A38F4">
        <w:rPr>
          <w:rFonts w:ascii="Book Antiqua" w:hAnsi="Book Antiqua"/>
          <w:i/>
          <w:iCs/>
          <w:u w:val="single"/>
          <w:lang w:val="es-PR"/>
        </w:rPr>
        <w:t xml:space="preserve">5,000 </w:t>
      </w:r>
    </w:p>
    <w:p w14:paraId="3615A3A2" w14:textId="5D26915C"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43</w:t>
      </w:r>
      <w:r w:rsidRPr="00E84FEC">
        <w:rPr>
          <w:rFonts w:ascii="Book Antiqua" w:hAnsi="Book Antiqua"/>
          <w:i/>
          <w:iCs/>
          <w:u w:val="single"/>
          <w:lang w:val="es-PR"/>
        </w:rPr>
        <w:t>.</w:t>
      </w:r>
      <w:r w:rsidRPr="002A38F4">
        <w:rPr>
          <w:rFonts w:ascii="Book Antiqua" w:hAnsi="Book Antiqua"/>
          <w:i/>
          <w:iCs/>
          <w:u w:val="single"/>
          <w:lang w:val="es-PR"/>
        </w:rPr>
        <w:t>          Hogar de Niños Regazo de Paz,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3,744 </w:t>
      </w:r>
    </w:p>
    <w:p w14:paraId="773344A8" w14:textId="2BA360BF"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lang w:val="es-PR"/>
        </w:rPr>
        <w:t>44</w:t>
      </w:r>
      <w:r w:rsidRPr="00E84FEC">
        <w:rPr>
          <w:rFonts w:ascii="Book Antiqua" w:hAnsi="Book Antiqua"/>
          <w:i/>
          <w:iCs/>
          <w:u w:val="single"/>
          <w:lang w:val="es-PR"/>
        </w:rPr>
        <w:t>.</w:t>
      </w:r>
      <w:r w:rsidRPr="002A38F4">
        <w:rPr>
          <w:rFonts w:ascii="Book Antiqua" w:hAnsi="Book Antiqua"/>
          <w:i/>
          <w:iCs/>
          <w:u w:val="single"/>
          <w:lang w:val="es-PR"/>
        </w:rPr>
        <w:t>          Hogar del Buen Pastor,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rPr>
        <w:t>$</w:t>
      </w:r>
      <w:r w:rsidRPr="002A38F4">
        <w:rPr>
          <w:rFonts w:ascii="Book Antiqua" w:hAnsi="Book Antiqua"/>
          <w:i/>
          <w:iCs/>
          <w:u w:val="single"/>
        </w:rPr>
        <w:t xml:space="preserve">10,000 </w:t>
      </w:r>
    </w:p>
    <w:p w14:paraId="04DDD3D3" w14:textId="35C34F9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rPr>
        <w:t>45</w:t>
      </w:r>
      <w:r w:rsidRPr="00E84FEC">
        <w:rPr>
          <w:rFonts w:ascii="Book Antiqua" w:hAnsi="Book Antiqua"/>
          <w:i/>
          <w:iCs/>
          <w:u w:val="single"/>
        </w:rPr>
        <w:t>.</w:t>
      </w:r>
      <w:r w:rsidRPr="002A38F4">
        <w:rPr>
          <w:rFonts w:ascii="Book Antiqua" w:hAnsi="Book Antiqua"/>
          <w:i/>
          <w:iCs/>
          <w:u w:val="single"/>
        </w:rPr>
        <w:t xml:space="preserve">          Hogar El Camino a la Salvacion II, Inc.         </w:t>
      </w:r>
      <w:r w:rsidR="00FB2E24" w:rsidRPr="00E84FEC">
        <w:rPr>
          <w:rFonts w:ascii="Book Antiqua" w:hAnsi="Book Antiqua"/>
          <w:i/>
          <w:iCs/>
          <w:u w:val="single"/>
        </w:rPr>
        <w:tab/>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4D14039E" w14:textId="20D0086D"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46</w:t>
      </w:r>
      <w:r w:rsidRPr="00E84FEC">
        <w:rPr>
          <w:rFonts w:ascii="Book Antiqua" w:hAnsi="Book Antiqua"/>
          <w:i/>
          <w:iCs/>
          <w:u w:val="single"/>
          <w:lang w:val="es-PR"/>
        </w:rPr>
        <w:t>.</w:t>
      </w:r>
      <w:r w:rsidRPr="002A38F4">
        <w:rPr>
          <w:rFonts w:ascii="Book Antiqua" w:hAnsi="Book Antiqua"/>
          <w:i/>
          <w:iCs/>
          <w:u w:val="single"/>
          <w:lang w:val="es-PR"/>
        </w:rPr>
        <w:t xml:space="preserve">          Hogar Padre </w:t>
      </w:r>
      <w:proofErr w:type="spellStart"/>
      <w:r w:rsidRPr="002A38F4">
        <w:rPr>
          <w:rFonts w:ascii="Book Antiqua" w:hAnsi="Book Antiqua"/>
          <w:i/>
          <w:iCs/>
          <w:u w:val="single"/>
          <w:lang w:val="es-PR"/>
        </w:rPr>
        <w:t>Venard</w:t>
      </w:r>
      <w:proofErr w:type="spellEnd"/>
      <w:r w:rsidRPr="002A38F4">
        <w:rPr>
          <w:rFonts w:ascii="Book Antiqua" w:hAnsi="Book Antiqua"/>
          <w:i/>
          <w:iCs/>
          <w:u w:val="single"/>
          <w:lang w:val="es-PR"/>
        </w:rPr>
        <w:t>,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13DBA68F" w14:textId="67E01184"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47</w:t>
      </w:r>
      <w:r w:rsidRPr="00E84FEC">
        <w:rPr>
          <w:rFonts w:ascii="Book Antiqua" w:hAnsi="Book Antiqua"/>
          <w:i/>
          <w:iCs/>
          <w:u w:val="single"/>
          <w:lang w:val="es-PR"/>
        </w:rPr>
        <w:t>.</w:t>
      </w:r>
      <w:r w:rsidRPr="002A38F4">
        <w:rPr>
          <w:rFonts w:ascii="Book Antiqua" w:hAnsi="Book Antiqua"/>
          <w:i/>
          <w:iCs/>
          <w:u w:val="single"/>
          <w:lang w:val="es-PR"/>
        </w:rPr>
        <w:t>          Hogar Ruth para Mujeres Maltratadas, Inc.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6C916D79" w14:textId="7AE9F672"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48</w:t>
      </w:r>
      <w:r w:rsidRPr="00E84FEC">
        <w:rPr>
          <w:rFonts w:ascii="Book Antiqua" w:hAnsi="Book Antiqua"/>
          <w:i/>
          <w:iCs/>
          <w:u w:val="single"/>
          <w:lang w:val="es-PR"/>
        </w:rPr>
        <w:t>.</w:t>
      </w:r>
      <w:r w:rsidRPr="002A38F4">
        <w:rPr>
          <w:rFonts w:ascii="Book Antiqua" w:hAnsi="Book Antiqua"/>
          <w:i/>
          <w:iCs/>
          <w:u w:val="single"/>
          <w:lang w:val="es-PR"/>
        </w:rPr>
        <w:t>          Hogar Teresa Toda    </w:t>
      </w:r>
      <w:r w:rsidR="00FB2E24" w:rsidRPr="00E84FEC">
        <w:rPr>
          <w:rFonts w:ascii="Book Antiqua" w:hAnsi="Book Antiqua"/>
          <w:i/>
          <w:iCs/>
          <w:u w:val="single"/>
          <w:lang w:val="es-PR"/>
        </w:rPr>
        <w:tab/>
      </w:r>
      <w:r w:rsidRPr="002A38F4">
        <w:rPr>
          <w:rFonts w:ascii="Book Antiqua" w:hAnsi="Book Antiqua"/>
          <w:i/>
          <w:iCs/>
          <w:u w:val="single"/>
          <w:lang w:val="es-PR"/>
        </w:rPr>
        <w:t> </w:t>
      </w:r>
      <w:r w:rsidR="00FB2E24" w:rsidRPr="00E84FEC">
        <w:rPr>
          <w:rFonts w:ascii="Book Antiqua" w:hAnsi="Book Antiqua"/>
          <w:i/>
          <w:iCs/>
          <w:u w:val="single"/>
          <w:lang w:val="es-PR"/>
        </w:rPr>
        <w:t>$</w:t>
      </w:r>
      <w:r w:rsidRPr="002A38F4">
        <w:rPr>
          <w:rFonts w:ascii="Book Antiqua" w:hAnsi="Book Antiqua"/>
          <w:i/>
          <w:iCs/>
          <w:u w:val="single"/>
          <w:lang w:val="es-PR"/>
        </w:rPr>
        <w:t xml:space="preserve">6,000 </w:t>
      </w:r>
    </w:p>
    <w:p w14:paraId="2221BDA2" w14:textId="7CA070C4"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49</w:t>
      </w:r>
      <w:r w:rsidRPr="00E84FEC">
        <w:rPr>
          <w:rFonts w:ascii="Book Antiqua" w:hAnsi="Book Antiqua"/>
          <w:i/>
          <w:iCs/>
          <w:u w:val="single"/>
          <w:lang w:val="es-PR"/>
        </w:rPr>
        <w:t>.</w:t>
      </w:r>
      <w:r w:rsidRPr="002A38F4">
        <w:rPr>
          <w:rFonts w:ascii="Book Antiqua" w:hAnsi="Book Antiqua"/>
          <w:i/>
          <w:iCs/>
          <w:u w:val="single"/>
          <w:lang w:val="es-PR"/>
        </w:rPr>
        <w:t xml:space="preserve">          Instituto Psicopedagógico de Puerto </w:t>
      </w:r>
      <w:proofErr w:type="gramStart"/>
      <w:r w:rsidRPr="002A38F4">
        <w:rPr>
          <w:rFonts w:ascii="Book Antiqua" w:hAnsi="Book Antiqua"/>
          <w:i/>
          <w:iCs/>
          <w:u w:val="single"/>
          <w:lang w:val="es-PR"/>
        </w:rPr>
        <w:t xml:space="preserve">Rico  </w:t>
      </w:r>
      <w:r w:rsidR="00FB2E24" w:rsidRPr="00E84FEC">
        <w:rPr>
          <w:rFonts w:ascii="Book Antiqua" w:hAnsi="Book Antiqua"/>
          <w:i/>
          <w:iCs/>
          <w:u w:val="single"/>
          <w:lang w:val="es-PR"/>
        </w:rPr>
        <w:tab/>
      </w:r>
      <w:proofErr w:type="gramEnd"/>
      <w:r w:rsidR="00FB2E24" w:rsidRPr="00E84FEC">
        <w:rPr>
          <w:rFonts w:ascii="Book Antiqua" w:hAnsi="Book Antiqua"/>
          <w:i/>
          <w:iCs/>
          <w:u w:val="single"/>
          <w:lang w:val="es-PR"/>
        </w:rPr>
        <w:t>$</w:t>
      </w:r>
      <w:r w:rsidRPr="002A38F4">
        <w:rPr>
          <w:rFonts w:ascii="Book Antiqua" w:hAnsi="Book Antiqua"/>
          <w:i/>
          <w:iCs/>
          <w:u w:val="single"/>
          <w:lang w:val="es-PR"/>
        </w:rPr>
        <w:t xml:space="preserve">30,000 </w:t>
      </w:r>
    </w:p>
    <w:p w14:paraId="0374C14D" w14:textId="32130B1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50</w:t>
      </w:r>
      <w:r w:rsidRPr="00E84FEC">
        <w:rPr>
          <w:rFonts w:ascii="Book Antiqua" w:hAnsi="Book Antiqua"/>
          <w:i/>
          <w:iCs/>
          <w:u w:val="single"/>
          <w:lang w:val="es-PR"/>
        </w:rPr>
        <w:t>.</w:t>
      </w:r>
      <w:r w:rsidRPr="002A38F4">
        <w:rPr>
          <w:rFonts w:ascii="Book Antiqua" w:hAnsi="Book Antiqua"/>
          <w:i/>
          <w:iCs/>
          <w:u w:val="single"/>
          <w:lang w:val="es-PR"/>
        </w:rPr>
        <w:t>          LA PERLA DE GRAN PRECIO              </w:t>
      </w:r>
      <w:proofErr w:type="gramStart"/>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proofErr w:type="gramEnd"/>
      <w:r w:rsidRPr="002A38F4">
        <w:rPr>
          <w:rFonts w:ascii="Book Antiqua" w:hAnsi="Book Antiqua"/>
          <w:i/>
          <w:iCs/>
          <w:u w:val="single"/>
          <w:lang w:val="es-PR"/>
        </w:rPr>
        <w:t xml:space="preserve">10,000 </w:t>
      </w:r>
    </w:p>
    <w:p w14:paraId="31286B75" w14:textId="1F9C2208"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51</w:t>
      </w:r>
      <w:r w:rsidRPr="00E84FEC">
        <w:rPr>
          <w:rFonts w:ascii="Book Antiqua" w:hAnsi="Book Antiqua"/>
          <w:i/>
          <w:iCs/>
          <w:u w:val="single"/>
        </w:rPr>
        <w:t>.</w:t>
      </w:r>
      <w:r w:rsidRPr="002A38F4">
        <w:rPr>
          <w:rFonts w:ascii="Book Antiqua" w:hAnsi="Book Antiqua"/>
          <w:i/>
          <w:iCs/>
          <w:u w:val="single"/>
        </w:rPr>
        <w:t xml:space="preserve">          LEAP Social Enterprise, Inc. </w:t>
      </w:r>
      <w:r w:rsidR="00FB2E24" w:rsidRPr="00E84FEC">
        <w:rPr>
          <w:rFonts w:ascii="Book Antiqua" w:hAnsi="Book Antiqua"/>
          <w:i/>
          <w:iCs/>
          <w:u w:val="single"/>
        </w:rPr>
        <w:tab/>
        <w:t>$</w:t>
      </w:r>
      <w:r w:rsidRPr="002A38F4">
        <w:rPr>
          <w:rFonts w:ascii="Book Antiqua" w:hAnsi="Book Antiqua"/>
          <w:i/>
          <w:iCs/>
          <w:u w:val="single"/>
        </w:rPr>
        <w:t xml:space="preserve">10,000 </w:t>
      </w:r>
    </w:p>
    <w:p w14:paraId="76AF4217" w14:textId="43D24FBE"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52</w:t>
      </w:r>
      <w:r w:rsidRPr="00E84FEC">
        <w:rPr>
          <w:rFonts w:ascii="Book Antiqua" w:hAnsi="Book Antiqua"/>
          <w:i/>
          <w:iCs/>
          <w:u w:val="single"/>
        </w:rPr>
        <w:t>.</w:t>
      </w:r>
      <w:r w:rsidRPr="002A38F4">
        <w:rPr>
          <w:rFonts w:ascii="Book Antiqua" w:hAnsi="Book Antiqua"/>
          <w:i/>
          <w:iCs/>
          <w:u w:val="single"/>
        </w:rPr>
        <w:t xml:space="preserve">          Living in Harmony Foundation            </w:t>
      </w:r>
      <w:r w:rsidR="00FB2E24" w:rsidRPr="00E84FEC">
        <w:rPr>
          <w:rFonts w:ascii="Book Antiqua" w:hAnsi="Book Antiqua"/>
          <w:i/>
          <w:iCs/>
          <w:u w:val="single"/>
        </w:rPr>
        <w:tab/>
        <w:t>$</w:t>
      </w:r>
      <w:r w:rsidRPr="002A38F4">
        <w:rPr>
          <w:rFonts w:ascii="Book Antiqua" w:hAnsi="Book Antiqua"/>
          <w:i/>
          <w:iCs/>
          <w:u w:val="single"/>
        </w:rPr>
        <w:t xml:space="preserve">100,000 </w:t>
      </w:r>
    </w:p>
    <w:p w14:paraId="3C875D59" w14:textId="764A06C2"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53</w:t>
      </w:r>
      <w:r w:rsidRPr="00E84FEC">
        <w:rPr>
          <w:rFonts w:ascii="Book Antiqua" w:hAnsi="Book Antiqua"/>
          <w:i/>
          <w:iCs/>
          <w:u w:val="single"/>
        </w:rPr>
        <w:t>.</w:t>
      </w:r>
      <w:r w:rsidRPr="002A38F4">
        <w:rPr>
          <w:rFonts w:ascii="Book Antiqua" w:hAnsi="Book Antiqua"/>
          <w:i/>
          <w:iCs/>
          <w:u w:val="single"/>
        </w:rPr>
        <w:t xml:space="preserve">          Mauro, Inc.      </w:t>
      </w:r>
      <w:r w:rsidR="00FB2E24" w:rsidRPr="00E84FEC">
        <w:rPr>
          <w:rFonts w:ascii="Book Antiqua" w:hAnsi="Book Antiqua"/>
          <w:i/>
          <w:iCs/>
          <w:u w:val="single"/>
        </w:rPr>
        <w:tab/>
        <w:t>$</w:t>
      </w:r>
      <w:r w:rsidRPr="002A38F4">
        <w:rPr>
          <w:rFonts w:ascii="Book Antiqua" w:hAnsi="Book Antiqua"/>
          <w:i/>
          <w:iCs/>
          <w:u w:val="single"/>
        </w:rPr>
        <w:t xml:space="preserve">5,000 </w:t>
      </w:r>
    </w:p>
    <w:p w14:paraId="63937EB2" w14:textId="77777777" w:rsidR="00FB2E24" w:rsidRPr="00E84FEC" w:rsidRDefault="002A38F4" w:rsidP="002A38F4">
      <w:pPr>
        <w:tabs>
          <w:tab w:val="decimal" w:pos="8280"/>
        </w:tabs>
        <w:rPr>
          <w:rFonts w:ascii="Book Antiqua" w:hAnsi="Book Antiqua"/>
          <w:i/>
          <w:iCs/>
          <w:u w:val="single"/>
          <w:lang w:val="it-IT"/>
        </w:rPr>
      </w:pPr>
      <w:r w:rsidRPr="002A38F4">
        <w:rPr>
          <w:rFonts w:ascii="Book Antiqua" w:hAnsi="Book Antiqua"/>
          <w:i/>
          <w:iCs/>
          <w:u w:val="single"/>
          <w:lang w:val="it-IT"/>
        </w:rPr>
        <w:t>54</w:t>
      </w:r>
      <w:r w:rsidRPr="00E84FEC">
        <w:rPr>
          <w:rFonts w:ascii="Book Antiqua" w:hAnsi="Book Antiqua"/>
          <w:i/>
          <w:iCs/>
          <w:u w:val="single"/>
          <w:lang w:val="it-IT"/>
        </w:rPr>
        <w:t>.</w:t>
      </w:r>
      <w:r w:rsidRPr="002A38F4">
        <w:rPr>
          <w:rFonts w:ascii="Book Antiqua" w:hAnsi="Book Antiqua"/>
          <w:i/>
          <w:iCs/>
          <w:u w:val="single"/>
          <w:lang w:val="it-IT"/>
        </w:rPr>
        <w:t xml:space="preserve">          Ministerio Buen Samaritano MARC Marcos A Rivera </w:t>
      </w:r>
    </w:p>
    <w:p w14:paraId="3014F5E0" w14:textId="10F23F69" w:rsidR="002A38F4" w:rsidRPr="002A38F4" w:rsidRDefault="00FB2E24" w:rsidP="002A38F4">
      <w:pPr>
        <w:tabs>
          <w:tab w:val="decimal" w:pos="8280"/>
        </w:tabs>
        <w:rPr>
          <w:rFonts w:ascii="Book Antiqua" w:hAnsi="Book Antiqua"/>
          <w:i/>
          <w:iCs/>
          <w:u w:val="single"/>
          <w:lang w:val="es-PR"/>
        </w:rPr>
      </w:pPr>
      <w:r w:rsidRPr="00E84FEC">
        <w:rPr>
          <w:rFonts w:ascii="Book Antiqua" w:hAnsi="Book Antiqua"/>
          <w:i/>
          <w:iCs/>
          <w:u w:val="single"/>
          <w:lang w:val="es-PR"/>
        </w:rPr>
        <w:t xml:space="preserve">               </w:t>
      </w:r>
      <w:r w:rsidR="002A38F4" w:rsidRPr="002A38F4">
        <w:rPr>
          <w:rFonts w:ascii="Book Antiqua" w:hAnsi="Book Antiqua"/>
          <w:i/>
          <w:iCs/>
          <w:u w:val="single"/>
          <w:lang w:val="es-PR"/>
        </w:rPr>
        <w:t>Córdova Inc</w:t>
      </w:r>
      <w:r w:rsidR="002A38F4" w:rsidRPr="00E84FEC">
        <w:rPr>
          <w:rFonts w:ascii="Book Antiqua" w:hAnsi="Book Antiqua"/>
          <w:i/>
          <w:iCs/>
          <w:u w:val="single"/>
          <w:lang w:val="es-PR"/>
        </w:rPr>
        <w:t>.</w:t>
      </w:r>
      <w:r w:rsidR="002A38F4" w:rsidRPr="002A38F4">
        <w:rPr>
          <w:rFonts w:ascii="Book Antiqua" w:hAnsi="Book Antiqua"/>
          <w:i/>
          <w:iCs/>
          <w:u w:val="single"/>
          <w:lang w:val="es-PR"/>
        </w:rPr>
        <w:t> </w:t>
      </w:r>
      <w:r w:rsidRPr="00E84FEC">
        <w:rPr>
          <w:rFonts w:ascii="Book Antiqua" w:hAnsi="Book Antiqua"/>
          <w:i/>
          <w:iCs/>
          <w:u w:val="single"/>
          <w:lang w:val="es-PR"/>
        </w:rPr>
        <w:tab/>
      </w:r>
      <w:r w:rsidR="002A38F4" w:rsidRPr="002A38F4">
        <w:rPr>
          <w:rFonts w:ascii="Book Antiqua" w:hAnsi="Book Antiqua"/>
          <w:i/>
          <w:iCs/>
          <w:u w:val="single"/>
          <w:lang w:val="es-PR"/>
        </w:rPr>
        <w:t xml:space="preserve">              </w:t>
      </w:r>
      <w:r w:rsidRPr="00E84FEC">
        <w:rPr>
          <w:rFonts w:ascii="Book Antiqua" w:hAnsi="Book Antiqua"/>
          <w:i/>
          <w:iCs/>
          <w:u w:val="single"/>
          <w:lang w:val="es-PR"/>
        </w:rPr>
        <w:t>$</w:t>
      </w:r>
      <w:r w:rsidR="002A38F4" w:rsidRPr="002A38F4">
        <w:rPr>
          <w:rFonts w:ascii="Book Antiqua" w:hAnsi="Book Antiqua"/>
          <w:i/>
          <w:iCs/>
          <w:u w:val="single"/>
          <w:lang w:val="es-PR"/>
        </w:rPr>
        <w:t xml:space="preserve">25,000 </w:t>
      </w:r>
    </w:p>
    <w:p w14:paraId="2F296459" w14:textId="0955EF56"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55</w:t>
      </w:r>
      <w:r w:rsidRPr="00E84FEC">
        <w:rPr>
          <w:rFonts w:ascii="Book Antiqua" w:hAnsi="Book Antiqua"/>
          <w:i/>
          <w:iCs/>
          <w:u w:val="single"/>
          <w:lang w:val="es-PR"/>
        </w:rPr>
        <w:t>.</w:t>
      </w:r>
      <w:r w:rsidRPr="002A38F4">
        <w:rPr>
          <w:rFonts w:ascii="Book Antiqua" w:hAnsi="Book Antiqua"/>
          <w:i/>
          <w:iCs/>
          <w:u w:val="single"/>
          <w:lang w:val="es-PR"/>
        </w:rPr>
        <w:t xml:space="preserve">          Movimiento para Alcance de Vida Independiente - </w:t>
      </w:r>
      <w:proofErr w:type="gramStart"/>
      <w:r w:rsidRPr="002A38F4">
        <w:rPr>
          <w:rFonts w:ascii="Book Antiqua" w:hAnsi="Book Antiqua"/>
          <w:i/>
          <w:iCs/>
          <w:u w:val="single"/>
          <w:lang w:val="es-PR"/>
        </w:rPr>
        <w:t xml:space="preserve">MAVI  </w:t>
      </w:r>
      <w:r w:rsidR="00FB2E24" w:rsidRPr="00E84FEC">
        <w:rPr>
          <w:rFonts w:ascii="Book Antiqua" w:hAnsi="Book Antiqua"/>
          <w:i/>
          <w:iCs/>
          <w:u w:val="single"/>
          <w:lang w:val="es-PR"/>
        </w:rPr>
        <w:tab/>
      </w:r>
      <w:proofErr w:type="gramEnd"/>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61FB793B" w14:textId="40CB71E3"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56</w:t>
      </w:r>
      <w:r w:rsidRPr="00E84FEC">
        <w:rPr>
          <w:rFonts w:ascii="Book Antiqua" w:hAnsi="Book Antiqua"/>
          <w:i/>
          <w:iCs/>
          <w:u w:val="single"/>
        </w:rPr>
        <w:t>.</w:t>
      </w:r>
      <w:r w:rsidRPr="002A38F4">
        <w:rPr>
          <w:rFonts w:ascii="Book Antiqua" w:hAnsi="Book Antiqua"/>
          <w:i/>
          <w:iCs/>
          <w:u w:val="single"/>
        </w:rPr>
        <w:t xml:space="preserve">          Oblatas del Santísimo Redentor Hogar Fátima, Inc.            </w:t>
      </w:r>
      <w:r w:rsidR="00FB2E24" w:rsidRPr="00E84FEC">
        <w:rPr>
          <w:rFonts w:ascii="Book Antiqua" w:hAnsi="Book Antiqua"/>
          <w:i/>
          <w:iCs/>
          <w:u w:val="single"/>
        </w:rPr>
        <w:tab/>
        <w:t>$</w:t>
      </w:r>
      <w:r w:rsidRPr="002A38F4">
        <w:rPr>
          <w:rFonts w:ascii="Book Antiqua" w:hAnsi="Book Antiqua"/>
          <w:i/>
          <w:iCs/>
          <w:u w:val="single"/>
        </w:rPr>
        <w:t xml:space="preserve">5,000 </w:t>
      </w:r>
    </w:p>
    <w:p w14:paraId="0766B08B" w14:textId="57DCDB6B"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57</w:t>
      </w:r>
      <w:r w:rsidRPr="00E84FEC">
        <w:rPr>
          <w:rFonts w:ascii="Book Antiqua" w:hAnsi="Book Antiqua"/>
          <w:i/>
          <w:iCs/>
          <w:u w:val="single"/>
        </w:rPr>
        <w:t>.</w:t>
      </w:r>
      <w:r w:rsidRPr="002A38F4">
        <w:rPr>
          <w:rFonts w:ascii="Book Antiqua" w:hAnsi="Book Antiqua"/>
          <w:i/>
          <w:iCs/>
          <w:u w:val="single"/>
        </w:rPr>
        <w:t xml:space="preserve">          Politécnico Amigo, Inc.            </w:t>
      </w:r>
      <w:r w:rsidR="00FB2E24" w:rsidRPr="00E84FEC">
        <w:rPr>
          <w:rFonts w:ascii="Book Antiqua" w:hAnsi="Book Antiqua"/>
          <w:i/>
          <w:iCs/>
          <w:u w:val="single"/>
        </w:rPr>
        <w:tab/>
        <w:t>$</w:t>
      </w:r>
      <w:r w:rsidRPr="002A38F4">
        <w:rPr>
          <w:rFonts w:ascii="Book Antiqua" w:hAnsi="Book Antiqua"/>
          <w:i/>
          <w:iCs/>
          <w:u w:val="single"/>
        </w:rPr>
        <w:t xml:space="preserve">20,000 </w:t>
      </w:r>
    </w:p>
    <w:p w14:paraId="098F6B63" w14:textId="4EDA7C6D"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58</w:t>
      </w:r>
      <w:r w:rsidRPr="00E84FEC">
        <w:rPr>
          <w:rFonts w:ascii="Book Antiqua" w:hAnsi="Book Antiqua"/>
          <w:i/>
          <w:iCs/>
          <w:u w:val="single"/>
        </w:rPr>
        <w:t>.</w:t>
      </w:r>
      <w:r w:rsidRPr="002A38F4">
        <w:rPr>
          <w:rFonts w:ascii="Book Antiqua" w:hAnsi="Book Antiqua"/>
          <w:i/>
          <w:iCs/>
          <w:u w:val="single"/>
        </w:rPr>
        <w:t xml:space="preserve">          PR Education Initiative             </w:t>
      </w:r>
      <w:r w:rsidR="00FB2E24" w:rsidRPr="00E84FEC">
        <w:rPr>
          <w:rFonts w:ascii="Book Antiqua" w:hAnsi="Book Antiqua"/>
          <w:i/>
          <w:iCs/>
          <w:u w:val="single"/>
        </w:rPr>
        <w:tab/>
        <w:t>$</w:t>
      </w:r>
      <w:r w:rsidRPr="002A38F4">
        <w:rPr>
          <w:rFonts w:ascii="Book Antiqua" w:hAnsi="Book Antiqua"/>
          <w:i/>
          <w:iCs/>
          <w:u w:val="single"/>
        </w:rPr>
        <w:t xml:space="preserve">10,000 </w:t>
      </w:r>
    </w:p>
    <w:p w14:paraId="5E1772DB" w14:textId="2EE4324C"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rPr>
        <w:t>59</w:t>
      </w:r>
      <w:r w:rsidRPr="00E84FEC">
        <w:rPr>
          <w:rFonts w:ascii="Book Antiqua" w:hAnsi="Book Antiqua"/>
          <w:i/>
          <w:iCs/>
          <w:u w:val="single"/>
        </w:rPr>
        <w:t>.</w:t>
      </w:r>
      <w:r w:rsidRPr="002A38F4">
        <w:rPr>
          <w:rFonts w:ascii="Book Antiqua" w:hAnsi="Book Antiqua"/>
          <w:i/>
          <w:iCs/>
          <w:u w:val="single"/>
        </w:rPr>
        <w:t xml:space="preserve">          PROGRAMA DEL ADOLESCENTE DE NARANJITO, INC.      </w:t>
      </w:r>
      <w:r w:rsidR="00FB2E24" w:rsidRPr="00E84FEC">
        <w:rPr>
          <w:rFonts w:ascii="Book Antiqua" w:hAnsi="Book Antiqua"/>
          <w:i/>
          <w:iCs/>
          <w:u w:val="single"/>
          <w:lang w:val="es-PR"/>
        </w:rPr>
        <w:t>$</w:t>
      </w:r>
      <w:r w:rsidRPr="002A38F4">
        <w:rPr>
          <w:rFonts w:ascii="Book Antiqua" w:hAnsi="Book Antiqua"/>
          <w:i/>
          <w:iCs/>
          <w:u w:val="single"/>
          <w:lang w:val="es-PR"/>
        </w:rPr>
        <w:t xml:space="preserve">10,000 </w:t>
      </w:r>
    </w:p>
    <w:p w14:paraId="449E16BF" w14:textId="535234F0"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60</w:t>
      </w:r>
      <w:r w:rsidRPr="00E84FEC">
        <w:rPr>
          <w:rFonts w:ascii="Book Antiqua" w:hAnsi="Book Antiqua"/>
          <w:i/>
          <w:iCs/>
          <w:u w:val="single"/>
          <w:lang w:val="es-PR"/>
        </w:rPr>
        <w:t>.</w:t>
      </w:r>
      <w:r w:rsidRPr="002A38F4">
        <w:rPr>
          <w:rFonts w:ascii="Book Antiqua" w:hAnsi="Book Antiqua"/>
          <w:i/>
          <w:iCs/>
          <w:u w:val="single"/>
          <w:lang w:val="es-PR"/>
        </w:rPr>
        <w:t xml:space="preserve">          PUERTO RICO CARIBBEAN STARS FC, INC </w:t>
      </w:r>
      <w:r w:rsidR="00FB2E24" w:rsidRPr="00E84FEC">
        <w:rPr>
          <w:rFonts w:ascii="Book Antiqua" w:hAnsi="Book Antiqua"/>
          <w:i/>
          <w:iCs/>
          <w:u w:val="single"/>
          <w:lang w:val="es-PR"/>
        </w:rPr>
        <w:tab/>
        <w:t>$</w:t>
      </w:r>
      <w:r w:rsidRPr="002A38F4">
        <w:rPr>
          <w:rFonts w:ascii="Book Antiqua" w:hAnsi="Book Antiqua"/>
          <w:i/>
          <w:iCs/>
          <w:u w:val="single"/>
          <w:lang w:val="es-PR"/>
        </w:rPr>
        <w:t xml:space="preserve">15,000 </w:t>
      </w:r>
    </w:p>
    <w:p w14:paraId="7FDB7965" w14:textId="13C5B554"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61</w:t>
      </w:r>
      <w:r w:rsidRPr="00E84FEC">
        <w:rPr>
          <w:rFonts w:ascii="Book Antiqua" w:hAnsi="Book Antiqua"/>
          <w:i/>
          <w:iCs/>
          <w:u w:val="single"/>
          <w:lang w:val="es-PR"/>
        </w:rPr>
        <w:t>.</w:t>
      </w:r>
      <w:r w:rsidRPr="002A38F4">
        <w:rPr>
          <w:rFonts w:ascii="Book Antiqua" w:hAnsi="Book Antiqua"/>
          <w:i/>
          <w:iCs/>
          <w:u w:val="single"/>
          <w:lang w:val="es-PR"/>
        </w:rPr>
        <w:t xml:space="preserve">          Puerto Rico Centro de Artes y </w:t>
      </w:r>
      <w:proofErr w:type="spellStart"/>
      <w:r w:rsidRPr="002A38F4">
        <w:rPr>
          <w:rFonts w:ascii="Book Antiqua" w:hAnsi="Book Antiqua"/>
          <w:i/>
          <w:iCs/>
          <w:u w:val="single"/>
          <w:lang w:val="es-PR"/>
        </w:rPr>
        <w:t>Tecnologia</w:t>
      </w:r>
      <w:proofErr w:type="spellEnd"/>
      <w:r w:rsidRPr="002A38F4">
        <w:rPr>
          <w:rFonts w:ascii="Book Antiqua" w:hAnsi="Book Antiqua"/>
          <w:i/>
          <w:iCs/>
          <w:u w:val="single"/>
          <w:lang w:val="es-PR"/>
        </w:rPr>
        <w:t> </w:t>
      </w:r>
      <w:proofErr w:type="gramStart"/>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proofErr w:type="gramEnd"/>
      <w:r w:rsidRPr="002A38F4">
        <w:rPr>
          <w:rFonts w:ascii="Book Antiqua" w:hAnsi="Book Antiqua"/>
          <w:i/>
          <w:iCs/>
          <w:u w:val="single"/>
          <w:lang w:val="es-PR"/>
        </w:rPr>
        <w:t xml:space="preserve">77,000 </w:t>
      </w:r>
    </w:p>
    <w:p w14:paraId="21CD19FE" w14:textId="22CA1EB3"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62</w:t>
      </w:r>
      <w:r w:rsidRPr="00E84FEC">
        <w:rPr>
          <w:rFonts w:ascii="Book Antiqua" w:hAnsi="Book Antiqua"/>
          <w:i/>
          <w:iCs/>
          <w:u w:val="single"/>
        </w:rPr>
        <w:t>.</w:t>
      </w:r>
      <w:r w:rsidRPr="002A38F4">
        <w:rPr>
          <w:rFonts w:ascii="Book Antiqua" w:hAnsi="Book Antiqua"/>
          <w:i/>
          <w:iCs/>
          <w:u w:val="single"/>
        </w:rPr>
        <w:t>          PUERTO RICO INDUSTRIES FOR THE BLIND, CORP            </w:t>
      </w:r>
      <w:r w:rsidR="00FB2E24"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r w:rsidRPr="002A38F4">
        <w:rPr>
          <w:rFonts w:ascii="Book Antiqua" w:hAnsi="Book Antiqua"/>
          <w:i/>
          <w:iCs/>
          <w:u w:val="single"/>
        </w:rPr>
        <w:t xml:space="preserve">25,000 </w:t>
      </w:r>
    </w:p>
    <w:p w14:paraId="546AFA51" w14:textId="446D7D8C"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63</w:t>
      </w:r>
      <w:r w:rsidRPr="00E84FEC">
        <w:rPr>
          <w:rFonts w:ascii="Book Antiqua" w:hAnsi="Book Antiqua"/>
          <w:i/>
          <w:iCs/>
          <w:u w:val="single"/>
        </w:rPr>
        <w:t>.</w:t>
      </w:r>
      <w:r w:rsidRPr="002A38F4">
        <w:rPr>
          <w:rFonts w:ascii="Book Antiqua" w:hAnsi="Book Antiqua"/>
          <w:i/>
          <w:iCs/>
          <w:u w:val="single"/>
        </w:rPr>
        <w:t>          Puesto 25 Legión Americana Camuy PR, Inc.          </w:t>
      </w:r>
      <w:r w:rsidR="00FB2E24" w:rsidRPr="00E84FEC">
        <w:rPr>
          <w:rFonts w:ascii="Book Antiqua" w:hAnsi="Book Antiqua"/>
          <w:i/>
          <w:iCs/>
          <w:u w:val="single"/>
        </w:rPr>
        <w:tab/>
        <w:t>$</w:t>
      </w:r>
      <w:r w:rsidRPr="002A38F4">
        <w:rPr>
          <w:rFonts w:ascii="Book Antiqua" w:hAnsi="Book Antiqua"/>
          <w:i/>
          <w:iCs/>
          <w:u w:val="single"/>
        </w:rPr>
        <w:t xml:space="preserve">5,000 </w:t>
      </w:r>
    </w:p>
    <w:p w14:paraId="2711D57C" w14:textId="377647E4"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64</w:t>
      </w:r>
      <w:r w:rsidRPr="00E84FEC">
        <w:rPr>
          <w:rFonts w:ascii="Book Antiqua" w:hAnsi="Book Antiqua"/>
          <w:i/>
          <w:iCs/>
          <w:u w:val="single"/>
          <w:lang w:val="es-PR"/>
        </w:rPr>
        <w:t>.</w:t>
      </w:r>
      <w:r w:rsidRPr="002A38F4">
        <w:rPr>
          <w:rFonts w:ascii="Book Antiqua" w:hAnsi="Book Antiqua"/>
          <w:i/>
          <w:iCs/>
          <w:u w:val="single"/>
          <w:lang w:val="es-PR"/>
        </w:rPr>
        <w:t>          Red por los Derechos de la Niñez y juventud de Puerto Rico   </w:t>
      </w:r>
      <w:r w:rsidR="00FB2E24" w:rsidRPr="00E84FEC">
        <w:rPr>
          <w:rFonts w:ascii="Book Antiqua" w:hAnsi="Book Antiqua"/>
          <w:i/>
          <w:iCs/>
          <w:u w:val="single"/>
          <w:lang w:val="es-PR"/>
        </w:rPr>
        <w:tab/>
        <w:t>$2</w:t>
      </w:r>
      <w:r w:rsidRPr="002A38F4">
        <w:rPr>
          <w:rFonts w:ascii="Book Antiqua" w:hAnsi="Book Antiqua"/>
          <w:i/>
          <w:iCs/>
          <w:u w:val="single"/>
          <w:lang w:val="es-PR"/>
        </w:rPr>
        <w:t xml:space="preserve">0,000 </w:t>
      </w:r>
    </w:p>
    <w:p w14:paraId="7237CAA3" w14:textId="4FB0BC1C"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65</w:t>
      </w:r>
      <w:r w:rsidRPr="00E84FEC">
        <w:rPr>
          <w:rFonts w:ascii="Book Antiqua" w:hAnsi="Book Antiqua"/>
          <w:i/>
          <w:iCs/>
          <w:u w:val="single"/>
          <w:lang w:val="es-PR"/>
        </w:rPr>
        <w:t>.</w:t>
      </w:r>
      <w:r w:rsidRPr="002A38F4">
        <w:rPr>
          <w:rFonts w:ascii="Book Antiqua" w:hAnsi="Book Antiqua"/>
          <w:i/>
          <w:iCs/>
          <w:u w:val="single"/>
          <w:lang w:val="es-PR"/>
        </w:rPr>
        <w:t>          Silo Misión Cristiana</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6165D230" w14:textId="4A2D668C"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66</w:t>
      </w:r>
      <w:r w:rsidRPr="00E84FEC">
        <w:rPr>
          <w:rFonts w:ascii="Book Antiqua" w:hAnsi="Book Antiqua"/>
          <w:i/>
          <w:iCs/>
          <w:u w:val="single"/>
          <w:lang w:val="es-PR"/>
        </w:rPr>
        <w:t>.</w:t>
      </w:r>
      <w:r w:rsidRPr="002A38F4">
        <w:rPr>
          <w:rFonts w:ascii="Book Antiqua" w:hAnsi="Book Antiqua"/>
          <w:i/>
          <w:iCs/>
          <w:u w:val="single"/>
          <w:lang w:val="es-PR"/>
        </w:rPr>
        <w:t>          Sociedad de Educación y Rehabilitación - SER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200,000 </w:t>
      </w:r>
    </w:p>
    <w:p w14:paraId="1A3D68C3" w14:textId="4AC3E3AC"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67</w:t>
      </w:r>
      <w:r w:rsidRPr="00E84FEC">
        <w:rPr>
          <w:rFonts w:ascii="Book Antiqua" w:hAnsi="Book Antiqua"/>
          <w:i/>
          <w:iCs/>
          <w:u w:val="single"/>
        </w:rPr>
        <w:t>.</w:t>
      </w:r>
      <w:r w:rsidRPr="002A38F4">
        <w:rPr>
          <w:rFonts w:ascii="Book Antiqua" w:hAnsi="Book Antiqua"/>
          <w:i/>
          <w:iCs/>
          <w:u w:val="single"/>
        </w:rPr>
        <w:t>          Sociedad Pro Hospital del Nino, Inc.               </w:t>
      </w:r>
      <w:r w:rsidR="00FB2E24" w:rsidRPr="00E84FEC">
        <w:rPr>
          <w:rFonts w:ascii="Book Antiqua" w:hAnsi="Book Antiqua"/>
          <w:i/>
          <w:iCs/>
          <w:u w:val="single"/>
        </w:rPr>
        <w:tab/>
        <w:t>$</w:t>
      </w:r>
      <w:r w:rsidRPr="002A38F4">
        <w:rPr>
          <w:rFonts w:ascii="Book Antiqua" w:hAnsi="Book Antiqua"/>
          <w:i/>
          <w:iCs/>
          <w:u w:val="single"/>
        </w:rPr>
        <w:t xml:space="preserve">25,000 </w:t>
      </w:r>
    </w:p>
    <w:p w14:paraId="40E8B4D7" w14:textId="58021D04"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68</w:t>
      </w:r>
      <w:r w:rsidRPr="00E84FEC">
        <w:rPr>
          <w:rFonts w:ascii="Book Antiqua" w:hAnsi="Book Antiqua"/>
          <w:i/>
          <w:iCs/>
          <w:u w:val="single"/>
        </w:rPr>
        <w:t>.</w:t>
      </w:r>
      <w:r w:rsidRPr="002A38F4">
        <w:rPr>
          <w:rFonts w:ascii="Book Antiqua" w:hAnsi="Book Antiqua"/>
          <w:i/>
          <w:iCs/>
          <w:u w:val="single"/>
        </w:rPr>
        <w:t>          Special Olympics Puerto Rico          </w:t>
      </w:r>
      <w:proofErr w:type="gramStart"/>
      <w:r w:rsidR="00FB2E24"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proofErr w:type="gramEnd"/>
      <w:r w:rsidRPr="002A38F4">
        <w:rPr>
          <w:rFonts w:ascii="Book Antiqua" w:hAnsi="Book Antiqua"/>
          <w:i/>
          <w:iCs/>
          <w:u w:val="single"/>
        </w:rPr>
        <w:t xml:space="preserve">50,000 </w:t>
      </w:r>
    </w:p>
    <w:p w14:paraId="3A6E7831" w14:textId="642012FE" w:rsidR="002A38F4" w:rsidRPr="002A38F4" w:rsidRDefault="002A38F4" w:rsidP="002A38F4">
      <w:pPr>
        <w:tabs>
          <w:tab w:val="decimal" w:pos="8280"/>
        </w:tabs>
        <w:rPr>
          <w:rFonts w:ascii="Book Antiqua" w:hAnsi="Book Antiqua"/>
          <w:i/>
          <w:iCs/>
          <w:u w:val="single"/>
        </w:rPr>
      </w:pPr>
      <w:r w:rsidRPr="002A38F4">
        <w:rPr>
          <w:rFonts w:ascii="Book Antiqua" w:hAnsi="Book Antiqua"/>
          <w:i/>
          <w:iCs/>
          <w:u w:val="single"/>
        </w:rPr>
        <w:t>69</w:t>
      </w:r>
      <w:r w:rsidRPr="00E84FEC">
        <w:rPr>
          <w:rFonts w:ascii="Book Antiqua" w:hAnsi="Book Antiqua"/>
          <w:i/>
          <w:iCs/>
          <w:u w:val="single"/>
        </w:rPr>
        <w:t>.</w:t>
      </w:r>
      <w:r w:rsidRPr="002A38F4">
        <w:rPr>
          <w:rFonts w:ascii="Book Antiqua" w:hAnsi="Book Antiqua"/>
          <w:i/>
          <w:iCs/>
          <w:u w:val="single"/>
        </w:rPr>
        <w:t>          Techno Inventors, Inc.             </w:t>
      </w:r>
      <w:r w:rsidR="00FB2E24"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rPr>
        <w:t>$</w:t>
      </w:r>
      <w:r w:rsidRPr="002A38F4">
        <w:rPr>
          <w:rFonts w:ascii="Book Antiqua" w:hAnsi="Book Antiqua"/>
          <w:i/>
          <w:iCs/>
          <w:u w:val="single"/>
        </w:rPr>
        <w:t xml:space="preserve">20,000 </w:t>
      </w:r>
    </w:p>
    <w:p w14:paraId="3B05D2B5" w14:textId="3D8593BC" w:rsidR="002A38F4" w:rsidRPr="002A38F4" w:rsidRDefault="002A38F4" w:rsidP="002A38F4">
      <w:pPr>
        <w:tabs>
          <w:tab w:val="decimal" w:pos="8280"/>
        </w:tabs>
        <w:rPr>
          <w:rFonts w:ascii="Book Antiqua" w:hAnsi="Book Antiqua"/>
          <w:i/>
          <w:iCs/>
          <w:u w:val="single"/>
          <w:lang w:val="es-PR"/>
        </w:rPr>
      </w:pPr>
      <w:r w:rsidRPr="002A38F4">
        <w:rPr>
          <w:rFonts w:ascii="Book Antiqua" w:hAnsi="Book Antiqua"/>
          <w:i/>
          <w:iCs/>
          <w:u w:val="single"/>
        </w:rPr>
        <w:t>70</w:t>
      </w:r>
      <w:r w:rsidRPr="00E84FEC">
        <w:rPr>
          <w:rFonts w:ascii="Book Antiqua" w:hAnsi="Book Antiqua"/>
          <w:i/>
          <w:iCs/>
          <w:u w:val="single"/>
        </w:rPr>
        <w:t>.</w:t>
      </w:r>
      <w:r w:rsidRPr="002A38F4">
        <w:rPr>
          <w:rFonts w:ascii="Book Antiqua" w:hAnsi="Book Antiqua"/>
          <w:i/>
          <w:iCs/>
          <w:u w:val="single"/>
        </w:rPr>
        <w:t>          The Blue Brothers Police Softball Team Inc.       </w:t>
      </w:r>
      <w:r w:rsidR="00FB2E24" w:rsidRPr="00E84FEC">
        <w:rPr>
          <w:rFonts w:ascii="Book Antiqua" w:hAnsi="Book Antiqua"/>
          <w:i/>
          <w:iCs/>
          <w:u w:val="single"/>
        </w:rPr>
        <w:tab/>
      </w:r>
      <w:r w:rsidRPr="002A38F4">
        <w:rPr>
          <w:rFonts w:ascii="Book Antiqua" w:hAnsi="Book Antiqua"/>
          <w:i/>
          <w:iCs/>
          <w:u w:val="single"/>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 xml:space="preserve">5,000 </w:t>
      </w:r>
    </w:p>
    <w:p w14:paraId="763F6197" w14:textId="54715FA2" w:rsidR="002A38F4" w:rsidRPr="00E84FEC" w:rsidRDefault="002A38F4" w:rsidP="002A38F4">
      <w:pPr>
        <w:tabs>
          <w:tab w:val="decimal" w:pos="8280"/>
        </w:tabs>
        <w:rPr>
          <w:rFonts w:ascii="Book Antiqua" w:hAnsi="Book Antiqua"/>
          <w:i/>
          <w:iCs/>
          <w:u w:val="single"/>
          <w:lang w:val="es-PR"/>
        </w:rPr>
      </w:pPr>
      <w:r w:rsidRPr="002A38F4">
        <w:rPr>
          <w:rFonts w:ascii="Book Antiqua" w:hAnsi="Book Antiqua"/>
          <w:i/>
          <w:iCs/>
          <w:u w:val="single"/>
          <w:lang w:val="es-PR"/>
        </w:rPr>
        <w:t>71</w:t>
      </w:r>
      <w:r w:rsidRPr="00E84FEC">
        <w:rPr>
          <w:rFonts w:ascii="Book Antiqua" w:hAnsi="Book Antiqua"/>
          <w:i/>
          <w:iCs/>
          <w:u w:val="single"/>
          <w:lang w:val="es-PR"/>
        </w:rPr>
        <w:t>.</w:t>
      </w:r>
      <w:r w:rsidRPr="002A38F4">
        <w:rPr>
          <w:rFonts w:ascii="Book Antiqua" w:hAnsi="Book Antiqua"/>
          <w:i/>
          <w:iCs/>
          <w:u w:val="single"/>
          <w:lang w:val="es-PR"/>
        </w:rPr>
        <w:t xml:space="preserve">          </w:t>
      </w:r>
      <w:proofErr w:type="spellStart"/>
      <w:r w:rsidRPr="002A38F4">
        <w:rPr>
          <w:rFonts w:ascii="Book Antiqua" w:hAnsi="Book Antiqua"/>
          <w:i/>
          <w:iCs/>
          <w:u w:val="single"/>
          <w:lang w:val="es-PR"/>
        </w:rPr>
        <w:t>The</w:t>
      </w:r>
      <w:proofErr w:type="spellEnd"/>
      <w:r w:rsidRPr="002A38F4">
        <w:rPr>
          <w:rFonts w:ascii="Book Antiqua" w:hAnsi="Book Antiqua"/>
          <w:i/>
          <w:iCs/>
          <w:u w:val="single"/>
          <w:lang w:val="es-PR"/>
        </w:rPr>
        <w:t xml:space="preserve"> </w:t>
      </w:r>
      <w:proofErr w:type="spellStart"/>
      <w:r w:rsidRPr="002A38F4">
        <w:rPr>
          <w:rFonts w:ascii="Book Antiqua" w:hAnsi="Book Antiqua"/>
          <w:i/>
          <w:iCs/>
          <w:u w:val="single"/>
          <w:lang w:val="es-PR"/>
        </w:rPr>
        <w:t>Salvation</w:t>
      </w:r>
      <w:proofErr w:type="spellEnd"/>
      <w:r w:rsidRPr="002A38F4">
        <w:rPr>
          <w:rFonts w:ascii="Book Antiqua" w:hAnsi="Book Antiqua"/>
          <w:i/>
          <w:iCs/>
          <w:u w:val="single"/>
          <w:lang w:val="es-PR"/>
        </w:rPr>
        <w:t xml:space="preserve"> </w:t>
      </w:r>
      <w:proofErr w:type="spellStart"/>
      <w:r w:rsidRPr="002A38F4">
        <w:rPr>
          <w:rFonts w:ascii="Book Antiqua" w:hAnsi="Book Antiqua"/>
          <w:i/>
          <w:iCs/>
          <w:u w:val="single"/>
          <w:lang w:val="es-PR"/>
        </w:rPr>
        <w:t>Army</w:t>
      </w:r>
      <w:proofErr w:type="spellEnd"/>
      <w:r w:rsidRPr="002A38F4">
        <w:rPr>
          <w:rFonts w:ascii="Book Antiqua" w:hAnsi="Book Antiqua"/>
          <w:i/>
          <w:iCs/>
          <w:u w:val="single"/>
          <w:lang w:val="es-PR"/>
        </w:rPr>
        <w:t>   </w:t>
      </w:r>
      <w:r w:rsidR="00FB2E24" w:rsidRPr="00E84FEC">
        <w:rPr>
          <w:rFonts w:ascii="Book Antiqua" w:hAnsi="Book Antiqua"/>
          <w:i/>
          <w:iCs/>
          <w:u w:val="single"/>
          <w:lang w:val="es-PR"/>
        </w:rPr>
        <w:tab/>
      </w:r>
      <w:r w:rsidRPr="002A38F4">
        <w:rPr>
          <w:rFonts w:ascii="Book Antiqua" w:hAnsi="Book Antiqua"/>
          <w:i/>
          <w:iCs/>
          <w:u w:val="single"/>
          <w:lang w:val="es-PR"/>
        </w:rPr>
        <w:t xml:space="preserve"> </w:t>
      </w:r>
      <w:r w:rsidR="00FB2E24" w:rsidRPr="00E84FEC">
        <w:rPr>
          <w:rFonts w:ascii="Book Antiqua" w:hAnsi="Book Antiqua"/>
          <w:i/>
          <w:iCs/>
          <w:u w:val="single"/>
          <w:lang w:val="es-PR"/>
        </w:rPr>
        <w:t>$</w:t>
      </w:r>
      <w:r w:rsidRPr="002A38F4">
        <w:rPr>
          <w:rFonts w:ascii="Book Antiqua" w:hAnsi="Book Antiqua"/>
          <w:i/>
          <w:iCs/>
          <w:u w:val="single"/>
          <w:lang w:val="es-PR"/>
        </w:rPr>
        <w:t>50,000</w:t>
      </w:r>
    </w:p>
    <w:p w14:paraId="5C56A5CA" w14:textId="18528455" w:rsidR="00E84FEC" w:rsidRPr="00E84FEC" w:rsidRDefault="00E84FEC" w:rsidP="002A38F4">
      <w:pPr>
        <w:tabs>
          <w:tab w:val="decimal" w:pos="8280"/>
        </w:tabs>
        <w:rPr>
          <w:rFonts w:ascii="Book Antiqua" w:hAnsi="Book Antiqua"/>
          <w:i/>
          <w:iCs/>
          <w:u w:val="single"/>
          <w:lang w:val="es-PR"/>
        </w:rPr>
      </w:pPr>
      <w:r w:rsidRPr="00E84FEC">
        <w:rPr>
          <w:rFonts w:ascii="Book Antiqua" w:hAnsi="Book Antiqua"/>
          <w:i/>
          <w:iCs/>
          <w:u w:val="single"/>
          <w:lang w:val="es-PR"/>
        </w:rPr>
        <w:t>Total</w:t>
      </w:r>
      <w:r w:rsidRPr="00E84FEC">
        <w:rPr>
          <w:rFonts w:ascii="Book Antiqua" w:hAnsi="Book Antiqua"/>
          <w:i/>
          <w:iCs/>
          <w:u w:val="single"/>
          <w:lang w:val="es-PR"/>
        </w:rPr>
        <w:tab/>
      </w:r>
      <w:r>
        <w:rPr>
          <w:rFonts w:ascii="Book Antiqua" w:hAnsi="Book Antiqua"/>
          <w:i/>
          <w:iCs/>
          <w:u w:val="single"/>
          <w:lang w:val="es-PR"/>
        </w:rPr>
        <w:t>$</w:t>
      </w:r>
      <w:r w:rsidRPr="00E84FEC">
        <w:rPr>
          <w:rFonts w:ascii="Book Antiqua" w:eastAsia="Times New Roman" w:hAnsi="Book Antiqua" w:cs="Times New Roman"/>
          <w:i/>
          <w:iCs/>
          <w:kern w:val="0"/>
          <w:u w:val="single"/>
          <w:lang w:val="es-PR"/>
          <w14:ligatures w14:val="none"/>
        </w:rPr>
        <w:t>1,270,744</w:t>
      </w:r>
      <w:r w:rsidRPr="00E84FEC">
        <w:rPr>
          <w:rFonts w:ascii="Book Antiqua" w:hAnsi="Book Antiqua"/>
          <w:i/>
          <w:iCs/>
          <w:u w:val="single"/>
          <w:lang w:val="es-PR"/>
        </w:rPr>
        <w:tab/>
      </w:r>
    </w:p>
    <w:p w14:paraId="6DF54677" w14:textId="102F99EB" w:rsidR="00E84FEC" w:rsidRPr="00E84FEC" w:rsidRDefault="00E84FEC"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 xml:space="preserve">Sección 4.- Los veinte millones de dólares ($20,000,000) asignados en la Sección 1 de esta Resolución Conjunta deberán ser desembolsados por el Departamento de Hacienda en o antes del 31 de agosto de 2025. </w:t>
      </w:r>
    </w:p>
    <w:p w14:paraId="759D2635" w14:textId="77777777" w:rsidR="00E84FEC" w:rsidRPr="00E84FEC" w:rsidRDefault="00E84FEC"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Sección 5.- Los un millón doscientos setenta mil setecientos cuarenta y cuatro dólares ($1,270,744.00) asignados en la Sección 2 de esta Resolución Conjunta deberán ser desembolsados por la Comisión Especial Conjunta de Donativos Legislativos para Impacto Comunitario en o antes del 31 de diciembre de 2025.</w:t>
      </w:r>
    </w:p>
    <w:p w14:paraId="28CFBD83" w14:textId="0D308A57" w:rsidR="00E84FEC" w:rsidRPr="00E84FEC" w:rsidRDefault="00E84FEC"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 xml:space="preserve">Sección 6.- 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 y de la Ley 113-1996. </w:t>
      </w:r>
    </w:p>
    <w:p w14:paraId="44A6009D" w14:textId="1A37E767" w:rsidR="00E84FEC" w:rsidRPr="00E84FEC" w:rsidRDefault="00E84FEC"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 xml:space="preserve">Sección 7.- Los fondos aquí consignados tendrán vigencia desde el 1 de julio de 2025 hasta el 30 de junio de 2026.  </w:t>
      </w:r>
    </w:p>
    <w:p w14:paraId="2F725F74" w14:textId="6DB50BF1" w:rsidR="00E84FEC" w:rsidRPr="00E84FEC" w:rsidRDefault="00E84FEC"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Sección 8.- Los fondos aquí asignados podrán ser pareados con fondos estatales, federales, municipales y privados.</w:t>
      </w:r>
    </w:p>
    <w:p w14:paraId="51C4A581" w14:textId="55981F3A" w:rsidR="00E84FEC" w:rsidRPr="00E84FEC" w:rsidRDefault="00E84FEC" w:rsidP="00E84FEC">
      <w:pPr>
        <w:spacing w:after="360" w:line="240" w:lineRule="auto"/>
        <w:ind w:firstLine="720"/>
        <w:jc w:val="both"/>
        <w:rPr>
          <w:rFonts w:ascii="Book Antiqua" w:eastAsia="Times New Roman" w:hAnsi="Book Antiqua" w:cs="Times New Roman"/>
          <w:i/>
          <w:iCs/>
          <w:kern w:val="0"/>
          <w:u w:val="single"/>
          <w:lang w:val="es-PR"/>
          <w14:ligatures w14:val="none"/>
        </w:rPr>
      </w:pPr>
      <w:r w:rsidRPr="00E84FEC">
        <w:rPr>
          <w:rFonts w:ascii="Book Antiqua" w:eastAsia="Times New Roman" w:hAnsi="Book Antiqua" w:cs="Times New Roman"/>
          <w:i/>
          <w:iCs/>
          <w:kern w:val="0"/>
          <w:u w:val="single"/>
          <w:lang w:val="es-PR"/>
          <w14:ligatures w14:val="none"/>
        </w:rPr>
        <w:t>Sección 9.- Esta Resolución Conjunta comenzará a regir inmediatamente después de su aprobación.</w:t>
      </w:r>
    </w:p>
    <w:p w14:paraId="20778CC4" w14:textId="77777777" w:rsidR="00FB51A3" w:rsidRPr="00FB51A3" w:rsidRDefault="00FB51A3" w:rsidP="00E84FEC">
      <w:pPr>
        <w:spacing w:after="360" w:line="240" w:lineRule="auto"/>
        <w:ind w:firstLine="720"/>
        <w:jc w:val="both"/>
        <w:rPr>
          <w:rFonts w:ascii="Book Antiqua" w:eastAsia="Times New Roman" w:hAnsi="Book Antiqua" w:cs="Times New Roman"/>
          <w:i/>
          <w:iCs/>
          <w:kern w:val="0"/>
          <w:u w:val="single"/>
          <w:lang w:val="es-PR"/>
          <w14:ligatures w14:val="none"/>
        </w:rPr>
      </w:pPr>
    </w:p>
    <w:p w14:paraId="7E318EAE" w14:textId="77777777" w:rsidR="00FB51A3" w:rsidRPr="00FB51A3" w:rsidRDefault="00FB51A3" w:rsidP="00E84FEC">
      <w:pPr>
        <w:spacing w:after="360" w:line="240" w:lineRule="auto"/>
        <w:ind w:firstLine="720"/>
        <w:jc w:val="both"/>
        <w:rPr>
          <w:rFonts w:ascii="Book Antiqua" w:eastAsia="Times New Roman" w:hAnsi="Book Antiqua" w:cs="Times New Roman"/>
          <w:i/>
          <w:iCs/>
          <w:kern w:val="0"/>
          <w:u w:val="single"/>
          <w:lang w:val="es-PR"/>
          <w14:ligatures w14:val="none"/>
        </w:rPr>
      </w:pPr>
    </w:p>
    <w:p w14:paraId="3B9E559A" w14:textId="77777777" w:rsidR="00FB51A3" w:rsidRPr="00654E0B" w:rsidRDefault="00FB51A3" w:rsidP="007B793F">
      <w:pPr>
        <w:tabs>
          <w:tab w:val="decimal" w:pos="8280"/>
        </w:tabs>
        <w:rPr>
          <w:rFonts w:ascii="Book Antiqua" w:hAnsi="Book Antiqua"/>
          <w:lang w:val="es-PR"/>
        </w:rPr>
      </w:pPr>
    </w:p>
    <w:sectPr w:rsidR="00FB51A3" w:rsidRPr="00654E0B" w:rsidSect="003C6873">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2AED5" w14:textId="77777777" w:rsidR="0050747B" w:rsidRDefault="0050747B" w:rsidP="008118D1">
      <w:pPr>
        <w:spacing w:after="0" w:line="240" w:lineRule="auto"/>
      </w:pPr>
      <w:r>
        <w:separator/>
      </w:r>
    </w:p>
  </w:endnote>
  <w:endnote w:type="continuationSeparator" w:id="0">
    <w:p w14:paraId="6D6326B6" w14:textId="77777777" w:rsidR="0050747B" w:rsidRDefault="0050747B" w:rsidP="008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Default="008118D1">
    <w:pPr>
      <w:pStyle w:val="Footer"/>
      <w:jc w:val="center"/>
    </w:pPr>
  </w:p>
  <w:p w14:paraId="4BC3B5AC" w14:textId="77777777" w:rsidR="008118D1" w:rsidRDefault="0081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D90C9" w14:textId="77777777" w:rsidR="0050747B" w:rsidRDefault="0050747B" w:rsidP="008118D1">
      <w:pPr>
        <w:spacing w:after="0" w:line="240" w:lineRule="auto"/>
      </w:pPr>
      <w:r>
        <w:separator/>
      </w:r>
    </w:p>
  </w:footnote>
  <w:footnote w:type="continuationSeparator" w:id="0">
    <w:p w14:paraId="1DA7D8C4" w14:textId="77777777" w:rsidR="0050747B" w:rsidRDefault="0050747B" w:rsidP="0081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rPr>
        <w:noProof/>
      </w:rPr>
    </w:sdtEndPr>
    <w:sdtContent>
      <w:p w14:paraId="43DBDE46" w14:textId="247F0333" w:rsidR="00AC1425" w:rsidRDefault="00AC142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7DF112" w14:textId="77777777" w:rsidR="00AC1425" w:rsidRDefault="00AC1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27510DE"/>
    <w:multiLevelType w:val="hybridMultilevel"/>
    <w:tmpl w:val="3BD4845A"/>
    <w:lvl w:ilvl="0" w:tplc="EBE8B2A4">
      <w:start w:val="46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217108"/>
    <w:multiLevelType w:val="hybridMultilevel"/>
    <w:tmpl w:val="67547DBE"/>
    <w:lvl w:ilvl="0" w:tplc="E6F62512">
      <w:start w:val="465"/>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6FC7C1E"/>
    <w:multiLevelType w:val="multilevel"/>
    <w:tmpl w:val="BDD8A834"/>
    <w:lvl w:ilvl="0">
      <w:start w:val="4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1328605">
    <w:abstractNumId w:val="8"/>
  </w:num>
  <w:num w:numId="2" w16cid:durableId="848330553">
    <w:abstractNumId w:val="6"/>
  </w:num>
  <w:num w:numId="3" w16cid:durableId="79300430">
    <w:abstractNumId w:val="5"/>
  </w:num>
  <w:num w:numId="4" w16cid:durableId="2012904072">
    <w:abstractNumId w:val="4"/>
  </w:num>
  <w:num w:numId="5" w16cid:durableId="1313757828">
    <w:abstractNumId w:val="7"/>
  </w:num>
  <w:num w:numId="6" w16cid:durableId="450561100">
    <w:abstractNumId w:val="3"/>
  </w:num>
  <w:num w:numId="7" w16cid:durableId="1155951788">
    <w:abstractNumId w:val="2"/>
  </w:num>
  <w:num w:numId="8" w16cid:durableId="838888261">
    <w:abstractNumId w:val="1"/>
  </w:num>
  <w:num w:numId="9" w16cid:durableId="1634365041">
    <w:abstractNumId w:val="0"/>
  </w:num>
  <w:num w:numId="10" w16cid:durableId="604848570">
    <w:abstractNumId w:val="11"/>
  </w:num>
  <w:num w:numId="11" w16cid:durableId="471101141">
    <w:abstractNumId w:val="9"/>
  </w:num>
  <w:num w:numId="12" w16cid:durableId="775834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045BC8"/>
    <w:rsid w:val="000C403F"/>
    <w:rsid w:val="0010027C"/>
    <w:rsid w:val="00143308"/>
    <w:rsid w:val="001D3CC1"/>
    <w:rsid w:val="001E60CF"/>
    <w:rsid w:val="00227AC7"/>
    <w:rsid w:val="00272A2A"/>
    <w:rsid w:val="002A38F4"/>
    <w:rsid w:val="002D2659"/>
    <w:rsid w:val="003659B9"/>
    <w:rsid w:val="00391FED"/>
    <w:rsid w:val="003C2E89"/>
    <w:rsid w:val="003C6873"/>
    <w:rsid w:val="003E244E"/>
    <w:rsid w:val="00415075"/>
    <w:rsid w:val="00431C93"/>
    <w:rsid w:val="00447E59"/>
    <w:rsid w:val="004514CC"/>
    <w:rsid w:val="00481104"/>
    <w:rsid w:val="004C0744"/>
    <w:rsid w:val="004E5571"/>
    <w:rsid w:val="0050747B"/>
    <w:rsid w:val="0052103F"/>
    <w:rsid w:val="005230A8"/>
    <w:rsid w:val="005F3EA8"/>
    <w:rsid w:val="00600012"/>
    <w:rsid w:val="00601415"/>
    <w:rsid w:val="006308A9"/>
    <w:rsid w:val="0065293D"/>
    <w:rsid w:val="00653016"/>
    <w:rsid w:val="0068022C"/>
    <w:rsid w:val="00685213"/>
    <w:rsid w:val="006864A6"/>
    <w:rsid w:val="00697B92"/>
    <w:rsid w:val="00721A6A"/>
    <w:rsid w:val="00764DCD"/>
    <w:rsid w:val="00791268"/>
    <w:rsid w:val="00792ABB"/>
    <w:rsid w:val="007A35D6"/>
    <w:rsid w:val="007B3727"/>
    <w:rsid w:val="007B793F"/>
    <w:rsid w:val="007E2DF6"/>
    <w:rsid w:val="008118D1"/>
    <w:rsid w:val="0087712F"/>
    <w:rsid w:val="00884D9A"/>
    <w:rsid w:val="009069BF"/>
    <w:rsid w:val="00965A13"/>
    <w:rsid w:val="00A03A1A"/>
    <w:rsid w:val="00A05EE0"/>
    <w:rsid w:val="00AC1425"/>
    <w:rsid w:val="00AE33A2"/>
    <w:rsid w:val="00B35271"/>
    <w:rsid w:val="00B42AC6"/>
    <w:rsid w:val="00BE0C6F"/>
    <w:rsid w:val="00BE406C"/>
    <w:rsid w:val="00BF0718"/>
    <w:rsid w:val="00C83F45"/>
    <w:rsid w:val="00CE5251"/>
    <w:rsid w:val="00CF159C"/>
    <w:rsid w:val="00D6066D"/>
    <w:rsid w:val="00D835E1"/>
    <w:rsid w:val="00DA11C9"/>
    <w:rsid w:val="00DD7AD0"/>
    <w:rsid w:val="00E037D1"/>
    <w:rsid w:val="00E10572"/>
    <w:rsid w:val="00E46CEA"/>
    <w:rsid w:val="00E84A3A"/>
    <w:rsid w:val="00E84FEC"/>
    <w:rsid w:val="00F0261E"/>
    <w:rsid w:val="00F1037E"/>
    <w:rsid w:val="00F234CF"/>
    <w:rsid w:val="00FB2E24"/>
    <w:rsid w:val="00FB51A3"/>
    <w:rsid w:val="00FC3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2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2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659"/>
    <w:rPr>
      <w:rFonts w:eastAsiaTheme="majorEastAsia" w:cstheme="majorBidi"/>
      <w:color w:val="272727" w:themeColor="text1" w:themeTint="D8"/>
    </w:rPr>
  </w:style>
  <w:style w:type="paragraph" w:styleId="Title">
    <w:name w:val="Title"/>
    <w:basedOn w:val="Normal"/>
    <w:next w:val="Normal"/>
    <w:link w:val="TitleCh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659"/>
    <w:pPr>
      <w:spacing w:before="160"/>
      <w:jc w:val="center"/>
    </w:pPr>
    <w:rPr>
      <w:i/>
      <w:iCs/>
      <w:color w:val="404040" w:themeColor="text1" w:themeTint="BF"/>
    </w:rPr>
  </w:style>
  <w:style w:type="character" w:customStyle="1" w:styleId="QuoteChar">
    <w:name w:val="Quote Char"/>
    <w:basedOn w:val="DefaultParagraphFont"/>
    <w:link w:val="Quote"/>
    <w:uiPriority w:val="29"/>
    <w:rsid w:val="002D2659"/>
    <w:rPr>
      <w:i/>
      <w:iCs/>
      <w:color w:val="404040" w:themeColor="text1" w:themeTint="BF"/>
    </w:rPr>
  </w:style>
  <w:style w:type="paragraph" w:styleId="ListParagraph">
    <w:name w:val="List Paragraph"/>
    <w:basedOn w:val="Normal"/>
    <w:uiPriority w:val="34"/>
    <w:qFormat/>
    <w:rsid w:val="002D2659"/>
    <w:pPr>
      <w:ind w:left="720"/>
      <w:contextualSpacing/>
    </w:pPr>
  </w:style>
  <w:style w:type="character" w:styleId="IntenseEmphasis">
    <w:name w:val="Intense Emphasis"/>
    <w:basedOn w:val="DefaultParagraphFont"/>
    <w:uiPriority w:val="21"/>
    <w:qFormat/>
    <w:rsid w:val="002D2659"/>
    <w:rPr>
      <w:i/>
      <w:iCs/>
      <w:color w:val="0F4761" w:themeColor="accent1" w:themeShade="BF"/>
    </w:rPr>
  </w:style>
  <w:style w:type="paragraph" w:styleId="IntenseQuote">
    <w:name w:val="Intense Quote"/>
    <w:basedOn w:val="Normal"/>
    <w:next w:val="Normal"/>
    <w:link w:val="IntenseQuoteCh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659"/>
    <w:rPr>
      <w:i/>
      <w:iCs/>
      <w:color w:val="0F4761" w:themeColor="accent1" w:themeShade="BF"/>
    </w:rPr>
  </w:style>
  <w:style w:type="character" w:styleId="IntenseReference">
    <w:name w:val="Intense Reference"/>
    <w:basedOn w:val="DefaultParagraphFont"/>
    <w:uiPriority w:val="32"/>
    <w:qFormat/>
    <w:rsid w:val="002D2659"/>
    <w:rPr>
      <w:b/>
      <w:bCs/>
      <w:smallCaps/>
      <w:color w:val="0F4761" w:themeColor="accent1" w:themeShade="BF"/>
      <w:spacing w:val="5"/>
    </w:rPr>
  </w:style>
  <w:style w:type="character" w:styleId="LineNumber">
    <w:name w:val="line number"/>
    <w:basedOn w:val="DefaultParagraphFont"/>
    <w:uiPriority w:val="99"/>
    <w:semiHidden/>
    <w:unhideWhenUsed/>
    <w:rsid w:val="00764DCD"/>
  </w:style>
  <w:style w:type="paragraph" w:styleId="Header">
    <w:name w:val="header"/>
    <w:basedOn w:val="Normal"/>
    <w:link w:val="HeaderChar"/>
    <w:uiPriority w:val="99"/>
    <w:unhideWhenUsed/>
    <w:rsid w:val="008118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8D1"/>
  </w:style>
  <w:style w:type="paragraph" w:styleId="Footer">
    <w:name w:val="footer"/>
    <w:basedOn w:val="Normal"/>
    <w:link w:val="FooterChar"/>
    <w:uiPriority w:val="99"/>
    <w:unhideWhenUsed/>
    <w:rsid w:val="008118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8D1"/>
  </w:style>
  <w:style w:type="paragraph" w:styleId="NoSpacing">
    <w:name w:val="No Spacing"/>
    <w:uiPriority w:val="1"/>
    <w:qFormat/>
    <w:rsid w:val="00B42AC6"/>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B42AC6"/>
    <w:pPr>
      <w:spacing w:after="120" w:line="276" w:lineRule="auto"/>
    </w:pPr>
    <w:rPr>
      <w:rFonts w:eastAsiaTheme="minorEastAsia"/>
      <w:kern w:val="0"/>
      <w:sz w:val="22"/>
      <w:szCs w:val="22"/>
      <w14:ligatures w14:val="none"/>
    </w:rPr>
  </w:style>
  <w:style w:type="character" w:customStyle="1" w:styleId="BodyTextChar">
    <w:name w:val="Body Text Char"/>
    <w:basedOn w:val="DefaultParagraphFont"/>
    <w:link w:val="BodyText"/>
    <w:uiPriority w:val="99"/>
    <w:rsid w:val="00B42AC6"/>
    <w:rPr>
      <w:rFonts w:eastAsiaTheme="minorEastAsia"/>
      <w:kern w:val="0"/>
      <w:sz w:val="22"/>
      <w:szCs w:val="22"/>
      <w14:ligatures w14:val="none"/>
    </w:rPr>
  </w:style>
  <w:style w:type="paragraph" w:styleId="BodyText2">
    <w:name w:val="Body Text 2"/>
    <w:basedOn w:val="Normal"/>
    <w:link w:val="BodyText2Char"/>
    <w:uiPriority w:val="99"/>
    <w:unhideWhenUsed/>
    <w:rsid w:val="00B42AC6"/>
    <w:pPr>
      <w:spacing w:after="120" w:line="480" w:lineRule="auto"/>
    </w:pPr>
    <w:rPr>
      <w:rFonts w:eastAsiaTheme="minorEastAsia"/>
      <w:kern w:val="0"/>
      <w:sz w:val="22"/>
      <w:szCs w:val="22"/>
      <w14:ligatures w14:val="none"/>
    </w:rPr>
  </w:style>
  <w:style w:type="character" w:customStyle="1" w:styleId="BodyText2Char">
    <w:name w:val="Body Text 2 Char"/>
    <w:basedOn w:val="DefaultParagraphFont"/>
    <w:link w:val="BodyText2"/>
    <w:uiPriority w:val="99"/>
    <w:rsid w:val="00B42AC6"/>
    <w:rPr>
      <w:rFonts w:eastAsiaTheme="minorEastAsia"/>
      <w:kern w:val="0"/>
      <w:sz w:val="22"/>
      <w:szCs w:val="22"/>
      <w14:ligatures w14:val="none"/>
    </w:rPr>
  </w:style>
  <w:style w:type="paragraph" w:styleId="BodyText3">
    <w:name w:val="Body Text 3"/>
    <w:basedOn w:val="Normal"/>
    <w:link w:val="BodyText3Char"/>
    <w:uiPriority w:val="99"/>
    <w:unhideWhenUsed/>
    <w:rsid w:val="00B42AC6"/>
    <w:pPr>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B42AC6"/>
    <w:rPr>
      <w:rFonts w:eastAsiaTheme="minorEastAsia"/>
      <w:kern w:val="0"/>
      <w:sz w:val="16"/>
      <w:szCs w:val="16"/>
      <w14:ligatures w14:val="none"/>
    </w:rPr>
  </w:style>
  <w:style w:type="paragraph" w:styleId="List">
    <w:name w:val="List"/>
    <w:basedOn w:val="Normal"/>
    <w:uiPriority w:val="99"/>
    <w:unhideWhenUsed/>
    <w:rsid w:val="00B42AC6"/>
    <w:pPr>
      <w:spacing w:after="200" w:line="276" w:lineRule="auto"/>
      <w:ind w:left="360" w:hanging="360"/>
      <w:contextualSpacing/>
    </w:pPr>
    <w:rPr>
      <w:rFonts w:eastAsiaTheme="minorEastAsia"/>
      <w:kern w:val="0"/>
      <w:sz w:val="22"/>
      <w:szCs w:val="22"/>
      <w14:ligatures w14:val="none"/>
    </w:rPr>
  </w:style>
  <w:style w:type="paragraph" w:styleId="List2">
    <w:name w:val="List 2"/>
    <w:basedOn w:val="Normal"/>
    <w:uiPriority w:val="99"/>
    <w:unhideWhenUsed/>
    <w:rsid w:val="00B42AC6"/>
    <w:pPr>
      <w:spacing w:after="200" w:line="276" w:lineRule="auto"/>
      <w:ind w:left="720" w:hanging="360"/>
      <w:contextualSpacing/>
    </w:pPr>
    <w:rPr>
      <w:rFonts w:eastAsiaTheme="minorEastAsia"/>
      <w:kern w:val="0"/>
      <w:sz w:val="22"/>
      <w:szCs w:val="22"/>
      <w14:ligatures w14:val="none"/>
    </w:rPr>
  </w:style>
  <w:style w:type="paragraph" w:styleId="List3">
    <w:name w:val="List 3"/>
    <w:basedOn w:val="Normal"/>
    <w:uiPriority w:val="99"/>
    <w:unhideWhenUsed/>
    <w:rsid w:val="00B42AC6"/>
    <w:pPr>
      <w:spacing w:after="200" w:line="276" w:lineRule="auto"/>
      <w:ind w:left="1080" w:hanging="360"/>
      <w:contextualSpacing/>
    </w:pPr>
    <w:rPr>
      <w:rFonts w:eastAsiaTheme="minorEastAsia"/>
      <w:kern w:val="0"/>
      <w:sz w:val="22"/>
      <w:szCs w:val="22"/>
      <w14:ligatures w14:val="none"/>
    </w:rPr>
  </w:style>
  <w:style w:type="paragraph" w:styleId="ListBullet">
    <w:name w:val="List Bullet"/>
    <w:basedOn w:val="Normal"/>
    <w:uiPriority w:val="99"/>
    <w:unhideWhenUsed/>
    <w:rsid w:val="00B42AC6"/>
    <w:pPr>
      <w:numPr>
        <w:numId w:val="1"/>
      </w:numPr>
      <w:spacing w:after="200" w:line="276" w:lineRule="auto"/>
      <w:contextualSpacing/>
    </w:pPr>
    <w:rPr>
      <w:rFonts w:eastAsiaTheme="minorEastAsia"/>
      <w:kern w:val="0"/>
      <w:sz w:val="22"/>
      <w:szCs w:val="22"/>
      <w14:ligatures w14:val="none"/>
    </w:rPr>
  </w:style>
  <w:style w:type="paragraph" w:styleId="ListBullet2">
    <w:name w:val="List Bullet 2"/>
    <w:basedOn w:val="Normal"/>
    <w:uiPriority w:val="99"/>
    <w:unhideWhenUsed/>
    <w:rsid w:val="00B42AC6"/>
    <w:pPr>
      <w:numPr>
        <w:numId w:val="2"/>
      </w:numPr>
      <w:spacing w:after="200" w:line="276" w:lineRule="auto"/>
      <w:contextualSpacing/>
    </w:pPr>
    <w:rPr>
      <w:rFonts w:eastAsiaTheme="minorEastAsia"/>
      <w:kern w:val="0"/>
      <w:sz w:val="22"/>
      <w:szCs w:val="22"/>
      <w14:ligatures w14:val="none"/>
    </w:rPr>
  </w:style>
  <w:style w:type="paragraph" w:styleId="ListBullet3">
    <w:name w:val="List Bullet 3"/>
    <w:basedOn w:val="Normal"/>
    <w:uiPriority w:val="99"/>
    <w:unhideWhenUsed/>
    <w:rsid w:val="00B42AC6"/>
    <w:pPr>
      <w:numPr>
        <w:numId w:val="3"/>
      </w:numPr>
      <w:spacing w:after="200" w:line="276" w:lineRule="auto"/>
      <w:contextualSpacing/>
    </w:pPr>
    <w:rPr>
      <w:rFonts w:eastAsiaTheme="minorEastAsia"/>
      <w:kern w:val="0"/>
      <w:sz w:val="22"/>
      <w:szCs w:val="22"/>
      <w14:ligatures w14:val="none"/>
    </w:rPr>
  </w:style>
  <w:style w:type="paragraph" w:styleId="ListNumber">
    <w:name w:val="List Number"/>
    <w:basedOn w:val="Normal"/>
    <w:uiPriority w:val="99"/>
    <w:unhideWhenUsed/>
    <w:rsid w:val="00B42AC6"/>
    <w:pPr>
      <w:numPr>
        <w:numId w:val="5"/>
      </w:numPr>
      <w:spacing w:after="200" w:line="276" w:lineRule="auto"/>
      <w:contextualSpacing/>
    </w:pPr>
    <w:rPr>
      <w:rFonts w:eastAsiaTheme="minorEastAsia"/>
      <w:kern w:val="0"/>
      <w:sz w:val="22"/>
      <w:szCs w:val="22"/>
      <w14:ligatures w14:val="none"/>
    </w:rPr>
  </w:style>
  <w:style w:type="paragraph" w:styleId="ListNumber2">
    <w:name w:val="List Number 2"/>
    <w:basedOn w:val="Normal"/>
    <w:uiPriority w:val="99"/>
    <w:unhideWhenUsed/>
    <w:rsid w:val="00B42AC6"/>
    <w:pPr>
      <w:numPr>
        <w:numId w:val="6"/>
      </w:numPr>
      <w:spacing w:after="200" w:line="276" w:lineRule="auto"/>
      <w:contextualSpacing/>
    </w:pPr>
    <w:rPr>
      <w:rFonts w:eastAsiaTheme="minorEastAsia"/>
      <w:kern w:val="0"/>
      <w:sz w:val="22"/>
      <w:szCs w:val="22"/>
      <w14:ligatures w14:val="none"/>
    </w:rPr>
  </w:style>
  <w:style w:type="paragraph" w:styleId="ListNumber3">
    <w:name w:val="List Number 3"/>
    <w:basedOn w:val="Normal"/>
    <w:uiPriority w:val="99"/>
    <w:unhideWhenUsed/>
    <w:rsid w:val="00B42AC6"/>
    <w:pPr>
      <w:numPr>
        <w:numId w:val="7"/>
      </w:numPr>
      <w:spacing w:after="200" w:line="276" w:lineRule="auto"/>
      <w:contextualSpacing/>
    </w:pPr>
    <w:rPr>
      <w:rFonts w:eastAsiaTheme="minorEastAsia"/>
      <w:kern w:val="0"/>
      <w:sz w:val="22"/>
      <w:szCs w:val="22"/>
      <w14:ligatures w14:val="none"/>
    </w:rPr>
  </w:style>
  <w:style w:type="paragraph" w:styleId="ListContinue">
    <w:name w:val="List Continue"/>
    <w:basedOn w:val="Normal"/>
    <w:uiPriority w:val="99"/>
    <w:unhideWhenUsed/>
    <w:rsid w:val="00B42AC6"/>
    <w:pPr>
      <w:spacing w:after="120" w:line="276" w:lineRule="auto"/>
      <w:ind w:left="360"/>
      <w:contextualSpacing/>
    </w:pPr>
    <w:rPr>
      <w:rFonts w:eastAsiaTheme="minorEastAsia"/>
      <w:kern w:val="0"/>
      <w:sz w:val="22"/>
      <w:szCs w:val="22"/>
      <w14:ligatures w14:val="none"/>
    </w:rPr>
  </w:style>
  <w:style w:type="paragraph" w:styleId="ListContinue2">
    <w:name w:val="List Continue 2"/>
    <w:basedOn w:val="Normal"/>
    <w:uiPriority w:val="99"/>
    <w:unhideWhenUsed/>
    <w:rsid w:val="00B42AC6"/>
    <w:pPr>
      <w:spacing w:after="120" w:line="276" w:lineRule="auto"/>
      <w:ind w:left="720"/>
      <w:contextualSpacing/>
    </w:pPr>
    <w:rPr>
      <w:rFonts w:eastAsiaTheme="minorEastAsia"/>
      <w:kern w:val="0"/>
      <w:sz w:val="22"/>
      <w:szCs w:val="22"/>
      <w14:ligatures w14:val="none"/>
    </w:rPr>
  </w:style>
  <w:style w:type="paragraph" w:styleId="ListContinue3">
    <w:name w:val="List Continue 3"/>
    <w:basedOn w:val="Normal"/>
    <w:uiPriority w:val="99"/>
    <w:unhideWhenUsed/>
    <w:rsid w:val="00B42AC6"/>
    <w:pPr>
      <w:spacing w:after="120" w:line="276" w:lineRule="auto"/>
      <w:ind w:left="1080"/>
      <w:contextualSpacing/>
    </w:pPr>
    <w:rPr>
      <w:rFonts w:eastAsiaTheme="minorEastAsia"/>
      <w:kern w:val="0"/>
      <w:sz w:val="22"/>
      <w:szCs w:val="22"/>
      <w14:ligatures w14:val="none"/>
    </w:rPr>
  </w:style>
  <w:style w:type="paragraph" w:styleId="MacroText">
    <w:name w:val="macro"/>
    <w:link w:val="MacroTextChar"/>
    <w:uiPriority w:val="99"/>
    <w:unhideWhenUsed/>
    <w:rsid w:val="00B42AC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B42AC6"/>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B42AC6"/>
    <w:pPr>
      <w:spacing w:after="200" w:line="240" w:lineRule="auto"/>
    </w:pPr>
    <w:rPr>
      <w:rFonts w:eastAsiaTheme="minorEastAsia"/>
      <w:b/>
      <w:bCs/>
      <w:color w:val="156082" w:themeColor="accent1"/>
      <w:kern w:val="0"/>
      <w:sz w:val="18"/>
      <w:szCs w:val="18"/>
      <w14:ligatures w14:val="none"/>
    </w:rPr>
  </w:style>
  <w:style w:type="character" w:styleId="Strong">
    <w:name w:val="Strong"/>
    <w:basedOn w:val="DefaultParagraphFont"/>
    <w:uiPriority w:val="22"/>
    <w:qFormat/>
    <w:rsid w:val="00B42AC6"/>
    <w:rPr>
      <w:b/>
      <w:bCs/>
    </w:rPr>
  </w:style>
  <w:style w:type="character" w:styleId="Emphasis">
    <w:name w:val="Emphasis"/>
    <w:basedOn w:val="DefaultParagraphFont"/>
    <w:uiPriority w:val="20"/>
    <w:qFormat/>
    <w:rsid w:val="00B42AC6"/>
    <w:rPr>
      <w:i/>
      <w:iCs/>
    </w:rPr>
  </w:style>
  <w:style w:type="character" w:styleId="SubtleEmphasis">
    <w:name w:val="Subtle Emphasis"/>
    <w:basedOn w:val="DefaultParagraphFont"/>
    <w:uiPriority w:val="19"/>
    <w:qFormat/>
    <w:rsid w:val="00B42AC6"/>
    <w:rPr>
      <w:i/>
      <w:iCs/>
      <w:color w:val="808080" w:themeColor="text1" w:themeTint="7F"/>
    </w:rPr>
  </w:style>
  <w:style w:type="character" w:styleId="SubtleReference">
    <w:name w:val="Subtle Reference"/>
    <w:basedOn w:val="DefaultParagraphFont"/>
    <w:uiPriority w:val="31"/>
    <w:qFormat/>
    <w:rsid w:val="00B42AC6"/>
    <w:rPr>
      <w:smallCaps/>
      <w:color w:val="E97132" w:themeColor="accent2"/>
      <w:u w:val="single"/>
    </w:rPr>
  </w:style>
  <w:style w:type="character" w:styleId="BookTitle">
    <w:name w:val="Book Title"/>
    <w:basedOn w:val="DefaultParagraphFont"/>
    <w:uiPriority w:val="33"/>
    <w:qFormat/>
    <w:rsid w:val="00B42AC6"/>
    <w:rPr>
      <w:b/>
      <w:bCs/>
      <w:smallCaps/>
      <w:spacing w:val="5"/>
    </w:rPr>
  </w:style>
  <w:style w:type="paragraph" w:styleId="TOCHeading">
    <w:name w:val="TOC Heading"/>
    <w:basedOn w:val="Heading1"/>
    <w:next w:val="Normal"/>
    <w:uiPriority w:val="39"/>
    <w:semiHidden/>
    <w:unhideWhenUsed/>
    <w:qFormat/>
    <w:rsid w:val="00B42AC6"/>
    <w:pPr>
      <w:spacing w:before="480" w:after="0" w:line="276" w:lineRule="auto"/>
      <w:outlineLvl w:val="9"/>
    </w:pPr>
    <w:rPr>
      <w:b/>
      <w:bCs/>
      <w:kern w:val="0"/>
      <w:sz w:val="28"/>
      <w:szCs w:val="28"/>
      <w14:ligatures w14:val="none"/>
    </w:rPr>
  </w:style>
  <w:style w:type="table" w:styleId="TableGrid">
    <w:name w:val="Table Grid"/>
    <w:basedOn w:val="TableNormal"/>
    <w:uiPriority w:val="59"/>
    <w:rsid w:val="00B42AC6"/>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B42AC6"/>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B42AC6"/>
    <w:pPr>
      <w:spacing w:after="0" w:line="240" w:lineRule="auto"/>
    </w:pPr>
    <w:rPr>
      <w:rFonts w:eastAsiaTheme="minorEastAsia"/>
      <w:color w:val="0F4761" w:themeColor="accent1" w:themeShade="BF"/>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B42AC6"/>
    <w:pPr>
      <w:spacing w:after="0" w:line="240" w:lineRule="auto"/>
    </w:pPr>
    <w:rPr>
      <w:rFonts w:eastAsiaTheme="minorEastAsia"/>
      <w:color w:val="BF4E14" w:themeColor="accent2" w:themeShade="BF"/>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B42AC6"/>
    <w:pPr>
      <w:spacing w:after="0" w:line="240" w:lineRule="auto"/>
    </w:pPr>
    <w:rPr>
      <w:rFonts w:eastAsiaTheme="minorEastAsia"/>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B42AC6"/>
    <w:pPr>
      <w:spacing w:after="0" w:line="240" w:lineRule="auto"/>
    </w:pPr>
    <w:rPr>
      <w:rFonts w:eastAsiaTheme="minorEastAsia"/>
      <w:color w:val="0B769F" w:themeColor="accent4" w:themeShade="BF"/>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B42AC6"/>
    <w:pPr>
      <w:spacing w:after="0" w:line="240" w:lineRule="auto"/>
    </w:pPr>
    <w:rPr>
      <w:rFonts w:eastAsiaTheme="minorEastAsia"/>
      <w:color w:val="77206D" w:themeColor="accent5" w:themeShade="BF"/>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B42AC6"/>
    <w:pPr>
      <w:spacing w:after="0" w:line="240" w:lineRule="auto"/>
    </w:pPr>
    <w:rPr>
      <w:rFonts w:eastAsiaTheme="minorEastAsia"/>
      <w:color w:val="3A7C22" w:themeColor="accent6" w:themeShade="BF"/>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B42AC6"/>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B42AC6"/>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B42AC6"/>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B42AC6"/>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B42AC6"/>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B42AC6"/>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39913">
      <w:bodyDiv w:val="1"/>
      <w:marLeft w:val="0"/>
      <w:marRight w:val="0"/>
      <w:marTop w:val="0"/>
      <w:marBottom w:val="0"/>
      <w:divBdr>
        <w:top w:val="none" w:sz="0" w:space="0" w:color="auto"/>
        <w:left w:val="none" w:sz="0" w:space="0" w:color="auto"/>
        <w:bottom w:val="none" w:sz="0" w:space="0" w:color="auto"/>
        <w:right w:val="none" w:sz="0" w:space="0" w:color="auto"/>
      </w:divBdr>
    </w:div>
    <w:div w:id="305474993">
      <w:bodyDiv w:val="1"/>
      <w:marLeft w:val="0"/>
      <w:marRight w:val="0"/>
      <w:marTop w:val="0"/>
      <w:marBottom w:val="0"/>
      <w:divBdr>
        <w:top w:val="none" w:sz="0" w:space="0" w:color="auto"/>
        <w:left w:val="none" w:sz="0" w:space="0" w:color="auto"/>
        <w:bottom w:val="none" w:sz="0" w:space="0" w:color="auto"/>
        <w:right w:val="none" w:sz="0" w:space="0" w:color="auto"/>
      </w:divBdr>
    </w:div>
    <w:div w:id="466169346">
      <w:bodyDiv w:val="1"/>
      <w:marLeft w:val="0"/>
      <w:marRight w:val="0"/>
      <w:marTop w:val="0"/>
      <w:marBottom w:val="0"/>
      <w:divBdr>
        <w:top w:val="none" w:sz="0" w:space="0" w:color="auto"/>
        <w:left w:val="none" w:sz="0" w:space="0" w:color="auto"/>
        <w:bottom w:val="none" w:sz="0" w:space="0" w:color="auto"/>
        <w:right w:val="none" w:sz="0" w:space="0" w:color="auto"/>
      </w:divBdr>
    </w:div>
    <w:div w:id="477496209">
      <w:bodyDiv w:val="1"/>
      <w:marLeft w:val="0"/>
      <w:marRight w:val="0"/>
      <w:marTop w:val="0"/>
      <w:marBottom w:val="0"/>
      <w:divBdr>
        <w:top w:val="none" w:sz="0" w:space="0" w:color="auto"/>
        <w:left w:val="none" w:sz="0" w:space="0" w:color="auto"/>
        <w:bottom w:val="none" w:sz="0" w:space="0" w:color="auto"/>
        <w:right w:val="none" w:sz="0" w:space="0" w:color="auto"/>
      </w:divBdr>
    </w:div>
    <w:div w:id="1002858800">
      <w:bodyDiv w:val="1"/>
      <w:marLeft w:val="0"/>
      <w:marRight w:val="0"/>
      <w:marTop w:val="0"/>
      <w:marBottom w:val="0"/>
      <w:divBdr>
        <w:top w:val="none" w:sz="0" w:space="0" w:color="auto"/>
        <w:left w:val="none" w:sz="0" w:space="0" w:color="auto"/>
        <w:bottom w:val="none" w:sz="0" w:space="0" w:color="auto"/>
        <w:right w:val="none" w:sz="0" w:space="0" w:color="auto"/>
      </w:divBdr>
    </w:div>
    <w:div w:id="1188517915">
      <w:bodyDiv w:val="1"/>
      <w:marLeft w:val="0"/>
      <w:marRight w:val="0"/>
      <w:marTop w:val="0"/>
      <w:marBottom w:val="0"/>
      <w:divBdr>
        <w:top w:val="none" w:sz="0" w:space="0" w:color="auto"/>
        <w:left w:val="none" w:sz="0" w:space="0" w:color="auto"/>
        <w:bottom w:val="none" w:sz="0" w:space="0" w:color="auto"/>
        <w:right w:val="none" w:sz="0" w:space="0" w:color="auto"/>
      </w:divBdr>
    </w:div>
    <w:div w:id="1304387479">
      <w:bodyDiv w:val="1"/>
      <w:marLeft w:val="0"/>
      <w:marRight w:val="0"/>
      <w:marTop w:val="0"/>
      <w:marBottom w:val="0"/>
      <w:divBdr>
        <w:top w:val="none" w:sz="0" w:space="0" w:color="auto"/>
        <w:left w:val="none" w:sz="0" w:space="0" w:color="auto"/>
        <w:bottom w:val="none" w:sz="0" w:space="0" w:color="auto"/>
        <w:right w:val="none" w:sz="0" w:space="0" w:color="auto"/>
      </w:divBdr>
    </w:div>
    <w:div w:id="1514151042">
      <w:bodyDiv w:val="1"/>
      <w:marLeft w:val="0"/>
      <w:marRight w:val="0"/>
      <w:marTop w:val="0"/>
      <w:marBottom w:val="0"/>
      <w:divBdr>
        <w:top w:val="none" w:sz="0" w:space="0" w:color="auto"/>
        <w:left w:val="none" w:sz="0" w:space="0" w:color="auto"/>
        <w:bottom w:val="none" w:sz="0" w:space="0" w:color="auto"/>
        <w:right w:val="none" w:sz="0" w:space="0" w:color="auto"/>
      </w:divBdr>
    </w:div>
    <w:div w:id="1521161716">
      <w:bodyDiv w:val="1"/>
      <w:marLeft w:val="0"/>
      <w:marRight w:val="0"/>
      <w:marTop w:val="0"/>
      <w:marBottom w:val="0"/>
      <w:divBdr>
        <w:top w:val="none" w:sz="0" w:space="0" w:color="auto"/>
        <w:left w:val="none" w:sz="0" w:space="0" w:color="auto"/>
        <w:bottom w:val="none" w:sz="0" w:space="0" w:color="auto"/>
        <w:right w:val="none" w:sz="0" w:space="0" w:color="auto"/>
      </w:divBdr>
    </w:div>
    <w:div w:id="1628706015">
      <w:bodyDiv w:val="1"/>
      <w:marLeft w:val="0"/>
      <w:marRight w:val="0"/>
      <w:marTop w:val="0"/>
      <w:marBottom w:val="0"/>
      <w:divBdr>
        <w:top w:val="none" w:sz="0" w:space="0" w:color="auto"/>
        <w:left w:val="none" w:sz="0" w:space="0" w:color="auto"/>
        <w:bottom w:val="none" w:sz="0" w:space="0" w:color="auto"/>
        <w:right w:val="none" w:sz="0" w:space="0" w:color="auto"/>
      </w:divBdr>
    </w:div>
    <w:div w:id="1826165900">
      <w:bodyDiv w:val="1"/>
      <w:marLeft w:val="0"/>
      <w:marRight w:val="0"/>
      <w:marTop w:val="0"/>
      <w:marBottom w:val="0"/>
      <w:divBdr>
        <w:top w:val="none" w:sz="0" w:space="0" w:color="auto"/>
        <w:left w:val="none" w:sz="0" w:space="0" w:color="auto"/>
        <w:bottom w:val="none" w:sz="0" w:space="0" w:color="auto"/>
        <w:right w:val="none" w:sz="0" w:space="0" w:color="auto"/>
      </w:divBdr>
    </w:div>
    <w:div w:id="1855341691">
      <w:bodyDiv w:val="1"/>
      <w:marLeft w:val="0"/>
      <w:marRight w:val="0"/>
      <w:marTop w:val="0"/>
      <w:marBottom w:val="0"/>
      <w:divBdr>
        <w:top w:val="none" w:sz="0" w:space="0" w:color="auto"/>
        <w:left w:val="none" w:sz="0" w:space="0" w:color="auto"/>
        <w:bottom w:val="none" w:sz="0" w:space="0" w:color="auto"/>
        <w:right w:val="none" w:sz="0" w:space="0" w:color="auto"/>
      </w:divBdr>
    </w:div>
    <w:div w:id="1958561834">
      <w:bodyDiv w:val="1"/>
      <w:marLeft w:val="0"/>
      <w:marRight w:val="0"/>
      <w:marTop w:val="0"/>
      <w:marBottom w:val="0"/>
      <w:divBdr>
        <w:top w:val="none" w:sz="0" w:space="0" w:color="auto"/>
        <w:left w:val="none" w:sz="0" w:space="0" w:color="auto"/>
        <w:bottom w:val="none" w:sz="0" w:space="0" w:color="auto"/>
        <w:right w:val="none" w:sz="0" w:space="0" w:color="auto"/>
      </w:divBdr>
    </w:div>
    <w:div w:id="1996882482">
      <w:bodyDiv w:val="1"/>
      <w:marLeft w:val="0"/>
      <w:marRight w:val="0"/>
      <w:marTop w:val="0"/>
      <w:marBottom w:val="0"/>
      <w:divBdr>
        <w:top w:val="none" w:sz="0" w:space="0" w:color="auto"/>
        <w:left w:val="none" w:sz="0" w:space="0" w:color="auto"/>
        <w:bottom w:val="none" w:sz="0" w:space="0" w:color="auto"/>
        <w:right w:val="none" w:sz="0" w:space="0" w:color="auto"/>
      </w:divBdr>
    </w:div>
    <w:div w:id="2022975536">
      <w:bodyDiv w:val="1"/>
      <w:marLeft w:val="0"/>
      <w:marRight w:val="0"/>
      <w:marTop w:val="0"/>
      <w:marBottom w:val="0"/>
      <w:divBdr>
        <w:top w:val="none" w:sz="0" w:space="0" w:color="auto"/>
        <w:left w:val="none" w:sz="0" w:space="0" w:color="auto"/>
        <w:bottom w:val="none" w:sz="0" w:space="0" w:color="auto"/>
        <w:right w:val="none" w:sz="0" w:space="0" w:color="auto"/>
      </w:divBdr>
    </w:div>
    <w:div w:id="20514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51407-4FA6-4F34-A7A6-D341D7525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29</Pages>
  <Words>6357</Words>
  <Characters>36236</Characters>
  <Application>Microsoft Office Word</Application>
  <DocSecurity>4</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Nilmaris Miranda Ruiz</cp:lastModifiedBy>
  <cp:revision>2</cp:revision>
  <cp:lastPrinted>2025-06-30T19:44:00Z</cp:lastPrinted>
  <dcterms:created xsi:type="dcterms:W3CDTF">2025-06-30T20:30:00Z</dcterms:created>
  <dcterms:modified xsi:type="dcterms:W3CDTF">2025-06-30T20:30:00Z</dcterms:modified>
</cp:coreProperties>
</file>